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12 GIỮA HKI</w:t>
      </w:r>
    </w:p>
    <w:p>
      <w:pPr>
        <w:jc w:val="center"/>
      </w:pPr>
      <w:r>
        <w:rPr>
          <w:sz w:val="22"/>
        </w:rPr>
        <w:t>Số câu: 22    Thời gian: _____ phút    Họ và tên: _________________________</w:t>
      </w:r>
    </w:p>
    <w:p/>
    <w:p>
      <w:r>
        <w:rPr>
          <w:b/>
          <w:sz w:val="24"/>
        </w:rPr>
        <w:t>Câu 1: Hàm số $y = x^3 - 3x^2 + 1$ đồng biến trên khoảng nào?</w:t>
      </w:r>
    </w:p>
    <w:p>
      <w:pPr>
        <w:pStyle w:val="ListParagraph"/>
      </w:pPr>
      <w:r>
        <w:rPr>
          <w:sz w:val="22"/>
        </w:rPr>
        <w:t>A. $(0;2)$</w:t>
      </w:r>
    </w:p>
    <w:p>
      <w:pPr>
        <w:pStyle w:val="ListParagraph"/>
      </w:pPr>
      <w:r>
        <w:rPr>
          <w:sz w:val="22"/>
        </w:rPr>
        <w:t>B. $(-\infty;0)$ và $(2;+\infty)$</w:t>
      </w:r>
    </w:p>
    <w:p>
      <w:pPr>
        <w:pStyle w:val="ListParagraph"/>
      </w:pPr>
      <w:r>
        <w:rPr>
          <w:sz w:val="22"/>
        </w:rPr>
        <w:t>C. $(-\infty;0)$</w:t>
      </w:r>
    </w:p>
    <w:p>
      <w:pPr>
        <w:pStyle w:val="ListParagraph"/>
      </w:pPr>
      <w:r>
        <w:rPr>
          <w:sz w:val="22"/>
        </w:rPr>
        <w:t>D. $(2;+\infty)$</w:t>
      </w:r>
    </w:p>
    <w:p/>
    <w:p>
      <w:r>
        <w:rPr>
          <w:b/>
          <w:sz w:val="24"/>
        </w:rPr>
        <w:t>Câu 2: Cho hàm số $y = f(x)$ có đạo hàm $f'(x) = x(x-1)^2$. Số điểm cực trị của hàm số là: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3: Giá trị nhỏ nhất của hàm số $y = x + \frac{4}{x}$ trên khoảng $(0;+\infty)$ là: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0</w:t>
      </w:r>
    </w:p>
    <w:p>
      <w:pPr>
        <w:pStyle w:val="ListParagraph"/>
      </w:pPr>
      <w:r>
        <w:rPr>
          <w:sz w:val="22"/>
        </w:rPr>
        <w:t>D. -4</w:t>
      </w:r>
    </w:p>
    <w:p/>
    <w:p>
      <w:r>
        <w:rPr>
          <w:b/>
          <w:sz w:val="24"/>
        </w:rPr>
        <w:t>Câu 4: Đồ thị hàm số $y = \frac{2x-1}{x+1}$ có tiệm cận đứng là:</w:t>
      </w:r>
    </w:p>
    <w:p>
      <w:pPr>
        <w:pStyle w:val="ListParagraph"/>
      </w:pPr>
      <w:r>
        <w:rPr>
          <w:sz w:val="22"/>
        </w:rPr>
        <w:t>A. $x = 1$</w:t>
      </w:r>
    </w:p>
    <w:p>
      <w:pPr>
        <w:pStyle w:val="ListParagraph"/>
      </w:pPr>
      <w:r>
        <w:rPr>
          <w:sz w:val="22"/>
        </w:rPr>
        <w:t>B. $x = -1$</w:t>
      </w:r>
    </w:p>
    <w:p>
      <w:pPr>
        <w:pStyle w:val="ListParagraph"/>
      </w:pPr>
      <w:r>
        <w:rPr>
          <w:sz w:val="22"/>
        </w:rPr>
        <w:t>C. $y = 2$</w:t>
      </w:r>
    </w:p>
    <w:p>
      <w:pPr>
        <w:pStyle w:val="ListParagraph"/>
      </w:pPr>
      <w:r>
        <w:rPr>
          <w:sz w:val="22"/>
        </w:rPr>
        <w:t>D. $y = -1$</w:t>
      </w:r>
    </w:p>
    <w:p/>
    <w:p>
      <w:r>
        <w:rPr>
          <w:b/>
          <w:sz w:val="24"/>
        </w:rPr>
        <w:t>Câu 5: Hàm số $y = -x^3 + 3x^2 - 3x + 1$ có cực trị không?</w:t>
      </w:r>
    </w:p>
    <w:p>
      <w:pPr>
        <w:pStyle w:val="ListParagraph"/>
      </w:pPr>
      <w:r>
        <w:rPr>
          <w:sz w:val="22"/>
        </w:rPr>
        <w:t>A. Có 2 cực trị</w:t>
      </w:r>
    </w:p>
    <w:p>
      <w:pPr>
        <w:pStyle w:val="ListParagraph"/>
      </w:pPr>
      <w:r>
        <w:rPr>
          <w:sz w:val="22"/>
        </w:rPr>
        <w:t>B. Có 1 cực trị</w:t>
      </w:r>
    </w:p>
    <w:p>
      <w:pPr>
        <w:pStyle w:val="ListParagraph"/>
      </w:pPr>
      <w:r>
        <w:rPr>
          <w:sz w:val="22"/>
        </w:rPr>
        <w:t>C. Không có cực trị</w:t>
      </w:r>
    </w:p>
    <w:p>
      <w:pPr>
        <w:pStyle w:val="ListParagraph"/>
      </w:pPr>
      <w:r>
        <w:rPr>
          <w:sz w:val="22"/>
        </w:rPr>
        <w:t>D. Có vô số cực trị</w:t>
      </w:r>
    </w:p>
    <w:p/>
    <w:p>
      <w:r>
        <w:rPr>
          <w:b/>
          <w:sz w:val="24"/>
        </w:rPr>
        <w:t>Câu 6: Hàm số $y = x^4 - 2x^2 + 3$ có bao nhiêu điểm cực trị?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7: Tìm tất cả các giá trị thực của tham số $m$ để hàm số $y = x^3 - 3mx^2 + 3(m^2-1)x$ đạt cực đại tại $x=2$.</w:t>
      </w:r>
    </w:p>
    <w:p>
      <w:pPr>
        <w:pStyle w:val="ListParagraph"/>
      </w:pPr>
      <w:r>
        <w:rPr>
          <w:sz w:val="22"/>
        </w:rPr>
        <w:t>A. $m=1$</w:t>
      </w:r>
    </w:p>
    <w:p>
      <w:pPr>
        <w:pStyle w:val="ListParagraph"/>
      </w:pPr>
      <w:r>
        <w:rPr>
          <w:sz w:val="22"/>
        </w:rPr>
        <w:t>B. $m=3$</w:t>
      </w:r>
    </w:p>
    <w:p>
      <w:pPr>
        <w:pStyle w:val="ListParagraph"/>
      </w:pPr>
      <w:r>
        <w:rPr>
          <w:sz w:val="22"/>
        </w:rPr>
        <w:t>C. $m=1$ hoặc $m=3$</w:t>
      </w:r>
    </w:p>
    <w:p>
      <w:pPr>
        <w:pStyle w:val="ListParagraph"/>
      </w:pPr>
      <w:r>
        <w:rPr>
          <w:sz w:val="22"/>
        </w:rPr>
        <w:t>D. $m=-1$</w:t>
      </w:r>
    </w:p>
    <w:p/>
    <w:p>
      <w:r>
        <w:rPr>
          <w:b/>
          <w:sz w:val="24"/>
        </w:rPr>
        <w:t>Câu 8: Đồ thị hàm số $y = \frac{x+1}{x-2}$ có tiệm cận ngang là:</w:t>
      </w:r>
    </w:p>
    <w:p>
      <w:pPr>
        <w:pStyle w:val="ListParagraph"/>
      </w:pPr>
      <w:r>
        <w:rPr>
          <w:sz w:val="22"/>
        </w:rPr>
        <w:t>A. $y = 1$</w:t>
      </w:r>
    </w:p>
    <w:p>
      <w:pPr>
        <w:pStyle w:val="ListParagraph"/>
      </w:pPr>
      <w:r>
        <w:rPr>
          <w:sz w:val="22"/>
        </w:rPr>
        <w:t>B. $y = -1$</w:t>
      </w:r>
    </w:p>
    <w:p>
      <w:pPr>
        <w:pStyle w:val="ListParagraph"/>
      </w:pPr>
      <w:r>
        <w:rPr>
          <w:sz w:val="22"/>
        </w:rPr>
        <w:t>C. $y = 2$</w:t>
      </w:r>
    </w:p>
    <w:p>
      <w:pPr>
        <w:pStyle w:val="ListParagraph"/>
      </w:pPr>
      <w:r>
        <w:rPr>
          <w:sz w:val="22"/>
        </w:rPr>
        <w:t>D. $y = -2$</w:t>
      </w:r>
    </w:p>
    <w:p/>
    <w:p>
      <w:r>
        <w:rPr>
          <w:b/>
          <w:sz w:val="24"/>
        </w:rPr>
        <w:t>Câu 9: Giá trị lớn nhất của hàm số $y = x^3 - 3x + 2$ trên đoạn $[0;2]$ là: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4</w:t>
      </w:r>
    </w:p>
    <w:p>
      <w:pPr>
        <w:pStyle w:val="ListParagraph"/>
      </w:pPr>
      <w:r>
        <w:rPr>
          <w:sz w:val="22"/>
        </w:rPr>
        <w:t>C. 0</w:t>
      </w:r>
    </w:p>
    <w:p>
      <w:pPr>
        <w:pStyle w:val="ListParagraph"/>
      </w:pPr>
      <w:r>
        <w:rPr>
          <w:sz w:val="22"/>
        </w:rPr>
        <w:t>D. 1</w:t>
      </w:r>
    </w:p>
    <w:p/>
    <w:p>
      <w:r>
        <w:rPr>
          <w:b/>
          <w:sz w:val="24"/>
        </w:rPr>
        <w:t>Câu 10: Hàm số $y = \frac{1}{x}$ nghịch biến trên khoảng nào?</w:t>
      </w:r>
    </w:p>
    <w:p>
      <w:pPr>
        <w:pStyle w:val="ListParagraph"/>
      </w:pPr>
      <w:r>
        <w:rPr>
          <w:sz w:val="22"/>
        </w:rPr>
        <w:t>A. $(-\infty;0)$</w:t>
      </w:r>
    </w:p>
    <w:p>
      <w:pPr>
        <w:pStyle w:val="ListParagraph"/>
      </w:pPr>
      <w:r>
        <w:rPr>
          <w:sz w:val="22"/>
        </w:rPr>
        <w:t>B. $(0;+\infty)$</w:t>
      </w:r>
    </w:p>
    <w:p>
      <w:pPr>
        <w:pStyle w:val="ListParagraph"/>
      </w:pPr>
      <w:r>
        <w:rPr>
          <w:sz w:val="22"/>
        </w:rPr>
        <w:t>C. $\mathbb{R}\setminus\{0\}$</w:t>
      </w:r>
    </w:p>
    <w:p>
      <w:pPr>
        <w:pStyle w:val="ListParagraph"/>
      </w:pPr>
      <w:r>
        <w:rPr>
          <w:sz w:val="22"/>
        </w:rPr>
        <w:t>D. $(-\infty;0)$ và $(0;+\infty)$</w:t>
      </w:r>
    </w:p>
    <w:p/>
    <w:p>
      <w:r>
        <w:rPr>
          <w:b/>
          <w:sz w:val="24"/>
        </w:rPr>
        <w:t>Câu 11: Số đường tiệm cận của đồ thị hàm số $y = \frac{x^2-3x+2}{x^2-1}$ là: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0</w:t>
      </w:r>
    </w:p>
    <w:p/>
    <w:p>
      <w:r>
        <w:rPr>
          <w:b/>
          <w:sz w:val="24"/>
        </w:rPr>
        <w:t>Câu 12: Một chất điểm chuyển động theo quy luật $s(t) = -t^3 + 6t^2 + 9t$ (m), với t (giây). Vận tốc của chất điểm tại thời điểm $t=2$ (giây) là:</w:t>
      </w:r>
    </w:p>
    <w:p>
      <w:pPr>
        <w:pStyle w:val="ListParagraph"/>
      </w:pPr>
      <w:r>
        <w:rPr>
          <w:sz w:val="22"/>
        </w:rPr>
        <w:t>A. 9 m/s</w:t>
      </w:r>
    </w:p>
    <w:p>
      <w:pPr>
        <w:pStyle w:val="ListParagraph"/>
      </w:pPr>
      <w:r>
        <w:rPr>
          <w:sz w:val="22"/>
        </w:rPr>
        <w:t>B. 15 m/s</w:t>
      </w:r>
    </w:p>
    <w:p>
      <w:pPr>
        <w:pStyle w:val="ListParagraph"/>
      </w:pPr>
      <w:r>
        <w:rPr>
          <w:sz w:val="22"/>
        </w:rPr>
        <w:t>C. 21 m/s</w:t>
      </w:r>
    </w:p>
    <w:p>
      <w:pPr>
        <w:pStyle w:val="ListParagraph"/>
      </w:pPr>
      <w:r>
        <w:rPr>
          <w:sz w:val="22"/>
        </w:rPr>
        <w:t>D. 25 m/s</w:t>
      </w:r>
    </w:p>
    <w:p/>
    <w:p>
      <w:r>
        <w:rPr>
          <w:b/>
          <w:sz w:val="24"/>
        </w:rPr>
        <w:t>Câu 13: Hàm số $y = x^4 + 2x^2 + 1$ có ba điểm cực trị.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14: Đồ thị hàm số $y = \frac{2x+1}{x-1}$ có tiệm cận ngang là $y=2$.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15: Hàm số $y = -x^3 + 3x^2 - 3x + 2$ nghịch biến trên $\mathbb{R}$.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16: Giá trị nhỏ nhất của hàm số $y = x^2 - 4x + 5$ trên $\mathbb{R}$ là 1.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17: Tìm giá trị lớn nhất của hàm số $y = -x^2 + 4x + 1$ trên $\mathbb{R}$.</w:t>
      </w:r>
    </w:p>
    <w:p/>
    <w:p>
      <w:r>
        <w:rPr>
          <w:b/>
          <w:sz w:val="24"/>
        </w:rPr>
        <w:t>Câu 18: Cho hàm số $y = \frac{2x-1}{x+2}$. Tìm tiệm cận đứng của đồ thị hàm số.</w:t>
      </w:r>
    </w:p>
    <w:p/>
    <w:p>
      <w:r>
        <w:rPr>
          <w:b/>
          <w:sz w:val="24"/>
        </w:rPr>
        <w:t>Câu 19: Cho hàm số $y = x^3 - 3x^2 + 2$. Tìm khoảng đồng biến của hàm số.</w:t>
      </w:r>
    </w:p>
    <w:p/>
    <w:p>
      <w:r>
        <w:rPr>
          <w:b/>
          <w:sz w:val="24"/>
        </w:rPr>
        <w:t>Câu 20: Tìm số điểm cực trị của hàm số $y = x^4 - 2x^2 + 3$.</w:t>
      </w:r>
    </w:p>
    <w:p/>
    <w:p>
      <w:r>
        <w:rPr>
          <w:b/>
          <w:sz w:val="24"/>
        </w:rPr>
        <w:t>Câu 21: Một vật chuyển động theo quy luật $s(t) = -\frac{1}{3}t^3 + 2t^2 + 9t$ (m). Tìm vận tốc lớn nhất của vật.</w:t>
      </w:r>
    </w:p>
    <w:p/>
    <w:p>
      <w:r>
        <w:rPr>
          <w:b/>
          <w:sz w:val="24"/>
        </w:rPr>
        <w:t>Câu 22: Tìm giá trị nhỏ nhất của hàm số $y = x + \frac{1}{x}$ trên khoảng $(0; +\infty)$.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D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5</w:t>
      </w:r>
    </w:p>
    <w:p>
      <w:r>
        <w:rPr>
          <w:b/>
        </w:rPr>
        <w:t>Câu 18: Đáp án đúng: x = -2</w:t>
      </w:r>
    </w:p>
    <w:p>
      <w:r>
        <w:rPr>
          <w:b/>
        </w:rPr>
        <w:t>Câu 19: Đáp án đúng: (-\infty; 0) và (2; +\infty)</w:t>
      </w:r>
    </w:p>
    <w:p>
      <w:r>
        <w:rPr>
          <w:b/>
        </w:rPr>
        <w:t>Câu 20: Đáp án đúng: 3</w:t>
      </w:r>
    </w:p>
    <w:p>
      <w:r>
        <w:rPr>
          <w:b/>
        </w:rPr>
        <w:t>Câu 21: Đáp án đúng: 13 m/s</w:t>
      </w:r>
    </w:p>
    <w:p>
      <w:r>
        <w:rPr>
          <w:b/>
        </w:rPr>
        <w:t>Câu 22: Đáp án đúng: 2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