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Sinh bài 2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Gene là gì?</w:t>
      </w:r>
    </w:p>
    <w:p>
      <w:pPr>
        <w:pStyle w:val="ListParagraph"/>
      </w:pPr>
      <w:r>
        <w:rPr>
          <w:sz w:val="22"/>
        </w:rPr>
        <w:t>A. Một đoạn DNA mang thông tin mã hóa cho một chuỗi polypeptide hoặc một phân tử RNA.</w:t>
      </w:r>
    </w:p>
    <w:p>
      <w:pPr>
        <w:pStyle w:val="ListParagraph"/>
      </w:pPr>
      <w:r>
        <w:rPr>
          <w:sz w:val="22"/>
        </w:rPr>
        <w:t>B. Một đoạn RNA mang thông tin mã hóa cho protein.</w:t>
      </w:r>
    </w:p>
    <w:p>
      <w:pPr>
        <w:pStyle w:val="ListParagraph"/>
      </w:pPr>
      <w:r>
        <w:rPr>
          <w:sz w:val="22"/>
        </w:rPr>
        <w:t>C. Một đoạn protein có chức năng di truyền.</w:t>
      </w:r>
    </w:p>
    <w:p>
      <w:pPr>
        <w:pStyle w:val="ListParagraph"/>
      </w:pPr>
      <w:r>
        <w:rPr>
          <w:sz w:val="22"/>
        </w:rPr>
        <w:t>D. Một đoạn DNA không mang thông tin di truyền.</w:t>
      </w:r>
    </w:p>
    <w:p/>
    <w:p>
      <w:r>
        <w:rPr>
          <w:b/>
          <w:sz w:val="24"/>
        </w:rPr>
        <w:t>Câu 2: Ở sinh vật nhân sơ, gene có cấu trúc như thế nào?</w:t>
      </w:r>
    </w:p>
    <w:p>
      <w:pPr>
        <w:pStyle w:val="ListParagraph"/>
      </w:pPr>
      <w:r>
        <w:rPr>
          <w:sz w:val="22"/>
        </w:rPr>
        <w:t>A. Phân mảnh, gồm exon và intron.</w:t>
      </w:r>
    </w:p>
    <w:p>
      <w:pPr>
        <w:pStyle w:val="ListParagraph"/>
      </w:pPr>
      <w:r>
        <w:rPr>
          <w:sz w:val="22"/>
        </w:rPr>
        <w:t>B. Liên tục, không phân mảnh.</w:t>
      </w:r>
    </w:p>
    <w:p>
      <w:pPr>
        <w:pStyle w:val="ListParagraph"/>
      </w:pPr>
      <w:r>
        <w:rPr>
          <w:sz w:val="22"/>
        </w:rPr>
        <w:t>C. Gồm các đoạn exon nối tiếp nhau.</w:t>
      </w:r>
    </w:p>
    <w:p>
      <w:pPr>
        <w:pStyle w:val="ListParagraph"/>
      </w:pPr>
      <w:r>
        <w:rPr>
          <w:sz w:val="22"/>
        </w:rPr>
        <w:t>D. Gồm các đoạn intron xen kẽ exon.</w:t>
      </w:r>
    </w:p>
    <w:p/>
    <w:p>
      <w:r>
        <w:rPr>
          <w:b/>
          <w:sz w:val="24"/>
        </w:rPr>
        <w:t>Câu 3: Hệ gene (genome) của sinh vật là gì?</w:t>
      </w:r>
    </w:p>
    <w:p>
      <w:pPr>
        <w:pStyle w:val="ListParagraph"/>
      </w:pPr>
      <w:r>
        <w:rPr>
          <w:sz w:val="22"/>
        </w:rPr>
        <w:t>A. Tập hợp tất cả các gene trong tế bào.</w:t>
      </w:r>
    </w:p>
    <w:p>
      <w:pPr>
        <w:pStyle w:val="ListParagraph"/>
      </w:pPr>
      <w:r>
        <w:rPr>
          <w:sz w:val="22"/>
        </w:rPr>
        <w:t>B. Tập hợp tất cả các phân tử DNA trong tế bào.</w:t>
      </w:r>
    </w:p>
    <w:p>
      <w:pPr>
        <w:pStyle w:val="ListParagraph"/>
      </w:pPr>
      <w:r>
        <w:rPr>
          <w:sz w:val="22"/>
        </w:rPr>
        <w:t>C. Tập hợp tất cả các nhiễm sắc thể trong tế bào.</w:t>
      </w:r>
    </w:p>
    <w:p>
      <w:pPr>
        <w:pStyle w:val="ListParagraph"/>
      </w:pPr>
      <w:r>
        <w:rPr>
          <w:sz w:val="22"/>
        </w:rPr>
        <w:t>D. Tập hợp tất cả các RNA trong tế bào.</w:t>
      </w:r>
    </w:p>
    <w:p/>
    <w:p>
      <w:r>
        <w:rPr>
          <w:b/>
          <w:sz w:val="24"/>
        </w:rPr>
        <w:t>Câu 4: Quá trình nhân đôi DNA diễn ra theo nguyên tắc nào?</w:t>
      </w:r>
    </w:p>
    <w:p>
      <w:pPr>
        <w:pStyle w:val="ListParagraph"/>
      </w:pPr>
      <w:r>
        <w:rPr>
          <w:sz w:val="22"/>
        </w:rPr>
        <w:t>A. Nguyên tắc bổ sung và bán bảo toàn.</w:t>
      </w:r>
    </w:p>
    <w:p>
      <w:pPr>
        <w:pStyle w:val="ListParagraph"/>
      </w:pPr>
      <w:r>
        <w:rPr>
          <w:sz w:val="22"/>
        </w:rPr>
        <w:t>B. Nguyên tắc bổ sung và bảo toàn.</w:t>
      </w:r>
    </w:p>
    <w:p>
      <w:pPr>
        <w:pStyle w:val="ListParagraph"/>
      </w:pPr>
      <w:r>
        <w:rPr>
          <w:sz w:val="22"/>
        </w:rPr>
        <w:t>C. Nguyên tắc khuôn mẫu và bán bảo toàn.</w:t>
      </w:r>
    </w:p>
    <w:p>
      <w:pPr>
        <w:pStyle w:val="ListParagraph"/>
      </w:pPr>
      <w:r>
        <w:rPr>
          <w:sz w:val="22"/>
        </w:rPr>
        <w:t>D. Nguyên tắc khuôn mẫu và bổ sung.</w:t>
      </w:r>
    </w:p>
    <w:p/>
    <w:p>
      <w:r>
        <w:rPr>
          <w:b/>
          <w:sz w:val="24"/>
        </w:rPr>
        <w:t>Câu 5: Enzyme chính tham gia vào quá trình phiên mã là gì?</w:t>
      </w:r>
    </w:p>
    <w:p>
      <w:pPr>
        <w:pStyle w:val="ListParagraph"/>
      </w:pPr>
      <w:r>
        <w:rPr>
          <w:sz w:val="22"/>
        </w:rPr>
        <w:t>A. DNA polymerase.</w:t>
      </w:r>
    </w:p>
    <w:p>
      <w:pPr>
        <w:pStyle w:val="ListParagraph"/>
      </w:pPr>
      <w:r>
        <w:rPr>
          <w:sz w:val="22"/>
        </w:rPr>
        <w:t>B. RNA polymerase.</w:t>
      </w:r>
    </w:p>
    <w:p>
      <w:pPr>
        <w:pStyle w:val="ListParagraph"/>
      </w:pPr>
      <w:r>
        <w:rPr>
          <w:sz w:val="22"/>
        </w:rPr>
        <w:t>C. Ligase.</w:t>
      </w:r>
    </w:p>
    <w:p>
      <w:pPr>
        <w:pStyle w:val="ListParagraph"/>
      </w:pPr>
      <w:r>
        <w:rPr>
          <w:sz w:val="22"/>
        </w:rPr>
        <w:t>D. Helicase.</w:t>
      </w:r>
    </w:p>
    <w:p/>
    <w:p>
      <w:r>
        <w:rPr>
          <w:b/>
          <w:sz w:val="24"/>
        </w:rPr>
        <w:t>Câu 6: Quá trình dịch mã diễn ra ở đâu trong tế bào nhân thực?</w:t>
      </w:r>
    </w:p>
    <w:p>
      <w:pPr>
        <w:pStyle w:val="ListParagraph"/>
      </w:pPr>
      <w:r>
        <w:rPr>
          <w:sz w:val="22"/>
        </w:rPr>
        <w:t>A. Trong nhân.</w:t>
      </w:r>
    </w:p>
    <w:p>
      <w:pPr>
        <w:pStyle w:val="ListParagraph"/>
      </w:pPr>
      <w:r>
        <w:rPr>
          <w:sz w:val="22"/>
        </w:rPr>
        <w:t>B. Trên ribosome ở tế bào chất.</w:t>
      </w:r>
    </w:p>
    <w:p>
      <w:pPr>
        <w:pStyle w:val="ListParagraph"/>
      </w:pPr>
      <w:r>
        <w:rPr>
          <w:sz w:val="22"/>
        </w:rPr>
        <w:t>C. Trong ty thể.</w:t>
      </w:r>
    </w:p>
    <w:p>
      <w:pPr>
        <w:pStyle w:val="ListParagraph"/>
      </w:pPr>
      <w:r>
        <w:rPr>
          <w:sz w:val="22"/>
        </w:rPr>
        <w:t>D. Trên màng nhân.</w:t>
      </w:r>
    </w:p>
    <w:p/>
    <w:p>
      <w:r>
        <w:rPr>
          <w:b/>
          <w:sz w:val="24"/>
        </w:rPr>
        <w:t>Câu 7: Bộ ba mở đầu trên mRNA ở sinh vật nhân thực là gì?</w:t>
      </w:r>
    </w:p>
    <w:p>
      <w:pPr>
        <w:pStyle w:val="ListParagraph"/>
      </w:pPr>
      <w:r>
        <w:rPr>
          <w:sz w:val="22"/>
        </w:rPr>
        <w:t>A. AUG.</w:t>
      </w:r>
    </w:p>
    <w:p>
      <w:pPr>
        <w:pStyle w:val="ListParagraph"/>
      </w:pPr>
      <w:r>
        <w:rPr>
          <w:sz w:val="22"/>
        </w:rPr>
        <w:t>B. UAA.</w:t>
      </w:r>
    </w:p>
    <w:p>
      <w:pPr>
        <w:pStyle w:val="ListParagraph"/>
      </w:pPr>
      <w:r>
        <w:rPr>
          <w:sz w:val="22"/>
        </w:rPr>
        <w:t>C. UAG.</w:t>
      </w:r>
    </w:p>
    <w:p>
      <w:pPr>
        <w:pStyle w:val="ListParagraph"/>
      </w:pPr>
      <w:r>
        <w:rPr>
          <w:sz w:val="22"/>
        </w:rPr>
        <w:t>D. UGA.</w:t>
      </w:r>
    </w:p>
    <w:p/>
    <w:p>
      <w:r>
        <w:rPr>
          <w:b/>
          <w:sz w:val="24"/>
        </w:rPr>
        <w:t>Câu 8: Tính thoái hóa của mã di truyền có nghĩa là gì?</w:t>
      </w:r>
    </w:p>
    <w:p>
      <w:pPr>
        <w:pStyle w:val="ListParagraph"/>
      </w:pPr>
      <w:r>
        <w:rPr>
          <w:sz w:val="22"/>
        </w:rPr>
        <w:t>A. Một bộ ba mã hóa cho nhiều axit amin.</w:t>
      </w:r>
    </w:p>
    <w:p>
      <w:pPr>
        <w:pStyle w:val="ListParagraph"/>
      </w:pPr>
      <w:r>
        <w:rPr>
          <w:sz w:val="22"/>
        </w:rPr>
        <w:t>B. Nhiều bộ ba cùng mã hóa cho một axit amin.</w:t>
      </w:r>
    </w:p>
    <w:p>
      <w:pPr>
        <w:pStyle w:val="ListParagraph"/>
      </w:pPr>
      <w:r>
        <w:rPr>
          <w:sz w:val="22"/>
        </w:rPr>
        <w:t>C. Một axit amin do nhiều bộ ba mã hóa.</w:t>
      </w:r>
    </w:p>
    <w:p>
      <w:pPr>
        <w:pStyle w:val="ListParagraph"/>
      </w:pPr>
      <w:r>
        <w:rPr>
          <w:sz w:val="22"/>
        </w:rPr>
        <w:t>D. Mã di truyền được đọc liên tục không gối lên nhau.</w:t>
      </w:r>
    </w:p>
    <w:p/>
    <w:p>
      <w:r>
        <w:rPr>
          <w:b/>
          <w:sz w:val="24"/>
        </w:rPr>
        <w:t>Câu 9: Đột biến gene là gì?</w:t>
      </w:r>
    </w:p>
    <w:p>
      <w:pPr>
        <w:pStyle w:val="ListParagraph"/>
      </w:pPr>
      <w:r>
        <w:rPr>
          <w:sz w:val="22"/>
        </w:rPr>
        <w:t>A. Sự thay đổi trong cấu trúc của nhiễm sắc thể.</w:t>
      </w:r>
    </w:p>
    <w:p>
      <w:pPr>
        <w:pStyle w:val="ListParagraph"/>
      </w:pPr>
      <w:r>
        <w:rPr>
          <w:sz w:val="22"/>
        </w:rPr>
        <w:t>B. Sự thay đổi trong số lượng nhiễm sắc thể.</w:t>
      </w:r>
    </w:p>
    <w:p>
      <w:pPr>
        <w:pStyle w:val="ListParagraph"/>
      </w:pPr>
      <w:r>
        <w:rPr>
          <w:sz w:val="22"/>
        </w:rPr>
        <w:t>C. Sự thay đổi trong trình tự nucleotide của gene.</w:t>
      </w:r>
    </w:p>
    <w:p>
      <w:pPr>
        <w:pStyle w:val="ListParagraph"/>
      </w:pPr>
      <w:r>
        <w:rPr>
          <w:sz w:val="22"/>
        </w:rPr>
        <w:t>D. Sự thay đổi trong quá trình phiên mã.</w:t>
      </w:r>
    </w:p>
    <w:p/>
    <w:p>
      <w:r>
        <w:rPr>
          <w:b/>
          <w:sz w:val="24"/>
        </w:rPr>
        <w:t>Câu 10: Một gene có tổng số 3000 nucleotide, trong đó số nucleotide loại A chiếm 20%. Số liên kết hidro của gene là bao nhiêu?</w:t>
      </w:r>
    </w:p>
    <w:p>
      <w:pPr>
        <w:pStyle w:val="ListParagraph"/>
      </w:pPr>
      <w:r>
        <w:rPr>
          <w:sz w:val="22"/>
        </w:rPr>
        <w:t>A. 3900.</w:t>
      </w:r>
    </w:p>
    <w:p>
      <w:pPr>
        <w:pStyle w:val="ListParagraph"/>
      </w:pPr>
      <w:r>
        <w:rPr>
          <w:sz w:val="22"/>
        </w:rPr>
        <w:t>B. 3600.</w:t>
      </w:r>
    </w:p>
    <w:p>
      <w:pPr>
        <w:pStyle w:val="ListParagraph"/>
      </w:pPr>
      <w:r>
        <w:rPr>
          <w:sz w:val="22"/>
        </w:rPr>
        <w:t>C. 4200.</w:t>
      </w:r>
    </w:p>
    <w:p>
      <w:pPr>
        <w:pStyle w:val="ListParagraph"/>
      </w:pPr>
      <w:r>
        <w:rPr>
          <w:sz w:val="22"/>
        </w:rPr>
        <w:t>D. 3000.</w:t>
      </w:r>
    </w:p>
    <w:p/>
    <w:p>
      <w:r>
        <w:rPr>
          <w:b/>
          <w:sz w:val="24"/>
        </w:rPr>
        <w:t>Câu 11: Quá trình truyền đạt thông tin di truyền từ DNA đến protein gồm những giai đoạn nào?</w:t>
      </w:r>
    </w:p>
    <w:p>
      <w:pPr>
        <w:pStyle w:val="ListParagraph"/>
      </w:pPr>
      <w:r>
        <w:rPr>
          <w:sz w:val="22"/>
        </w:rPr>
        <w:t>A. Nhân đôi DNA, phiên mã, dịch mã.</w:t>
      </w:r>
    </w:p>
    <w:p>
      <w:pPr>
        <w:pStyle w:val="ListParagraph"/>
      </w:pPr>
      <w:r>
        <w:rPr>
          <w:sz w:val="22"/>
        </w:rPr>
        <w:t>B. Phiên mã, dịch mã.</w:t>
      </w:r>
    </w:p>
    <w:p>
      <w:pPr>
        <w:pStyle w:val="ListParagraph"/>
      </w:pPr>
      <w:r>
        <w:rPr>
          <w:sz w:val="22"/>
        </w:rPr>
        <w:t>C. Nhân đôi DNA, dịch mã.</w:t>
      </w:r>
    </w:p>
    <w:p>
      <w:pPr>
        <w:pStyle w:val="ListParagraph"/>
      </w:pPr>
      <w:r>
        <w:rPr>
          <w:sz w:val="22"/>
        </w:rPr>
        <w:t>D. Phiên mã ngược, dịch mã.</w:t>
      </w:r>
    </w:p>
    <w:p/>
    <w:p>
      <w:r>
        <w:rPr>
          <w:b/>
          <w:sz w:val="24"/>
        </w:rPr>
        <w:t>Câu 12: Trong quá trình nhân đôi DNA, mạch mới được tổng hợp theo chiều nào?</w:t>
      </w:r>
    </w:p>
    <w:p>
      <w:pPr>
        <w:pStyle w:val="ListParagraph"/>
      </w:pPr>
      <w:r>
        <w:rPr>
          <w:sz w:val="22"/>
        </w:rPr>
        <w:t>A. Chiều 5' → 3'.</w:t>
      </w:r>
    </w:p>
    <w:p>
      <w:pPr>
        <w:pStyle w:val="ListParagraph"/>
      </w:pPr>
      <w:r>
        <w:rPr>
          <w:sz w:val="22"/>
        </w:rPr>
        <w:t>B. Chiều 3' → 5'.</w:t>
      </w:r>
    </w:p>
    <w:p>
      <w:pPr>
        <w:pStyle w:val="ListParagraph"/>
      </w:pPr>
      <w:r>
        <w:rPr>
          <w:sz w:val="22"/>
        </w:rPr>
        <w:t>C. Cả hai chiều.</w:t>
      </w:r>
    </w:p>
    <w:p>
      <w:pPr>
        <w:pStyle w:val="ListParagraph"/>
      </w:pPr>
      <w:r>
        <w:rPr>
          <w:sz w:val="22"/>
        </w:rPr>
        <w:t>D. Ngẫu nhiên.</w:t>
      </w:r>
    </w:p>
    <w:p/>
    <w:p>
      <w:r>
        <w:rPr>
          <w:b/>
          <w:sz w:val="24"/>
        </w:rPr>
        <w:t>Câu 13: Gene là một đoạn DNA mang thông tin mã hóa cho một sản phẩm nhất định (protein hoặc RNA).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14: Ở sinh vật nhân thực, gene phân mảnh gồm các exon và intron.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15: Quá trình phiên mã ngược tổng hợp DNA từ RNA.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16: Mã di truyền có tính phổ biến, tức là tất cả các loài sinh vật đều dùng chung một bộ mã di truyền.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17: Quá trình nhân đôi DNA diễn ra theo nguyên tắc nào?</w:t>
      </w:r>
    </w:p>
    <w:p/>
    <w:p>
      <w:r>
        <w:rPr>
          <w:b/>
          <w:sz w:val="24"/>
        </w:rPr>
        <w:t>Câu 18: Kể tên các loại RNA tham gia vào quá trình dịch mã.</w:t>
      </w:r>
    </w:p>
    <w:p/>
    <w:p>
      <w:r>
        <w:rPr>
          <w:b/>
          <w:sz w:val="24"/>
        </w:rPr>
        <w:t>Câu 19: Bộ ba đối mã trên tRNA khớp bổ sung với bộ ba nào trên mRNA?</w:t>
      </w:r>
    </w:p>
    <w:p/>
    <w:p>
      <w:r>
        <w:rPr>
          <w:b/>
          <w:sz w:val="24"/>
        </w:rPr>
        <w:t>Câu 20: Một đoạn gene có trình tự mạch gốc: 3' TAX GXX AAA 5'. Hãy viết trình tự mạch mRNA được phiên mã từ đoạn gene này.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Nguyên tắc bổ sung và nguyên tắc bán bảo toàn.</w:t>
      </w:r>
    </w:p>
    <w:p>
      <w:r>
        <w:rPr>
          <w:b/>
        </w:rPr>
        <w:t>Câu 18: Đáp án đúng: mRNA, tRNA, rRNA.</w:t>
      </w:r>
    </w:p>
    <w:p>
      <w:r>
        <w:rPr>
          <w:b/>
        </w:rPr>
        <w:t>Câu 19: Đáp án đúng: Bộ ba mã sao (codon).</w:t>
      </w:r>
    </w:p>
    <w:p>
      <w:r>
        <w:rPr>
          <w:b/>
        </w:rPr>
        <w:t>Câu 20: Đáp án đúng: 5' AUG XGG UUU 3'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