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12 câu trắc nghiệm về</w:t>
      </w:r>
    </w:p>
    <w:p>
      <w:pPr>
        <w:jc w:val="center"/>
      </w:pPr>
      <w:r>
        <w:rPr>
          <w:sz w:val="22"/>
        </w:rPr>
        <w:t>Số câu: 12    Thời gian: _____ phút    Họ và tên: _________________________</w:t>
      </w:r>
    </w:p>
    <w:p/>
    <w:p>
      <w:r>
        <w:rPr>
          <w:b/>
          <w:sz w:val="24"/>
        </w:rPr>
        <w:t>Câu 1: Quang hợp là quá trình sử dụng năng lượng ánh sáng để tổng hợp chất hữu cơ từ những nguyên liệu nào?</w:t>
      </w:r>
    </w:p>
    <w:p>
      <w:pPr>
        <w:pStyle w:val="ListParagraph"/>
      </w:pPr>
      <w:r>
        <w:rPr>
          <w:sz w:val="22"/>
        </w:rPr>
        <w:t>A. $CO_2$ và nước</w:t>
      </w:r>
    </w:p>
    <w:p>
      <w:pPr>
        <w:pStyle w:val="ListParagraph"/>
      </w:pPr>
      <w:r>
        <w:rPr>
          <w:sz w:val="22"/>
        </w:rPr>
        <w:t>B. $CO_2$ và $O_2$</w:t>
      </w:r>
    </w:p>
    <w:p>
      <w:pPr>
        <w:pStyle w:val="ListParagraph"/>
      </w:pPr>
      <w:r>
        <w:rPr>
          <w:sz w:val="22"/>
        </w:rPr>
        <w:t>C. Nước và $O_2$</w:t>
      </w:r>
    </w:p>
    <w:p>
      <w:pPr>
        <w:pStyle w:val="ListParagraph"/>
      </w:pPr>
      <w:r>
        <w:rPr>
          <w:sz w:val="22"/>
        </w:rPr>
        <w:t>D. Chất hữu cơ và $O_2$</w:t>
      </w:r>
    </w:p>
    <w:p/>
    <w:p>
      <w:r>
        <w:rPr>
          <w:b/>
          <w:sz w:val="24"/>
        </w:rPr>
        <w:t>Câu 2: Sản phẩm nào sau đây không phải là sản phẩm của quá trình quang hợp?</w:t>
      </w:r>
    </w:p>
    <w:p>
      <w:pPr>
        <w:pStyle w:val="ListParagraph"/>
      </w:pPr>
      <w:r>
        <w:rPr>
          <w:sz w:val="22"/>
        </w:rPr>
        <w:t>A. Chất hữu cơ</w:t>
      </w:r>
    </w:p>
    <w:p>
      <w:pPr>
        <w:pStyle w:val="ListParagraph"/>
      </w:pPr>
      <w:r>
        <w:rPr>
          <w:sz w:val="22"/>
        </w:rPr>
        <w:t>B. $O_2$</w:t>
      </w:r>
    </w:p>
    <w:p>
      <w:pPr>
        <w:pStyle w:val="ListParagraph"/>
      </w:pPr>
      <w:r>
        <w:rPr>
          <w:sz w:val="22"/>
        </w:rPr>
        <w:t>C. $CO_2$</w:t>
      </w:r>
    </w:p>
    <w:p>
      <w:pPr>
        <w:pStyle w:val="ListParagraph"/>
      </w:pPr>
      <w:r>
        <w:rPr>
          <w:sz w:val="22"/>
        </w:rPr>
        <w:t>D. Cả A và B</w:t>
      </w:r>
    </w:p>
    <w:p/>
    <w:p>
      <w:r>
        <w:rPr>
          <w:b/>
          <w:sz w:val="24"/>
        </w:rPr>
        <w:t>Câu 3: Quang hợp có vai trò nào sau đây đối với sinh quyển?</w:t>
      </w:r>
    </w:p>
    <w:p>
      <w:pPr>
        <w:pStyle w:val="ListParagraph"/>
      </w:pPr>
      <w:r>
        <w:rPr>
          <w:sz w:val="22"/>
        </w:rPr>
        <w:t>A. Cung cấp nguồn năng lượng cho con người</w:t>
      </w:r>
    </w:p>
    <w:p>
      <w:pPr>
        <w:pStyle w:val="ListParagraph"/>
      </w:pPr>
      <w:r>
        <w:rPr>
          <w:sz w:val="22"/>
        </w:rPr>
        <w:t>B. Cung cấp khí $O_2$ cho sinh quyển</w:t>
      </w:r>
    </w:p>
    <w:p>
      <w:pPr>
        <w:pStyle w:val="ListParagraph"/>
      </w:pPr>
      <w:r>
        <w:rPr>
          <w:sz w:val="22"/>
        </w:rPr>
        <w:t>C. Cung cấp nguyên liệu cho đời sống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4: Sản phẩm $C_6H_{12}O_6$ của quang hợp được sử dụng làm nguyên liệu cho quá trình nào sau đây?</w:t>
      </w:r>
    </w:p>
    <w:p>
      <w:pPr>
        <w:pStyle w:val="ListParagraph"/>
      </w:pPr>
      <w:r>
        <w:rPr>
          <w:sz w:val="22"/>
        </w:rPr>
        <w:t>A. Hô hấp</w:t>
      </w:r>
    </w:p>
    <w:p>
      <w:pPr>
        <w:pStyle w:val="ListParagraph"/>
      </w:pPr>
      <w:r>
        <w:rPr>
          <w:sz w:val="22"/>
        </w:rPr>
        <w:t>B. Quang hợp</w:t>
      </w:r>
    </w:p>
    <w:p>
      <w:pPr>
        <w:pStyle w:val="ListParagraph"/>
      </w:pPr>
      <w:r>
        <w:rPr>
          <w:sz w:val="22"/>
        </w:rPr>
        <w:t>C. Thoát hơi nước</w:t>
      </w:r>
    </w:p>
    <w:p>
      <w:pPr>
        <w:pStyle w:val="ListParagraph"/>
      </w:pPr>
      <w:r>
        <w:rPr>
          <w:sz w:val="22"/>
        </w:rPr>
        <w:t>D. Hấp thụ khoáng</w:t>
      </w:r>
    </w:p>
    <w:p/>
    <w:p>
      <w:r>
        <w:rPr>
          <w:b/>
          <w:sz w:val="24"/>
        </w:rPr>
        <w:t>Câu 5: Hệ sắc tố quang hợp nằm ở đâu trong lục lạp?</w:t>
      </w:r>
    </w:p>
    <w:p>
      <w:pPr>
        <w:pStyle w:val="ListParagraph"/>
      </w:pPr>
      <w:r>
        <w:rPr>
          <w:sz w:val="22"/>
        </w:rPr>
        <w:t>A. Trên màng thylakoid</w:t>
      </w:r>
    </w:p>
    <w:p>
      <w:pPr>
        <w:pStyle w:val="ListParagraph"/>
      </w:pPr>
      <w:r>
        <w:rPr>
          <w:sz w:val="22"/>
        </w:rPr>
        <w:t>B. Trong chất nền stroma</w:t>
      </w:r>
    </w:p>
    <w:p>
      <w:pPr>
        <w:pStyle w:val="ListParagraph"/>
      </w:pPr>
      <w:r>
        <w:rPr>
          <w:sz w:val="22"/>
        </w:rPr>
        <w:t>C. Trên màng ngoài của lục lạp</w:t>
      </w:r>
    </w:p>
    <w:p>
      <w:pPr>
        <w:pStyle w:val="ListParagraph"/>
      </w:pPr>
      <w:r>
        <w:rPr>
          <w:sz w:val="22"/>
        </w:rPr>
        <w:t>D. Trong khoang gian màng</w:t>
      </w:r>
    </w:p>
    <w:p/>
    <w:p>
      <w:r>
        <w:rPr>
          <w:b/>
          <w:sz w:val="24"/>
        </w:rPr>
        <w:t>Câu 6: Sắc tố nào sau đây có màu xanh lục?</w:t>
      </w:r>
    </w:p>
    <w:p>
      <w:pPr>
        <w:pStyle w:val="ListParagraph"/>
      </w:pPr>
      <w:r>
        <w:rPr>
          <w:sz w:val="22"/>
        </w:rPr>
        <w:t>A. Diệp lục</w:t>
      </w:r>
    </w:p>
    <w:p>
      <w:pPr>
        <w:pStyle w:val="ListParagraph"/>
      </w:pPr>
      <w:r>
        <w:rPr>
          <w:sz w:val="22"/>
        </w:rPr>
        <w:t>B. Caroten</w:t>
      </w:r>
    </w:p>
    <w:p>
      <w:pPr>
        <w:pStyle w:val="ListParagraph"/>
      </w:pPr>
      <w:r>
        <w:rPr>
          <w:sz w:val="22"/>
        </w:rPr>
        <w:t>C. Xanthophyll</w:t>
      </w:r>
    </w:p>
    <w:p>
      <w:pPr>
        <w:pStyle w:val="ListParagraph"/>
      </w:pPr>
      <w:r>
        <w:rPr>
          <w:sz w:val="22"/>
        </w:rPr>
        <w:t>D. Phycobilin</w:t>
      </w:r>
    </w:p>
    <w:p/>
    <w:p>
      <w:r>
        <w:rPr>
          <w:b/>
          <w:sz w:val="24"/>
        </w:rPr>
        <w:t>Câu 7: Loại diệp lục nào trực tiếp chuyển hóa năng lượng ánh sáng thành năng lượng hóa học trong ATP và NADPH?</w:t>
      </w:r>
    </w:p>
    <w:p>
      <w:pPr>
        <w:pStyle w:val="ListParagraph"/>
      </w:pPr>
      <w:r>
        <w:rPr>
          <w:sz w:val="22"/>
        </w:rPr>
        <w:t>A. Diệp lục a</w:t>
      </w:r>
    </w:p>
    <w:p>
      <w:pPr>
        <w:pStyle w:val="ListParagraph"/>
      </w:pPr>
      <w:r>
        <w:rPr>
          <w:sz w:val="22"/>
        </w:rPr>
        <w:t>B. Diệp lục b</w:t>
      </w:r>
    </w:p>
    <w:p>
      <w:pPr>
        <w:pStyle w:val="ListParagraph"/>
      </w:pPr>
      <w:r>
        <w:rPr>
          <w:sz w:val="22"/>
        </w:rPr>
        <w:t>C. Caroten</w:t>
      </w:r>
    </w:p>
    <w:p>
      <w:pPr>
        <w:pStyle w:val="ListParagraph"/>
      </w:pPr>
      <w:r>
        <w:rPr>
          <w:sz w:val="22"/>
        </w:rPr>
        <w:t>D. Xanthophyll</w:t>
      </w:r>
    </w:p>
    <w:p/>
    <w:p>
      <w:r>
        <w:rPr>
          <w:b/>
          <w:sz w:val="24"/>
        </w:rPr>
        <w:t>Câu 8: Sắc tố nào sau đây thuộc nhóm carotenoid?</w:t>
      </w:r>
    </w:p>
    <w:p>
      <w:pPr>
        <w:pStyle w:val="ListParagraph"/>
      </w:pPr>
      <w:r>
        <w:rPr>
          <w:sz w:val="22"/>
        </w:rPr>
        <w:t>A. Diệp lục a</w:t>
      </w:r>
    </w:p>
    <w:p>
      <w:pPr>
        <w:pStyle w:val="ListParagraph"/>
      </w:pPr>
      <w:r>
        <w:rPr>
          <w:sz w:val="22"/>
        </w:rPr>
        <w:t>B. Diệp lục b</w:t>
      </w:r>
    </w:p>
    <w:p>
      <w:pPr>
        <w:pStyle w:val="ListParagraph"/>
      </w:pPr>
      <w:r>
        <w:rPr>
          <w:sz w:val="22"/>
        </w:rPr>
        <w:t>C. Caroten</w:t>
      </w:r>
    </w:p>
    <w:p>
      <w:pPr>
        <w:pStyle w:val="ListParagraph"/>
      </w:pPr>
      <w:r>
        <w:rPr>
          <w:sz w:val="22"/>
        </w:rPr>
        <w:t>D. Phycocyanin</w:t>
      </w:r>
    </w:p>
    <w:p/>
    <w:p>
      <w:r>
        <w:rPr>
          <w:b/>
          <w:sz w:val="24"/>
        </w:rPr>
        <w:t>Câu 9: Đặc điểm nào sau đây đúng khi nói về caroten?</w:t>
      </w:r>
    </w:p>
    <w:p>
      <w:pPr>
        <w:pStyle w:val="ListParagraph"/>
      </w:pPr>
      <w:r>
        <w:rPr>
          <w:sz w:val="22"/>
        </w:rPr>
        <w:t>A. Không có $O_2$</w:t>
      </w:r>
    </w:p>
    <w:p>
      <w:pPr>
        <w:pStyle w:val="ListParagraph"/>
      </w:pPr>
      <w:r>
        <w:rPr>
          <w:sz w:val="22"/>
        </w:rPr>
        <w:t>B. Có $O_2$</w:t>
      </w:r>
    </w:p>
    <w:p>
      <w:pPr>
        <w:pStyle w:val="ListParagraph"/>
      </w:pPr>
      <w:r>
        <w:rPr>
          <w:sz w:val="22"/>
        </w:rPr>
        <w:t>C. Có màu xanh lục</w:t>
      </w:r>
    </w:p>
    <w:p>
      <w:pPr>
        <w:pStyle w:val="ListParagraph"/>
      </w:pPr>
      <w:r>
        <w:rPr>
          <w:sz w:val="22"/>
        </w:rPr>
        <w:t>D. Trực tiếp chuyển hóa năng lượng ánh sáng</w:t>
      </w:r>
    </w:p>
    <w:p/>
    <w:p>
      <w:r>
        <w:rPr>
          <w:b/>
          <w:sz w:val="24"/>
        </w:rPr>
        <w:t>Câu 10: Sắc tố nào sau đây có chứa $O_2$?</w:t>
      </w:r>
    </w:p>
    <w:p>
      <w:pPr>
        <w:pStyle w:val="ListParagraph"/>
      </w:pPr>
      <w:r>
        <w:rPr>
          <w:sz w:val="22"/>
        </w:rPr>
        <w:t>A. Caroten</w:t>
      </w:r>
    </w:p>
    <w:p>
      <w:pPr>
        <w:pStyle w:val="ListParagraph"/>
      </w:pPr>
      <w:r>
        <w:rPr>
          <w:sz w:val="22"/>
        </w:rPr>
        <w:t>B. Xanthophyll</w:t>
      </w:r>
    </w:p>
    <w:p>
      <w:pPr>
        <w:pStyle w:val="ListParagraph"/>
      </w:pPr>
      <w:r>
        <w:rPr>
          <w:sz w:val="22"/>
        </w:rPr>
        <w:t>C. Diệp lục a</w:t>
      </w:r>
    </w:p>
    <w:p>
      <w:pPr>
        <w:pStyle w:val="ListParagraph"/>
      </w:pPr>
      <w:r>
        <w:rPr>
          <w:sz w:val="22"/>
        </w:rPr>
        <w:t>D. Diệp lục b</w:t>
      </w:r>
    </w:p>
    <w:p/>
    <w:p>
      <w:r>
        <w:rPr>
          <w:b/>
          <w:sz w:val="24"/>
        </w:rPr>
        <w:t>Câu 11: Pha sáng của quang hợp diễn ra ở đâu?</w:t>
      </w:r>
    </w:p>
    <w:p>
      <w:pPr>
        <w:pStyle w:val="ListParagraph"/>
      </w:pPr>
      <w:r>
        <w:rPr>
          <w:sz w:val="22"/>
        </w:rPr>
        <w:t>A. Màng thylakoid</w:t>
      </w:r>
    </w:p>
    <w:p>
      <w:pPr>
        <w:pStyle w:val="ListParagraph"/>
      </w:pPr>
      <w:r>
        <w:rPr>
          <w:sz w:val="22"/>
        </w:rPr>
        <w:t>B. Chất nền stroma</w:t>
      </w:r>
    </w:p>
    <w:p>
      <w:pPr>
        <w:pStyle w:val="ListParagraph"/>
      </w:pPr>
      <w:r>
        <w:rPr>
          <w:sz w:val="22"/>
        </w:rPr>
        <w:t>C. Tế bào chất</w:t>
      </w:r>
    </w:p>
    <w:p>
      <w:pPr>
        <w:pStyle w:val="ListParagraph"/>
      </w:pPr>
      <w:r>
        <w:rPr>
          <w:sz w:val="22"/>
        </w:rPr>
        <w:t>D. Màng ngoài lục lạp</w:t>
      </w:r>
    </w:p>
    <w:p/>
    <w:p>
      <w:r>
        <w:rPr>
          <w:b/>
          <w:sz w:val="24"/>
        </w:rPr>
        <w:t>Câu 12: Pha tối của quang hợp diễn ra ở đâu?</w:t>
      </w:r>
    </w:p>
    <w:p>
      <w:pPr>
        <w:pStyle w:val="ListParagraph"/>
      </w:pPr>
      <w:r>
        <w:rPr>
          <w:sz w:val="22"/>
        </w:rPr>
        <w:t>A. Màng thylakoid</w:t>
      </w:r>
    </w:p>
    <w:p>
      <w:pPr>
        <w:pStyle w:val="ListParagraph"/>
      </w:pPr>
      <w:r>
        <w:rPr>
          <w:sz w:val="22"/>
        </w:rPr>
        <w:t>B. Chất nền stroma</w:t>
      </w:r>
    </w:p>
    <w:p>
      <w:pPr>
        <w:pStyle w:val="ListParagraph"/>
      </w:pPr>
      <w:r>
        <w:rPr>
          <w:sz w:val="22"/>
        </w:rPr>
        <w:t>C. Tế bào chất</w:t>
      </w:r>
    </w:p>
    <w:p>
      <w:pPr>
        <w:pStyle w:val="ListParagraph"/>
      </w:pPr>
      <w:r>
        <w:rPr>
          <w:sz w:val="22"/>
        </w:rPr>
        <w:t>D. Màng ngoài lục lạp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