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Tiếng Anh Lớp 11 - Tenses Revision (12 Tenses)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She usually ______ to work by bus, but today she ______ a taxi because she is late.</w:t>
      </w:r>
    </w:p>
    <w:p>
      <w:pPr>
        <w:pStyle w:val="ListParagraph"/>
      </w:pPr>
      <w:r>
        <w:rPr>
          <w:sz w:val="22"/>
        </w:rPr>
        <w:t>A. goes / is taking</w:t>
      </w:r>
    </w:p>
    <w:p>
      <w:pPr>
        <w:pStyle w:val="ListParagraph"/>
      </w:pPr>
      <w:r>
        <w:rPr>
          <w:sz w:val="22"/>
        </w:rPr>
        <w:t>B. is going / takes</w:t>
      </w:r>
    </w:p>
    <w:p>
      <w:pPr>
        <w:pStyle w:val="ListParagraph"/>
      </w:pPr>
      <w:r>
        <w:rPr>
          <w:sz w:val="22"/>
        </w:rPr>
        <w:t>C. goes / takes</w:t>
      </w:r>
    </w:p>
    <w:p>
      <w:pPr>
        <w:pStyle w:val="ListParagraph"/>
      </w:pPr>
      <w:r>
        <w:rPr>
          <w:sz w:val="22"/>
        </w:rPr>
        <w:t>D. is going / is taking</w:t>
      </w:r>
    </w:p>
    <w:p/>
    <w:p>
      <w:r>
        <w:rPr>
          <w:b/>
          <w:sz w:val="24"/>
        </w:rPr>
        <w:t>Câu 2: Look! The train ______. We need to hurry.</w:t>
      </w:r>
    </w:p>
    <w:p>
      <w:pPr>
        <w:pStyle w:val="ListParagraph"/>
      </w:pPr>
      <w:r>
        <w:rPr>
          <w:sz w:val="22"/>
        </w:rPr>
        <w:t>A. leaves</w:t>
      </w:r>
    </w:p>
    <w:p>
      <w:pPr>
        <w:pStyle w:val="ListParagraph"/>
      </w:pPr>
      <w:r>
        <w:rPr>
          <w:sz w:val="22"/>
        </w:rPr>
        <w:t>B. is leaving</w:t>
      </w:r>
    </w:p>
    <w:p>
      <w:pPr>
        <w:pStyle w:val="ListParagraph"/>
      </w:pPr>
      <w:r>
        <w:rPr>
          <w:sz w:val="22"/>
        </w:rPr>
        <w:t>C. has left</w:t>
      </w:r>
    </w:p>
    <w:p>
      <w:pPr>
        <w:pStyle w:val="ListParagraph"/>
      </w:pPr>
      <w:r>
        <w:rPr>
          <w:sz w:val="22"/>
        </w:rPr>
        <w:t>D. left</w:t>
      </w:r>
    </w:p>
    <w:p/>
    <w:p>
      <w:r>
        <w:rPr>
          <w:b/>
          <w:sz w:val="24"/>
        </w:rPr>
        <w:t>Câu 3: I ______ my homework before my mother ______ home yesterday.</w:t>
      </w:r>
    </w:p>
    <w:p>
      <w:pPr>
        <w:pStyle w:val="ListParagraph"/>
      </w:pPr>
      <w:r>
        <w:rPr>
          <w:sz w:val="22"/>
        </w:rPr>
        <w:t>A. finished / came</w:t>
      </w:r>
    </w:p>
    <w:p>
      <w:pPr>
        <w:pStyle w:val="ListParagraph"/>
      </w:pPr>
      <w:r>
        <w:rPr>
          <w:sz w:val="22"/>
        </w:rPr>
        <w:t>B. had finished / came</w:t>
      </w:r>
    </w:p>
    <w:p>
      <w:pPr>
        <w:pStyle w:val="ListParagraph"/>
      </w:pPr>
      <w:r>
        <w:rPr>
          <w:sz w:val="22"/>
        </w:rPr>
        <w:t>C. have finished / came</w:t>
      </w:r>
    </w:p>
    <w:p>
      <w:pPr>
        <w:pStyle w:val="ListParagraph"/>
      </w:pPr>
      <w:r>
        <w:rPr>
          <w:sz w:val="22"/>
        </w:rPr>
        <w:t>D. was finishing / came</w:t>
      </w:r>
    </w:p>
    <w:p/>
    <w:p>
      <w:r>
        <w:rPr>
          <w:b/>
          <w:sz w:val="24"/>
        </w:rPr>
        <w:t>Câu 4: While I ______ TV, my brother ______ his homework.</w:t>
      </w:r>
    </w:p>
    <w:p>
      <w:pPr>
        <w:pStyle w:val="ListParagraph"/>
      </w:pPr>
      <w:r>
        <w:rPr>
          <w:sz w:val="22"/>
        </w:rPr>
        <w:t>A. watched / did</w:t>
      </w:r>
    </w:p>
    <w:p>
      <w:pPr>
        <w:pStyle w:val="ListParagraph"/>
      </w:pPr>
      <w:r>
        <w:rPr>
          <w:sz w:val="22"/>
        </w:rPr>
        <w:t>B. was watching / was doing</w:t>
      </w:r>
    </w:p>
    <w:p>
      <w:pPr>
        <w:pStyle w:val="ListParagraph"/>
      </w:pPr>
      <w:r>
        <w:rPr>
          <w:sz w:val="22"/>
        </w:rPr>
        <w:t>C. watched / was doing</w:t>
      </w:r>
    </w:p>
    <w:p>
      <w:pPr>
        <w:pStyle w:val="ListParagraph"/>
      </w:pPr>
      <w:r>
        <w:rPr>
          <w:sz w:val="22"/>
        </w:rPr>
        <w:t>D. was watching / did</w:t>
      </w:r>
    </w:p>
    <w:p/>
    <w:p>
      <w:r>
        <w:rPr>
          <w:b/>
          <w:sz w:val="24"/>
        </w:rPr>
        <w:t>Câu 5: They ______ in this city for ten years by the time they move next month.</w:t>
      </w:r>
    </w:p>
    <w:p>
      <w:pPr>
        <w:pStyle w:val="ListParagraph"/>
      </w:pPr>
      <w:r>
        <w:rPr>
          <w:sz w:val="22"/>
        </w:rPr>
        <w:t>A. will live</w:t>
      </w:r>
    </w:p>
    <w:p>
      <w:pPr>
        <w:pStyle w:val="ListParagraph"/>
      </w:pPr>
      <w:r>
        <w:rPr>
          <w:sz w:val="22"/>
        </w:rPr>
        <w:t>B. will have lived</w:t>
      </w:r>
    </w:p>
    <w:p>
      <w:pPr>
        <w:pStyle w:val="ListParagraph"/>
      </w:pPr>
      <w:r>
        <w:rPr>
          <w:sz w:val="22"/>
        </w:rPr>
        <w:t>C. will be living</w:t>
      </w:r>
    </w:p>
    <w:p>
      <w:pPr>
        <w:pStyle w:val="ListParagraph"/>
      </w:pPr>
      <w:r>
        <w:rPr>
          <w:sz w:val="22"/>
        </w:rPr>
        <w:t>D. have lived</w:t>
      </w:r>
    </w:p>
    <w:p/>
    <w:p>
      <w:r>
        <w:rPr>
          <w:b/>
          <w:sz w:val="24"/>
        </w:rPr>
        <w:t>Câu 6: This time next week, we ______ on the beach in Nha Trang.</w:t>
      </w:r>
    </w:p>
    <w:p>
      <w:pPr>
        <w:pStyle w:val="ListParagraph"/>
      </w:pPr>
      <w:r>
        <w:rPr>
          <w:sz w:val="22"/>
        </w:rPr>
        <w:t>A. will lie</w:t>
      </w:r>
    </w:p>
    <w:p>
      <w:pPr>
        <w:pStyle w:val="ListParagraph"/>
      </w:pPr>
      <w:r>
        <w:rPr>
          <w:sz w:val="22"/>
        </w:rPr>
        <w:t>B. will be lying</w:t>
      </w:r>
    </w:p>
    <w:p>
      <w:pPr>
        <w:pStyle w:val="ListParagraph"/>
      </w:pPr>
      <w:r>
        <w:rPr>
          <w:sz w:val="22"/>
        </w:rPr>
        <w:t>C. will have lain</w:t>
      </w:r>
    </w:p>
    <w:p>
      <w:pPr>
        <w:pStyle w:val="ListParagraph"/>
      </w:pPr>
      <w:r>
        <w:rPr>
          <w:sz w:val="22"/>
        </w:rPr>
        <w:t>D. are lying</w:t>
      </w:r>
    </w:p>
    <w:p/>
    <w:p>
      <w:r>
        <w:rPr>
          <w:b/>
          <w:sz w:val="24"/>
        </w:rPr>
        <w:t>Câu 7: I ______ here since I ______ a child.</w:t>
      </w:r>
    </w:p>
    <w:p>
      <w:pPr>
        <w:pStyle w:val="ListParagraph"/>
      </w:pPr>
      <w:r>
        <w:rPr>
          <w:sz w:val="22"/>
        </w:rPr>
        <w:t>A. have lived / was</w:t>
      </w:r>
    </w:p>
    <w:p>
      <w:pPr>
        <w:pStyle w:val="ListParagraph"/>
      </w:pPr>
      <w:r>
        <w:rPr>
          <w:sz w:val="22"/>
        </w:rPr>
        <w:t>B. lived / was</w:t>
      </w:r>
    </w:p>
    <w:p>
      <w:pPr>
        <w:pStyle w:val="ListParagraph"/>
      </w:pPr>
      <w:r>
        <w:rPr>
          <w:sz w:val="22"/>
        </w:rPr>
        <w:t>C. have lived / have been</w:t>
      </w:r>
    </w:p>
    <w:p>
      <w:pPr>
        <w:pStyle w:val="ListParagraph"/>
      </w:pPr>
      <w:r>
        <w:rPr>
          <w:sz w:val="22"/>
        </w:rPr>
        <w:t>D. live / am</w:t>
      </w:r>
    </w:p>
    <w:p/>
    <w:p>
      <w:r>
        <w:rPr>
          <w:b/>
          <w:sz w:val="24"/>
        </w:rPr>
        <w:t>Câu 8: By the time you ______ this letter, I ______ for London.</w:t>
      </w:r>
    </w:p>
    <w:p>
      <w:pPr>
        <w:pStyle w:val="ListParagraph"/>
      </w:pPr>
      <w:r>
        <w:rPr>
          <w:sz w:val="22"/>
        </w:rPr>
        <w:t>A. receive / will leave</w:t>
      </w:r>
    </w:p>
    <w:p>
      <w:pPr>
        <w:pStyle w:val="ListParagraph"/>
      </w:pPr>
      <w:r>
        <w:rPr>
          <w:sz w:val="22"/>
        </w:rPr>
        <w:t>B. receive / will have left</w:t>
      </w:r>
    </w:p>
    <w:p>
      <w:pPr>
        <w:pStyle w:val="ListParagraph"/>
      </w:pPr>
      <w:r>
        <w:rPr>
          <w:sz w:val="22"/>
        </w:rPr>
        <w:t>C. will receive / will leave</w:t>
      </w:r>
    </w:p>
    <w:p>
      <w:pPr>
        <w:pStyle w:val="ListParagraph"/>
      </w:pPr>
      <w:r>
        <w:rPr>
          <w:sz w:val="22"/>
        </w:rPr>
        <w:t>D. receive / have left</w:t>
      </w:r>
    </w:p>
    <w:p/>
    <w:p>
      <w:r>
        <w:rPr>
          <w:b/>
          <w:sz w:val="24"/>
        </w:rPr>
        <w:t>Câu 9: She ______ English for five years before she ______ to Australia.</w:t>
      </w:r>
    </w:p>
    <w:p>
      <w:pPr>
        <w:pStyle w:val="ListParagraph"/>
      </w:pPr>
      <w:r>
        <w:rPr>
          <w:sz w:val="22"/>
        </w:rPr>
        <w:t>A. studied / moved</w:t>
      </w:r>
    </w:p>
    <w:p>
      <w:pPr>
        <w:pStyle w:val="ListParagraph"/>
      </w:pPr>
      <w:r>
        <w:rPr>
          <w:sz w:val="22"/>
        </w:rPr>
        <w:t>B. had studied / moved</w:t>
      </w:r>
    </w:p>
    <w:p>
      <w:pPr>
        <w:pStyle w:val="ListParagraph"/>
      </w:pPr>
      <w:r>
        <w:rPr>
          <w:sz w:val="22"/>
        </w:rPr>
        <w:t>C. has studied / moved</w:t>
      </w:r>
    </w:p>
    <w:p>
      <w:pPr>
        <w:pStyle w:val="ListParagraph"/>
      </w:pPr>
      <w:r>
        <w:rPr>
          <w:sz w:val="22"/>
        </w:rPr>
        <w:t>D. was studying / moved</w:t>
      </w:r>
    </w:p>
    <w:p/>
    <w:p>
      <w:r>
        <w:rPr>
          <w:b/>
          <w:sz w:val="24"/>
        </w:rPr>
        <w:t>Câu 10: The children ______ football when it suddenly ______ to rain.</w:t>
      </w:r>
    </w:p>
    <w:p>
      <w:pPr>
        <w:pStyle w:val="ListParagraph"/>
      </w:pPr>
      <w:r>
        <w:rPr>
          <w:sz w:val="22"/>
        </w:rPr>
        <w:t>A. played / started</w:t>
      </w:r>
    </w:p>
    <w:p>
      <w:pPr>
        <w:pStyle w:val="ListParagraph"/>
      </w:pPr>
      <w:r>
        <w:rPr>
          <w:sz w:val="22"/>
        </w:rPr>
        <w:t>B. were playing / started</w:t>
      </w:r>
    </w:p>
    <w:p>
      <w:pPr>
        <w:pStyle w:val="ListParagraph"/>
      </w:pPr>
      <w:r>
        <w:rPr>
          <w:sz w:val="22"/>
        </w:rPr>
        <w:t>C. played / was starting</w:t>
      </w:r>
    </w:p>
    <w:p>
      <w:pPr>
        <w:pStyle w:val="ListParagraph"/>
      </w:pPr>
      <w:r>
        <w:rPr>
          <w:sz w:val="22"/>
        </w:rPr>
        <w:t>D. were playing / was starting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