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TẠO CHO TÔI 30 CÂU HỎI THI ĐÁNH GIÁ NĂNG LỰC ...</w:t>
      </w:r>
    </w:p>
    <w:p>
      <w:pPr>
        <w:jc w:val="center"/>
      </w:pPr>
      <w:r>
        <w:rPr>
          <w:sz w:val="22"/>
        </w:rPr>
        <w:t>Số câu: 20    Thời gian: _____ phút    Họ và tên: _________________________</w:t>
      </w:r>
    </w:p>
    <w:p/>
    <w:p>
      <w:r>
        <w:rPr>
          <w:b/>
          <w:sz w:val="24"/>
        </w:rPr>
        <w:t>Câu 1: Nước ta nằm trong vùng nội chí tuyến nên có đặc điểm khí hậu nào sau đây?</w:t>
      </w:r>
    </w:p>
    <w:p>
      <w:pPr>
        <w:pStyle w:val="ListParagraph"/>
      </w:pPr>
      <w:r>
        <w:rPr>
          <w:sz w:val="22"/>
        </w:rPr>
        <w:t>A. Khí hậu nhiệt đới ẩm gió mùa</w:t>
      </w:r>
    </w:p>
    <w:p>
      <w:pPr>
        <w:pStyle w:val="ListParagraph"/>
      </w:pPr>
      <w:r>
        <w:rPr>
          <w:sz w:val="22"/>
        </w:rPr>
        <w:t>B. Khí hậu ôn đới hải dương</w:t>
      </w:r>
    </w:p>
    <w:p>
      <w:pPr>
        <w:pStyle w:val="ListParagraph"/>
      </w:pPr>
      <w:r>
        <w:rPr>
          <w:sz w:val="22"/>
        </w:rPr>
        <w:t>C. Khí hậu cận nhiệt đới khô</w:t>
      </w:r>
    </w:p>
    <w:p>
      <w:pPr>
        <w:pStyle w:val="ListParagraph"/>
      </w:pPr>
      <w:r>
        <w:rPr>
          <w:sz w:val="22"/>
        </w:rPr>
        <w:t>D. Khí hậu xích đạo</w:t>
      </w:r>
    </w:p>
    <w:p/>
    <w:p>
      <w:r>
        <w:rPr>
          <w:b/>
          <w:sz w:val="24"/>
        </w:rPr>
        <w:t>Câu 2: Đường bờ biển nước ta dài khoảng bao nhiêu km?</w:t>
      </w:r>
    </w:p>
    <w:p>
      <w:pPr>
        <w:pStyle w:val="ListParagraph"/>
      </w:pPr>
      <w:r>
        <w:rPr>
          <w:sz w:val="22"/>
        </w:rPr>
        <w:t>A. 3260 km</w:t>
      </w:r>
    </w:p>
    <w:p>
      <w:pPr>
        <w:pStyle w:val="ListParagraph"/>
      </w:pPr>
      <w:r>
        <w:rPr>
          <w:sz w:val="22"/>
        </w:rPr>
        <w:t>B. 2360 km</w:t>
      </w:r>
    </w:p>
    <w:p>
      <w:pPr>
        <w:pStyle w:val="ListParagraph"/>
      </w:pPr>
      <w:r>
        <w:rPr>
          <w:sz w:val="22"/>
        </w:rPr>
        <w:t>C. 4600 km</w:t>
      </w:r>
    </w:p>
    <w:p>
      <w:pPr>
        <w:pStyle w:val="ListParagraph"/>
      </w:pPr>
      <w:r>
        <w:rPr>
          <w:sz w:val="22"/>
        </w:rPr>
        <w:t>D. 1820 km</w:t>
      </w:r>
    </w:p>
    <w:p/>
    <w:p>
      <w:r>
        <w:rPr>
          <w:b/>
          <w:sz w:val="24"/>
        </w:rPr>
        <w:t>Câu 3: Tỉnh nào sau đây có đường biên giới giáp cả Trung Quốc và Lào?</w:t>
      </w:r>
    </w:p>
    <w:p>
      <w:pPr>
        <w:pStyle w:val="ListParagraph"/>
      </w:pPr>
      <w:r>
        <w:rPr>
          <w:sz w:val="22"/>
        </w:rPr>
        <w:t>A. Điện Biên</w:t>
      </w:r>
    </w:p>
    <w:p>
      <w:pPr>
        <w:pStyle w:val="ListParagraph"/>
      </w:pPr>
      <w:r>
        <w:rPr>
          <w:sz w:val="22"/>
        </w:rPr>
        <w:t>B. Lào Cai</w:t>
      </w:r>
    </w:p>
    <w:p>
      <w:pPr>
        <w:pStyle w:val="ListParagraph"/>
      </w:pPr>
      <w:r>
        <w:rPr>
          <w:sz w:val="22"/>
        </w:rPr>
        <w:t>C. Sơn La</w:t>
      </w:r>
    </w:p>
    <w:p>
      <w:pPr>
        <w:pStyle w:val="ListParagraph"/>
      </w:pPr>
      <w:r>
        <w:rPr>
          <w:sz w:val="22"/>
        </w:rPr>
        <w:t>D. Hà Giang</w:t>
      </w:r>
    </w:p>
    <w:p/>
    <w:p>
      <w:r>
        <w:rPr>
          <w:b/>
          <w:sz w:val="24"/>
        </w:rPr>
        <w:t>Câu 4: Vào nửa sau mùa đông, miền Bắc nước ta thường có thời tiết đặc trưng nào?</w:t>
      </w:r>
    </w:p>
    <w:p>
      <w:pPr>
        <w:pStyle w:val="ListParagraph"/>
      </w:pPr>
      <w:r>
        <w:rPr>
          <w:sz w:val="22"/>
        </w:rPr>
        <w:t>A. Lạnh ẩm, mưa phùn</w:t>
      </w:r>
    </w:p>
    <w:p>
      <w:pPr>
        <w:pStyle w:val="ListParagraph"/>
      </w:pPr>
      <w:r>
        <w:rPr>
          <w:sz w:val="22"/>
        </w:rPr>
        <w:t>B. Khô hanh</w:t>
      </w:r>
    </w:p>
    <w:p>
      <w:pPr>
        <w:pStyle w:val="ListParagraph"/>
      </w:pPr>
      <w:r>
        <w:rPr>
          <w:sz w:val="22"/>
        </w:rPr>
        <w:t>C. Nóng ẩm</w:t>
      </w:r>
    </w:p>
    <w:p>
      <w:pPr>
        <w:pStyle w:val="ListParagraph"/>
      </w:pPr>
      <w:r>
        <w:rPr>
          <w:sz w:val="22"/>
        </w:rPr>
        <w:t>D. Mát mẻ</w:t>
      </w:r>
    </w:p>
    <w:p/>
    <w:p>
      <w:r>
        <w:rPr>
          <w:b/>
          <w:sz w:val="24"/>
        </w:rPr>
        <w:t>Câu 5: Dãy núi nào là ranh giới tự nhiên giữa Bắc Trung Bộ và Trung Trung Bộ?</w:t>
      </w:r>
    </w:p>
    <w:p>
      <w:pPr>
        <w:pStyle w:val="ListParagraph"/>
      </w:pPr>
      <w:r>
        <w:rPr>
          <w:sz w:val="22"/>
        </w:rPr>
        <w:t>A. Hoành Sơn</w:t>
      </w:r>
    </w:p>
    <w:p>
      <w:pPr>
        <w:pStyle w:val="ListParagraph"/>
      </w:pPr>
      <w:r>
        <w:rPr>
          <w:sz w:val="22"/>
        </w:rPr>
        <w:t>B. Bạch Mã</w:t>
      </w:r>
    </w:p>
    <w:p>
      <w:pPr>
        <w:pStyle w:val="ListParagraph"/>
      </w:pPr>
      <w:r>
        <w:rPr>
          <w:sz w:val="22"/>
        </w:rPr>
        <w:t>C. Đèo Ngang</w:t>
      </w:r>
    </w:p>
    <w:p>
      <w:pPr>
        <w:pStyle w:val="ListParagraph"/>
      </w:pPr>
      <w:r>
        <w:rPr>
          <w:sz w:val="22"/>
        </w:rPr>
        <w:t>D. Tam Điệp</w:t>
      </w:r>
    </w:p>
    <w:p/>
    <w:p>
      <w:r>
        <w:rPr>
          <w:b/>
          <w:sz w:val="24"/>
        </w:rPr>
        <w:t>Câu 6: Vùng biển thuộc chủ quyền nước ta có diện tích khoảng bao nhiêu?</w:t>
      </w:r>
    </w:p>
    <w:p>
      <w:pPr>
        <w:pStyle w:val="ListParagraph"/>
      </w:pPr>
      <w:r>
        <w:rPr>
          <w:sz w:val="22"/>
        </w:rPr>
        <w:t>A. 1 triệu km2</w:t>
      </w:r>
    </w:p>
    <w:p>
      <w:pPr>
        <w:pStyle w:val="ListParagraph"/>
      </w:pPr>
      <w:r>
        <w:rPr>
          <w:sz w:val="22"/>
        </w:rPr>
        <w:t>B. 2 triệu km2</w:t>
      </w:r>
    </w:p>
    <w:p>
      <w:pPr>
        <w:pStyle w:val="ListParagraph"/>
      </w:pPr>
      <w:r>
        <w:rPr>
          <w:sz w:val="22"/>
        </w:rPr>
        <w:t>C. 0,5 triệu km2</w:t>
      </w:r>
    </w:p>
    <w:p>
      <w:pPr>
        <w:pStyle w:val="ListParagraph"/>
      </w:pPr>
      <w:r>
        <w:rPr>
          <w:sz w:val="22"/>
        </w:rPr>
        <w:t>D. 3 triệu km2</w:t>
      </w:r>
    </w:p>
    <w:p/>
    <w:p>
      <w:r>
        <w:rPr>
          <w:b/>
          <w:sz w:val="24"/>
        </w:rPr>
        <w:t>Câu 7: Khoáng sản năng lượng có trữ lượng lớn nhất ở nước ta hiện nay là</w:t>
      </w:r>
    </w:p>
    <w:p>
      <w:pPr>
        <w:pStyle w:val="ListParagraph"/>
      </w:pPr>
      <w:r>
        <w:rPr>
          <w:sz w:val="22"/>
        </w:rPr>
        <w:t>A. than</w:t>
      </w:r>
    </w:p>
    <w:p>
      <w:pPr>
        <w:pStyle w:val="ListParagraph"/>
      </w:pPr>
      <w:r>
        <w:rPr>
          <w:sz w:val="22"/>
        </w:rPr>
        <w:t>B. dầu mỏ</w:t>
      </w:r>
    </w:p>
    <w:p>
      <w:pPr>
        <w:pStyle w:val="ListParagraph"/>
      </w:pPr>
      <w:r>
        <w:rPr>
          <w:sz w:val="22"/>
        </w:rPr>
        <w:t>C. khí đốt</w:t>
      </w:r>
    </w:p>
    <w:p>
      <w:pPr>
        <w:pStyle w:val="ListParagraph"/>
      </w:pPr>
      <w:r>
        <w:rPr>
          <w:sz w:val="22"/>
        </w:rPr>
        <w:t>D. bôxit</w:t>
      </w:r>
    </w:p>
    <w:p/>
    <w:p>
      <w:r>
        <w:rPr>
          <w:b/>
          <w:sz w:val="24"/>
        </w:rPr>
        <w:t>Câu 8: Cơ cấu dân số nước ta hiện nay có xu hướng nào sau đây?</w:t>
      </w:r>
    </w:p>
    <w:p>
      <w:pPr>
        <w:pStyle w:val="ListParagraph"/>
      </w:pPr>
      <w:r>
        <w:rPr>
          <w:sz w:val="22"/>
        </w:rPr>
        <w:t>A. Dân số trẻ</w:t>
      </w:r>
    </w:p>
    <w:p>
      <w:pPr>
        <w:pStyle w:val="ListParagraph"/>
      </w:pPr>
      <w:r>
        <w:rPr>
          <w:sz w:val="22"/>
        </w:rPr>
        <w:t>B. Dân số đang già hóa</w:t>
      </w:r>
    </w:p>
    <w:p>
      <w:pPr>
        <w:pStyle w:val="ListParagraph"/>
      </w:pPr>
      <w:r>
        <w:rPr>
          <w:sz w:val="22"/>
        </w:rPr>
        <w:t>C. Dân số già</w:t>
      </w:r>
    </w:p>
    <w:p>
      <w:pPr>
        <w:pStyle w:val="ListParagraph"/>
      </w:pPr>
      <w:r>
        <w:rPr>
          <w:sz w:val="22"/>
        </w:rPr>
        <w:t>D. Dân số vàng</w:t>
      </w:r>
    </w:p>
    <w:p/>
    <w:p>
      <w:r>
        <w:rPr>
          <w:b/>
          <w:sz w:val="24"/>
        </w:rPr>
        <w:t>Câu 9: Vùng nào sau đây có mật độ dân số cao nhất nước ta?</w:t>
      </w:r>
    </w:p>
    <w:p>
      <w:pPr>
        <w:pStyle w:val="ListParagraph"/>
      </w:pPr>
      <w:r>
        <w:rPr>
          <w:sz w:val="22"/>
        </w:rPr>
        <w:t>A. Đồng bằng sông Hồng</w:t>
      </w:r>
    </w:p>
    <w:p>
      <w:pPr>
        <w:pStyle w:val="ListParagraph"/>
      </w:pPr>
      <w:r>
        <w:rPr>
          <w:sz w:val="22"/>
        </w:rPr>
        <w:t>B. Đông Nam Bộ</w:t>
      </w:r>
    </w:p>
    <w:p>
      <w:pPr>
        <w:pStyle w:val="ListParagraph"/>
      </w:pPr>
      <w:r>
        <w:rPr>
          <w:sz w:val="22"/>
        </w:rPr>
        <w:t>C. Đồng bằng sông Cửu Long</w:t>
      </w:r>
    </w:p>
    <w:p>
      <w:pPr>
        <w:pStyle w:val="ListParagraph"/>
      </w:pPr>
      <w:r>
        <w:rPr>
          <w:sz w:val="22"/>
        </w:rPr>
        <w:t>D. Duyên hải Nam Trung Bộ</w:t>
      </w:r>
    </w:p>
    <w:p/>
    <w:p>
      <w:r>
        <w:rPr>
          <w:b/>
          <w:sz w:val="24"/>
        </w:rPr>
        <w:t>Câu 10: Loại đất chiếm diện tích lớn nhất ở nước ta là</w:t>
      </w:r>
    </w:p>
    <w:p>
      <w:pPr>
        <w:pStyle w:val="ListParagraph"/>
      </w:pPr>
      <w:r>
        <w:rPr>
          <w:sz w:val="22"/>
        </w:rPr>
        <w:t>A. đất feralit</w:t>
      </w:r>
    </w:p>
    <w:p>
      <w:pPr>
        <w:pStyle w:val="ListParagraph"/>
      </w:pPr>
      <w:r>
        <w:rPr>
          <w:sz w:val="22"/>
        </w:rPr>
        <w:t>B. đất phù sa</w:t>
      </w:r>
    </w:p>
    <w:p>
      <w:pPr>
        <w:pStyle w:val="ListParagraph"/>
      </w:pPr>
      <w:r>
        <w:rPr>
          <w:sz w:val="22"/>
        </w:rPr>
        <w:t>C. đất mùn núi cao</w:t>
      </w:r>
    </w:p>
    <w:p>
      <w:pPr>
        <w:pStyle w:val="ListParagraph"/>
      </w:pPr>
      <w:r>
        <w:rPr>
          <w:sz w:val="22"/>
        </w:rPr>
        <w:t>D. đất cát biển</w:t>
      </w:r>
    </w:p>
    <w:p/>
    <w:p>
      <w:r>
        <w:rPr>
          <w:b/>
          <w:sz w:val="24"/>
        </w:rPr>
        <w:t>Câu 11: Gió mùa Đông Bắc hoạt động ở nước ta chủ yếu vào thời gian nào?</w:t>
      </w:r>
    </w:p>
    <w:p>
      <w:pPr>
        <w:pStyle w:val="ListParagraph"/>
      </w:pPr>
      <w:r>
        <w:rPr>
          <w:sz w:val="22"/>
        </w:rPr>
        <w:t>A. Từ tháng 11 đến tháng 4 năm sau</w:t>
      </w:r>
    </w:p>
    <w:p>
      <w:pPr>
        <w:pStyle w:val="ListParagraph"/>
      </w:pPr>
      <w:r>
        <w:rPr>
          <w:sz w:val="22"/>
        </w:rPr>
        <w:t>B. Từ tháng 5 đến tháng 10</w:t>
      </w:r>
    </w:p>
    <w:p>
      <w:pPr>
        <w:pStyle w:val="ListParagraph"/>
      </w:pPr>
      <w:r>
        <w:rPr>
          <w:sz w:val="22"/>
        </w:rPr>
        <w:t>C. Từ tháng 6 đến tháng 8</w:t>
      </w:r>
    </w:p>
    <w:p>
      <w:pPr>
        <w:pStyle w:val="ListParagraph"/>
      </w:pPr>
      <w:r>
        <w:rPr>
          <w:sz w:val="22"/>
        </w:rPr>
        <w:t>D. Từ tháng 9 đến tháng 12</w:t>
      </w:r>
    </w:p>
    <w:p/>
    <w:p>
      <w:r>
        <w:rPr>
          <w:b/>
          <w:sz w:val="24"/>
        </w:rPr>
        <w:t>Câu 12: Vùng trọng điểm sản xuất lúa lớn nhất nước ta là</w:t>
      </w:r>
    </w:p>
    <w:p>
      <w:pPr>
        <w:pStyle w:val="ListParagraph"/>
      </w:pPr>
      <w:r>
        <w:rPr>
          <w:sz w:val="22"/>
        </w:rPr>
        <w:t>A. Đồng bằng sông Cửu Long</w:t>
      </w:r>
    </w:p>
    <w:p>
      <w:pPr>
        <w:pStyle w:val="ListParagraph"/>
      </w:pPr>
      <w:r>
        <w:rPr>
          <w:sz w:val="22"/>
        </w:rPr>
        <w:t>B. Đồng bằng sông Hồng</w:t>
      </w:r>
    </w:p>
    <w:p>
      <w:pPr>
        <w:pStyle w:val="ListParagraph"/>
      </w:pPr>
      <w:r>
        <w:rPr>
          <w:sz w:val="22"/>
        </w:rPr>
        <w:t>C. Trung du và miền núi Bắc Bộ</w:t>
      </w:r>
    </w:p>
    <w:p>
      <w:pPr>
        <w:pStyle w:val="ListParagraph"/>
      </w:pPr>
      <w:r>
        <w:rPr>
          <w:sz w:val="22"/>
        </w:rPr>
        <w:t>D. Bắc Trung Bộ</w:t>
      </w:r>
    </w:p>
    <w:p/>
    <w:p>
      <w:r>
        <w:rPr>
          <w:b/>
          <w:sz w:val="24"/>
        </w:rPr>
        <w:t>Câu 13: Ngành công nghiệp trọng điểm nào sau đây sử dụng nhiều lao động?</w:t>
      </w:r>
    </w:p>
    <w:p>
      <w:pPr>
        <w:pStyle w:val="ListParagraph"/>
      </w:pPr>
      <w:r>
        <w:rPr>
          <w:sz w:val="22"/>
        </w:rPr>
        <w:t>A. Dệt may</w:t>
      </w:r>
    </w:p>
    <w:p>
      <w:pPr>
        <w:pStyle w:val="ListParagraph"/>
      </w:pPr>
      <w:r>
        <w:rPr>
          <w:sz w:val="22"/>
        </w:rPr>
        <w:t>B. Điện tử</w:t>
      </w:r>
    </w:p>
    <w:p>
      <w:pPr>
        <w:pStyle w:val="ListParagraph"/>
      </w:pPr>
      <w:r>
        <w:rPr>
          <w:sz w:val="22"/>
        </w:rPr>
        <w:t>C. Hóa chất</w:t>
      </w:r>
    </w:p>
    <w:p>
      <w:pPr>
        <w:pStyle w:val="ListParagraph"/>
      </w:pPr>
      <w:r>
        <w:rPr>
          <w:sz w:val="22"/>
        </w:rPr>
        <w:t>D. Luyện kim</w:t>
      </w:r>
    </w:p>
    <w:p/>
    <w:p>
      <w:r>
        <w:rPr>
          <w:b/>
          <w:sz w:val="24"/>
        </w:rPr>
        <w:t>Câu 14: Điều kiện thuận lợi nhất để phát triển ngành thủy sản nước ta là</w:t>
      </w:r>
    </w:p>
    <w:p>
      <w:pPr>
        <w:pStyle w:val="ListParagraph"/>
      </w:pPr>
      <w:r>
        <w:rPr>
          <w:sz w:val="22"/>
        </w:rPr>
        <w:t>A. đường bờ biển dài, vùng đặc quyền kinh tế rộng</w:t>
      </w:r>
    </w:p>
    <w:p>
      <w:pPr>
        <w:pStyle w:val="ListParagraph"/>
      </w:pPr>
      <w:r>
        <w:rPr>
          <w:sz w:val="22"/>
        </w:rPr>
        <w:t>B. khí hậu lạnh giá</w:t>
      </w:r>
    </w:p>
    <w:p>
      <w:pPr>
        <w:pStyle w:val="ListParagraph"/>
      </w:pPr>
      <w:r>
        <w:rPr>
          <w:sz w:val="22"/>
        </w:rPr>
        <w:t>C. ít sông ngòi</w:t>
      </w:r>
    </w:p>
    <w:p>
      <w:pPr>
        <w:pStyle w:val="ListParagraph"/>
      </w:pPr>
      <w:r>
        <w:rPr>
          <w:sz w:val="22"/>
        </w:rPr>
        <w:t>D. đất phèn rộng lớn</w:t>
      </w:r>
    </w:p>
    <w:p/>
    <w:p>
      <w:r>
        <w:rPr>
          <w:b/>
          <w:sz w:val="24"/>
        </w:rPr>
        <w:t>Câu 15: Tuyến đường bộ quan trọng nhất theo hướng Bắc - Nam của nước ta là</w:t>
      </w:r>
    </w:p>
    <w:p>
      <w:pPr>
        <w:pStyle w:val="ListParagraph"/>
      </w:pPr>
      <w:r>
        <w:rPr>
          <w:sz w:val="22"/>
        </w:rPr>
        <w:t>A. Quốc lộ 1</w:t>
      </w:r>
    </w:p>
    <w:p>
      <w:pPr>
        <w:pStyle w:val="ListParagraph"/>
      </w:pPr>
      <w:r>
        <w:rPr>
          <w:sz w:val="22"/>
        </w:rPr>
        <w:t>B. Đường Hồ Chí Minh</w:t>
      </w:r>
    </w:p>
    <w:p>
      <w:pPr>
        <w:pStyle w:val="ListParagraph"/>
      </w:pPr>
      <w:r>
        <w:rPr>
          <w:sz w:val="22"/>
        </w:rPr>
        <w:t>C. Quốc lộ 9</w:t>
      </w:r>
    </w:p>
    <w:p>
      <w:pPr>
        <w:pStyle w:val="ListParagraph"/>
      </w:pPr>
      <w:r>
        <w:rPr>
          <w:sz w:val="22"/>
        </w:rPr>
        <w:t>D. Quốc lộ 14</w:t>
      </w:r>
    </w:p>
    <w:p/>
    <w:p>
      <w:r>
        <w:rPr>
          <w:b/>
          <w:sz w:val="24"/>
        </w:rPr>
        <w:t>Câu 16: Cửa khẩu quốc tế nào sau đây nằm trên biên giới Việt Nam - Trung Quốc?</w:t>
      </w:r>
    </w:p>
    <w:p>
      <w:pPr>
        <w:pStyle w:val="ListParagraph"/>
      </w:pPr>
      <w:r>
        <w:rPr>
          <w:sz w:val="22"/>
        </w:rPr>
        <w:t>A. Móng Cái</w:t>
      </w:r>
    </w:p>
    <w:p>
      <w:pPr>
        <w:pStyle w:val="ListParagraph"/>
      </w:pPr>
      <w:r>
        <w:rPr>
          <w:sz w:val="22"/>
        </w:rPr>
        <w:t>B. Lao Bảo</w:t>
      </w:r>
    </w:p>
    <w:p>
      <w:pPr>
        <w:pStyle w:val="ListParagraph"/>
      </w:pPr>
      <w:r>
        <w:rPr>
          <w:sz w:val="22"/>
        </w:rPr>
        <w:t>C. Mộc Bài</w:t>
      </w:r>
    </w:p>
    <w:p>
      <w:pPr>
        <w:pStyle w:val="ListParagraph"/>
      </w:pPr>
      <w:r>
        <w:rPr>
          <w:sz w:val="22"/>
        </w:rPr>
        <w:t>D. Tịnh Biên</w:t>
      </w:r>
    </w:p>
    <w:p/>
    <w:p>
      <w:r>
        <w:rPr>
          <w:b/>
          <w:sz w:val="24"/>
        </w:rPr>
        <w:t>Câu 17: Trung tâm công nghiệp lớn nhất nước ta hiện nay là</w:t>
      </w:r>
    </w:p>
    <w:p>
      <w:pPr>
        <w:pStyle w:val="ListParagraph"/>
      </w:pPr>
      <w:r>
        <w:rPr>
          <w:sz w:val="22"/>
        </w:rPr>
        <w:t>A. TP Hồ Chí Minh</w:t>
      </w:r>
    </w:p>
    <w:p>
      <w:pPr>
        <w:pStyle w:val="ListParagraph"/>
      </w:pPr>
      <w:r>
        <w:rPr>
          <w:sz w:val="22"/>
        </w:rPr>
        <w:t>B. Hà Nội</w:t>
      </w:r>
    </w:p>
    <w:p>
      <w:pPr>
        <w:pStyle w:val="ListParagraph"/>
      </w:pPr>
      <w:r>
        <w:rPr>
          <w:sz w:val="22"/>
        </w:rPr>
        <w:t>C. Hải Phòng</w:t>
      </w:r>
    </w:p>
    <w:p>
      <w:pPr>
        <w:pStyle w:val="ListParagraph"/>
      </w:pPr>
      <w:r>
        <w:rPr>
          <w:sz w:val="22"/>
        </w:rPr>
        <w:t>D. Đà Nẵng</w:t>
      </w:r>
    </w:p>
    <w:p/>
    <w:p>
      <w:r>
        <w:rPr>
          <w:b/>
          <w:sz w:val="24"/>
        </w:rPr>
        <w:t>Câu 18: Vùng nào sau đây có thế mạnh phát triển cây công nghiệp lâu năm lớn nhất nước ta?</w:t>
      </w:r>
    </w:p>
    <w:p>
      <w:pPr>
        <w:pStyle w:val="ListParagraph"/>
      </w:pPr>
      <w:r>
        <w:rPr>
          <w:sz w:val="22"/>
        </w:rPr>
        <w:t>A. Tây Nguyên</w:t>
      </w:r>
    </w:p>
    <w:p>
      <w:pPr>
        <w:pStyle w:val="ListParagraph"/>
      </w:pPr>
      <w:r>
        <w:rPr>
          <w:sz w:val="22"/>
        </w:rPr>
        <w:t>B. Đông Nam Bộ</w:t>
      </w:r>
    </w:p>
    <w:p>
      <w:pPr>
        <w:pStyle w:val="ListParagraph"/>
      </w:pPr>
      <w:r>
        <w:rPr>
          <w:sz w:val="22"/>
        </w:rPr>
        <w:t>C. Trung du và miền núi Bắc Bộ</w:t>
      </w:r>
    </w:p>
    <w:p>
      <w:pPr>
        <w:pStyle w:val="ListParagraph"/>
      </w:pPr>
      <w:r>
        <w:rPr>
          <w:sz w:val="22"/>
        </w:rPr>
        <w:t>D. Bắc Trung Bộ</w:t>
      </w:r>
    </w:p>
    <w:p/>
    <w:p>
      <w:r>
        <w:rPr>
          <w:b/>
          <w:sz w:val="24"/>
        </w:rPr>
        <w:t>Câu 19: Đảo có diện tích lớn nhất nước ta là</w:t>
      </w:r>
    </w:p>
    <w:p>
      <w:pPr>
        <w:pStyle w:val="ListParagraph"/>
      </w:pPr>
      <w:r>
        <w:rPr>
          <w:sz w:val="22"/>
        </w:rPr>
        <w:t>A. Phú Quốc</w:t>
      </w:r>
    </w:p>
    <w:p>
      <w:pPr>
        <w:pStyle w:val="ListParagraph"/>
      </w:pPr>
      <w:r>
        <w:rPr>
          <w:sz w:val="22"/>
        </w:rPr>
        <w:t>B. Cát Bà</w:t>
      </w:r>
    </w:p>
    <w:p>
      <w:pPr>
        <w:pStyle w:val="ListParagraph"/>
      </w:pPr>
      <w:r>
        <w:rPr>
          <w:sz w:val="22"/>
        </w:rPr>
        <w:t>C. Côn Đảo</w:t>
      </w:r>
    </w:p>
    <w:p>
      <w:pPr>
        <w:pStyle w:val="ListParagraph"/>
      </w:pPr>
      <w:r>
        <w:rPr>
          <w:sz w:val="22"/>
        </w:rPr>
        <w:t>D. Lý Sơn</w:t>
      </w:r>
    </w:p>
    <w:p/>
    <w:p>
      <w:r>
        <w:rPr>
          <w:b/>
          <w:sz w:val="24"/>
        </w:rPr>
        <w:t>Câu 20: Biển Đông ảnh hưởng sâu sắc đến khí hậu nước ta chủ yếu vì</w:t>
      </w:r>
    </w:p>
    <w:p>
      <w:pPr>
        <w:pStyle w:val="ListParagraph"/>
      </w:pPr>
      <w:r>
        <w:rPr>
          <w:sz w:val="22"/>
        </w:rPr>
        <w:t>A. tăng độ ẩm và điều hòa nhiệt độ</w:t>
      </w:r>
    </w:p>
    <w:p>
      <w:pPr>
        <w:pStyle w:val="ListParagraph"/>
      </w:pPr>
      <w:r>
        <w:rPr>
          <w:sz w:val="22"/>
        </w:rPr>
        <w:t>B. gây khô hạn kéo dài</w:t>
      </w:r>
    </w:p>
    <w:p>
      <w:pPr>
        <w:pStyle w:val="ListParagraph"/>
      </w:pPr>
      <w:r>
        <w:rPr>
          <w:sz w:val="22"/>
        </w:rPr>
        <w:t>C. làm lạnh mùa hè</w:t>
      </w:r>
    </w:p>
    <w:p>
      <w:pPr>
        <w:pStyle w:val="ListParagraph"/>
      </w:pPr>
      <w:r>
        <w:rPr>
          <w:sz w:val="22"/>
        </w:rPr>
        <w:t>D. ngăn cản gió mùa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A</w:t>
      </w:r>
    </w:p>
    <w:p>
      <w:r>
        <w:rPr>
          <w:b/>
        </w:rPr>
        <w:t>Câu 3: Đáp án đúng: A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B</w:t>
      </w:r>
    </w:p>
    <w:p>
      <w:r>
        <w:rPr>
          <w:b/>
        </w:rPr>
        <w:t>Câu 6: Đáp án đúng: A</w:t>
      </w:r>
    </w:p>
    <w:p>
      <w:r>
        <w:rPr>
          <w:b/>
        </w:rPr>
        <w:t>Câu 7: Đáp án đúng: A</w:t>
      </w:r>
    </w:p>
    <w:p>
      <w:r>
        <w:rPr>
          <w:b/>
        </w:rPr>
        <w:t>Câu 8: Đáp án đúng: B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A</w:t>
      </w:r>
    </w:p>
    <w:p>
      <w:r>
        <w:rPr>
          <w:b/>
        </w:rPr>
        <w:t>Câu 11: Đáp án đúng: A</w:t>
      </w:r>
    </w:p>
    <w:p>
      <w:r>
        <w:rPr>
          <w:b/>
        </w:rPr>
        <w:t>Câu 12: Đáp án đúng: A</w:t>
      </w:r>
    </w:p>
    <w:p>
      <w:r>
        <w:rPr>
          <w:b/>
        </w:rPr>
        <w:t>Câu 13: Đáp án đúng: A</w:t>
      </w:r>
    </w:p>
    <w:p>
      <w:r>
        <w:rPr>
          <w:b/>
        </w:rPr>
        <w:t>Câu 14: Đáp án đúng: A</w:t>
      </w:r>
    </w:p>
    <w:p>
      <w:r>
        <w:rPr>
          <w:b/>
        </w:rPr>
        <w:t>Câu 15: Đáp án đúng: A</w:t>
      </w:r>
    </w:p>
    <w:p>
      <w:r>
        <w:rPr>
          <w:b/>
        </w:rPr>
        <w:t>Câu 16: Đáp án đúng: A</w:t>
      </w:r>
    </w:p>
    <w:p>
      <w:r>
        <w:rPr>
          <w:b/>
        </w:rPr>
        <w:t>Câu 17: Đáp án đúng: A</w:t>
      </w:r>
    </w:p>
    <w:p>
      <w:r>
        <w:rPr>
          <w:b/>
        </w:rPr>
        <w:t>Câu 18: Đáp án đúng: A</w:t>
      </w:r>
    </w:p>
    <w:p>
      <w:r>
        <w:rPr>
          <w:b/>
        </w:rPr>
        <w:t>Câu 19: Đáp án đúng: A</w:t>
      </w:r>
    </w:p>
    <w:p>
      <w:r>
        <w:rPr>
          <w:b/>
        </w:rPr>
        <w:t>Câu 20: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