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1 và bài 2 bài 4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