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Mark the letter A, B, C, or D on your answer ...</w:t>
      </w:r>
    </w:p>
    <w:p>
      <w:pPr>
        <w:jc w:val="center"/>
      </w:pPr>
      <w:r>
        <w:rPr>
          <w:sz w:val="22"/>
        </w:rPr>
        <w:t>Số câu: 19    Thời gian: _____ phút    Họ và tên: _________________________</w:t>
      </w:r>
    </w:p>
    <w:p/>
    <w:p>
      <w:r>
        <w:rPr>
          <w:b/>
          <w:sz w:val="24"/>
        </w:rPr>
        <w:t>Câu 1: Mark the letter A, B, C, or D on your answer sheet to indicate the word whose underlined part differs from the other three in pronunciation in each of the following questions. Question 1:</w:t>
      </w:r>
    </w:p>
    <w:p>
      <w:pPr>
        <w:pStyle w:val="ListParagraph"/>
      </w:pPr>
      <w:r>
        <w:rPr>
          <w:sz w:val="22"/>
        </w:rPr>
        <w:t>A. costume</w:t>
      </w:r>
    </w:p>
    <w:p>
      <w:pPr>
        <w:pStyle w:val="ListParagraph"/>
      </w:pPr>
      <w:r>
        <w:rPr>
          <w:sz w:val="22"/>
        </w:rPr>
        <w:t>B. global</w:t>
      </w:r>
    </w:p>
    <w:p>
      <w:pPr>
        <w:pStyle w:val="ListParagraph"/>
      </w:pPr>
      <w:r>
        <w:rPr>
          <w:sz w:val="22"/>
        </w:rPr>
        <w:t>C. close</w:t>
      </w:r>
    </w:p>
    <w:p>
      <w:pPr>
        <w:pStyle w:val="ListParagraph"/>
      </w:pPr>
      <w:r>
        <w:rPr>
          <w:sz w:val="22"/>
        </w:rPr>
        <w:t>D. folk</w:t>
      </w:r>
    </w:p>
    <w:p/>
    <w:p>
      <w:r>
        <w:rPr>
          <w:b/>
          <w:sz w:val="24"/>
        </w:rPr>
        <w:t>Câu 2: Mark the letter A, B, C, or D on your answer sheet to indicate the word that differs from the other three in the position of primary stress in each of the following questions. Question 2:</w:t>
      </w:r>
    </w:p>
    <w:p>
      <w:pPr>
        <w:pStyle w:val="ListParagraph"/>
      </w:pPr>
      <w:r>
        <w:rPr>
          <w:sz w:val="22"/>
        </w:rPr>
        <w:t>A. cuisine</w:t>
      </w:r>
    </w:p>
    <w:p>
      <w:pPr>
        <w:pStyle w:val="ListParagraph"/>
      </w:pPr>
      <w:r>
        <w:rPr>
          <w:sz w:val="22"/>
        </w:rPr>
        <w:t>B. value</w:t>
      </w:r>
    </w:p>
    <w:p>
      <w:pPr>
        <w:pStyle w:val="ListParagraph"/>
      </w:pPr>
      <w:r>
        <w:rPr>
          <w:sz w:val="22"/>
        </w:rPr>
        <w:t>C. culture</w:t>
      </w:r>
    </w:p>
    <w:p>
      <w:pPr>
        <w:pStyle w:val="ListParagraph"/>
      </w:pPr>
      <w:r>
        <w:rPr>
          <w:sz w:val="22"/>
        </w:rPr>
        <w:t>D. custom</w:t>
      </w:r>
    </w:p>
    <w:p/>
    <w:p>
      <w:r>
        <w:rPr>
          <w:b/>
          <w:sz w:val="24"/>
        </w:rPr>
        <w:t>Câu 3: Question 3:</w:t>
      </w:r>
    </w:p>
    <w:p>
      <w:pPr>
        <w:pStyle w:val="ListParagraph"/>
      </w:pPr>
      <w:r>
        <w:rPr>
          <w:sz w:val="22"/>
        </w:rPr>
        <w:t>A. integrate</w:t>
      </w:r>
    </w:p>
    <w:p>
      <w:pPr>
        <w:pStyle w:val="ListParagraph"/>
      </w:pPr>
      <w:r>
        <w:rPr>
          <w:sz w:val="22"/>
        </w:rPr>
        <w:t>B. exotic</w:t>
      </w:r>
    </w:p>
    <w:p>
      <w:pPr>
        <w:pStyle w:val="ListParagraph"/>
      </w:pPr>
      <w:r>
        <w:rPr>
          <w:sz w:val="22"/>
        </w:rPr>
        <w:t>C. harmonious</w:t>
      </w:r>
    </w:p>
    <w:p>
      <w:pPr>
        <w:pStyle w:val="ListParagraph"/>
      </w:pPr>
      <w:r>
        <w:rPr>
          <w:sz w:val="22"/>
        </w:rPr>
        <w:t>D. identity</w:t>
      </w:r>
    </w:p>
    <w:p/>
    <w:p>
      <w:r>
        <w:rPr>
          <w:b/>
          <w:sz w:val="24"/>
        </w:rPr>
        <w:t>Câu 4: Mark the letter A, B, C, or D on your answer sheet to indicate the correct answer to each of the following questions. Question 4: When traveling to a foreign country, remember that "When in Rome, as the Romans do."</w:t>
      </w:r>
    </w:p>
    <w:p>
      <w:pPr>
        <w:pStyle w:val="ListParagraph"/>
      </w:pPr>
      <w:r>
        <w:rPr>
          <w:sz w:val="22"/>
        </w:rPr>
        <w:t>A. act</w:t>
      </w:r>
    </w:p>
    <w:p>
      <w:pPr>
        <w:pStyle w:val="ListParagraph"/>
      </w:pPr>
      <w:r>
        <w:rPr>
          <w:sz w:val="22"/>
        </w:rPr>
        <w:t>B. play</w:t>
      </w:r>
    </w:p>
    <w:p>
      <w:pPr>
        <w:pStyle w:val="ListParagraph"/>
      </w:pPr>
      <w:r>
        <w:rPr>
          <w:sz w:val="22"/>
        </w:rPr>
        <w:t>C. make</w:t>
      </w:r>
    </w:p>
    <w:p>
      <w:pPr>
        <w:pStyle w:val="ListParagraph"/>
      </w:pPr>
      <w:r>
        <w:rPr>
          <w:sz w:val="22"/>
        </w:rPr>
        <w:t>D. do</w:t>
      </w:r>
    </w:p>
    <w:p/>
    <w:p>
      <w:r>
        <w:rPr>
          <w:b/>
          <w:sz w:val="24"/>
        </w:rPr>
        <w:t>Câu 5: Question 5: International students often experience culture during their first few weeks abroad.</w:t>
      </w:r>
    </w:p>
    <w:p>
      <w:pPr>
        <w:pStyle w:val="ListParagraph"/>
      </w:pPr>
      <w:r>
        <w:rPr>
          <w:sz w:val="22"/>
        </w:rPr>
        <w:t>A. pot</w:t>
      </w:r>
    </w:p>
    <w:p>
      <w:pPr>
        <w:pStyle w:val="ListParagraph"/>
      </w:pPr>
      <w:r>
        <w:rPr>
          <w:sz w:val="22"/>
        </w:rPr>
        <w:t>B. gap</w:t>
      </w:r>
    </w:p>
    <w:p>
      <w:pPr>
        <w:pStyle w:val="ListParagraph"/>
      </w:pPr>
      <w:r>
        <w:rPr>
          <w:sz w:val="22"/>
        </w:rPr>
        <w:t>C. barrier</w:t>
      </w:r>
    </w:p>
    <w:p>
      <w:pPr>
        <w:pStyle w:val="ListParagraph"/>
      </w:pPr>
      <w:r>
        <w:rPr>
          <w:sz w:val="22"/>
        </w:rPr>
        <w:t>D. shock</w:t>
      </w:r>
    </w:p>
    <w:p/>
    <w:p>
      <w:r>
        <w:rPr>
          <w:b/>
          <w:sz w:val="24"/>
        </w:rPr>
        <w:t>Câu 6: Question 6: London is a vibrant ____ city with residents arriving from all over the world.</w:t>
      </w:r>
    </w:p>
    <w:p>
      <w:pPr>
        <w:pStyle w:val="ListParagraph"/>
      </w:pPr>
      <w:r>
        <w:rPr>
          <w:sz w:val="22"/>
        </w:rPr>
        <w:t>A. festive</w:t>
      </w:r>
    </w:p>
    <w:p>
      <w:pPr>
        <w:pStyle w:val="ListParagraph"/>
      </w:pPr>
      <w:r>
        <w:rPr>
          <w:sz w:val="22"/>
        </w:rPr>
        <w:t>B. traditional</w:t>
      </w:r>
    </w:p>
    <w:p>
      <w:pPr>
        <w:pStyle w:val="ListParagraph"/>
      </w:pPr>
      <w:r>
        <w:rPr>
          <w:sz w:val="22"/>
        </w:rPr>
        <w:t>C. exotic</w:t>
      </w:r>
    </w:p>
    <w:p>
      <w:pPr>
        <w:pStyle w:val="ListParagraph"/>
      </w:pPr>
      <w:r>
        <w:rPr>
          <w:sz w:val="22"/>
        </w:rPr>
        <w:t>D. multicultural</w:t>
      </w:r>
    </w:p>
    <w:p/>
    <w:p>
      <w:r>
        <w:rPr>
          <w:b/>
          <w:sz w:val="24"/>
        </w:rPr>
        <w:t>Câu 7: Mark the letter A, B, C, or D on your answer sheet to indicate the word(s) OPPOSITE IN MEANING to the underlined word(s) in each of the following questions. Question 7: We must make every effort to preserve historical monuments rather than ignoring them.</w:t>
      </w:r>
    </w:p>
    <w:p>
      <w:pPr>
        <w:pStyle w:val="ListParagraph"/>
      </w:pPr>
      <w:r>
        <w:rPr>
          <w:sz w:val="22"/>
        </w:rPr>
        <w:t>A. value</w:t>
      </w:r>
    </w:p>
    <w:p>
      <w:pPr>
        <w:pStyle w:val="ListParagraph"/>
      </w:pPr>
      <w:r>
        <w:rPr>
          <w:sz w:val="22"/>
        </w:rPr>
        <w:t>B. protect</w:t>
      </w:r>
    </w:p>
    <w:p>
      <w:pPr>
        <w:pStyle w:val="ListParagraph"/>
      </w:pPr>
      <w:r>
        <w:rPr>
          <w:sz w:val="22"/>
        </w:rPr>
        <w:t>C. destroy</w:t>
      </w:r>
    </w:p>
    <w:p>
      <w:pPr>
        <w:pStyle w:val="ListParagraph"/>
      </w:pPr>
      <w:r>
        <w:rPr>
          <w:sz w:val="22"/>
        </w:rPr>
        <w:t>D. maintain</w:t>
      </w:r>
    </w:p>
    <w:p/>
    <w:p>
      <w:r>
        <w:rPr>
          <w:b/>
          <w:sz w:val="24"/>
        </w:rPr>
        <w:t>Câu 8: Mark the letter A, B, C, or D on your answer sheet to indicate the correct answer to each of the following questions. Question 8: We visited____ ancient town of Hoi An during our summer holiday.</w:t>
      </w:r>
    </w:p>
    <w:p>
      <w:pPr>
        <w:pStyle w:val="ListParagraph"/>
      </w:pPr>
      <w:r>
        <w:rPr>
          <w:sz w:val="22"/>
        </w:rPr>
        <w:t>A. Ø</w:t>
      </w:r>
    </w:p>
    <w:p>
      <w:pPr>
        <w:pStyle w:val="ListParagraph"/>
      </w:pPr>
      <w:r>
        <w:rPr>
          <w:sz w:val="22"/>
        </w:rPr>
        <w:t>B. a</w:t>
      </w:r>
    </w:p>
    <w:p>
      <w:pPr>
        <w:pStyle w:val="ListParagraph"/>
      </w:pPr>
      <w:r>
        <w:rPr>
          <w:sz w:val="22"/>
        </w:rPr>
        <w:t>C. the</w:t>
      </w:r>
    </w:p>
    <w:p>
      <w:pPr>
        <w:pStyle w:val="ListParagraph"/>
      </w:pPr>
      <w:r>
        <w:rPr>
          <w:sz w:val="22"/>
        </w:rPr>
        <w:t>D. an</w:t>
      </w:r>
    </w:p>
    <w:p/>
    <w:p>
      <w:r>
        <w:rPr>
          <w:b/>
          <w:sz w:val="24"/>
        </w:rPr>
        <w:t>Câu 9: Question 9: Traditional folk stories are from generation to generation to keep history alive.</w:t>
      </w:r>
    </w:p>
    <w:p>
      <w:pPr>
        <w:pStyle w:val="ListParagraph"/>
      </w:pPr>
      <w:r>
        <w:rPr>
          <w:sz w:val="22"/>
        </w:rPr>
        <w:t>A. turned into</w:t>
      </w:r>
    </w:p>
    <w:p>
      <w:pPr>
        <w:pStyle w:val="ListParagraph"/>
      </w:pPr>
      <w:r>
        <w:rPr>
          <w:sz w:val="22"/>
        </w:rPr>
        <w:t>B. wiped out</w:t>
      </w:r>
    </w:p>
    <w:p>
      <w:pPr>
        <w:pStyle w:val="ListParagraph"/>
      </w:pPr>
      <w:r>
        <w:rPr>
          <w:sz w:val="22"/>
        </w:rPr>
        <w:t>C. shown off</w:t>
      </w:r>
    </w:p>
    <w:p>
      <w:pPr>
        <w:pStyle w:val="ListParagraph"/>
      </w:pPr>
      <w:r>
        <w:rPr>
          <w:sz w:val="22"/>
        </w:rPr>
        <w:t>D. passed down</w:t>
      </w:r>
    </w:p>
    <w:p/>
    <w:p>
      <w:r>
        <w:rPr>
          <w:b/>
          <w:sz w:val="24"/>
        </w:rPr>
        <w:t>Câu 10: Question 10: We visited ______ ancient town of Hoi An during our summer holiday.</w:t>
      </w:r>
    </w:p>
    <w:p>
      <w:pPr>
        <w:pStyle w:val="ListParagraph"/>
      </w:pPr>
      <w:r>
        <w:rPr>
          <w:sz w:val="22"/>
        </w:rPr>
        <w:t>A. a</w:t>
      </w:r>
    </w:p>
    <w:p>
      <w:pPr>
        <w:pStyle w:val="ListParagraph"/>
      </w:pPr>
      <w:r>
        <w:rPr>
          <w:sz w:val="22"/>
        </w:rPr>
        <w:t>B. the</w:t>
      </w:r>
    </w:p>
    <w:p>
      <w:pPr>
        <w:pStyle w:val="ListParagraph"/>
      </w:pPr>
      <w:r>
        <w:rPr>
          <w:sz w:val="22"/>
        </w:rPr>
        <w:t>C. Ø</w:t>
      </w:r>
    </w:p>
    <w:p>
      <w:pPr>
        <w:pStyle w:val="ListParagraph"/>
      </w:pPr>
      <w:r>
        <w:rPr>
          <w:sz w:val="22"/>
        </w:rPr>
        <w:t>D. an</w:t>
      </w:r>
    </w:p>
    <w:p/>
    <w:p>
      <w:r>
        <w:rPr>
          <w:b/>
          <w:sz w:val="24"/>
        </w:rPr>
        <w:t>Câu 11: Question 11: a. Do you enjoy living in a multicultural city? b. Yes, I love trying different exotic foods and meeting people from diverse backgrounds! c. That sounds like a wonderful experience to broaden your horizons!</w:t>
      </w:r>
    </w:p>
    <w:p>
      <w:pPr>
        <w:pStyle w:val="ListParagraph"/>
      </w:pPr>
      <w:r>
        <w:rPr>
          <w:sz w:val="22"/>
        </w:rPr>
        <w:t>A. a - c - b</w:t>
      </w:r>
    </w:p>
    <w:p>
      <w:pPr>
        <w:pStyle w:val="ListParagraph"/>
      </w:pPr>
      <w:r>
        <w:rPr>
          <w:sz w:val="22"/>
        </w:rPr>
        <w:t>B. a - b - c</w:t>
      </w:r>
    </w:p>
    <w:p>
      <w:pPr>
        <w:pStyle w:val="ListParagraph"/>
      </w:pPr>
      <w:r>
        <w:rPr>
          <w:sz w:val="22"/>
        </w:rPr>
        <w:t>C. c - b - a</w:t>
      </w:r>
    </w:p>
    <w:p>
      <w:pPr>
        <w:pStyle w:val="ListParagraph"/>
      </w:pPr>
      <w:r>
        <w:rPr>
          <w:sz w:val="22"/>
        </w:rPr>
        <w:t>D. b - a – c</w:t>
      </w:r>
    </w:p>
    <w:p/>
    <w:p>
      <w:r>
        <w:rPr>
          <w:b/>
          <w:sz w:val="24"/>
        </w:rPr>
        <w:t>Câu 12: Question 12: Dear Emma, aI hope you are having a fantastic time studying in London! bHave you experienced any culture shock since you arrived in the UK? cDon’t worry too much because it takes time to integrate fully into a foreign community. dIn my opinion, participating in local activities is the best way to blend in. eWrite back to me soon and share your daily experiences! Best wishes,</w:t>
      </w:r>
    </w:p>
    <w:p>
      <w:pPr>
        <w:pStyle w:val="ListParagraph"/>
      </w:pPr>
      <w:r>
        <w:rPr>
          <w:sz w:val="22"/>
        </w:rPr>
        <w:t>A. e - a - b - c - d</w:t>
      </w:r>
    </w:p>
    <w:p>
      <w:pPr>
        <w:pStyle w:val="ListParagraph"/>
      </w:pPr>
      <w:r>
        <w:rPr>
          <w:sz w:val="22"/>
        </w:rPr>
        <w:t>B. b - a - c - d - e</w:t>
      </w:r>
    </w:p>
    <w:p>
      <w:pPr>
        <w:pStyle w:val="ListParagraph"/>
      </w:pPr>
      <w:r>
        <w:rPr>
          <w:sz w:val="22"/>
        </w:rPr>
        <w:t>C. a - b - c - d – e</w:t>
      </w:r>
    </w:p>
    <w:p>
      <w:pPr>
        <w:pStyle w:val="ListParagraph"/>
      </w:pPr>
      <w:r>
        <w:rPr>
          <w:sz w:val="22"/>
        </w:rPr>
        <w:t>D. a - c - b - d – e</w:t>
      </w:r>
    </w:p>
    <w:p/>
    <w:p>
      <w:r>
        <w:rPr>
          <w:b/>
          <w:sz w:val="24"/>
        </w:rPr>
        <w:t>Câu 13: Read the following passage and mark the letter A, B, C, or D on your answer sheet to indicate the correct word or phrase that best fits each of the numbered blanks. language barriers can Living in a multicultural city helps us live harmoniously with people from various backgrounds. (13) sometimes lead to unexpected cross-cultural misunderstandings. To overcome this, many newcomers try to blend (14) with the locals by learning about their customs. Keeping an open mind will eventually broaden one's horizons and enrich their appreciation for (15) diversity. Question 13:</w:t>
      </w:r>
    </w:p>
    <w:p>
      <w:pPr>
        <w:pStyle w:val="ListParagraph"/>
      </w:pPr>
      <w:r>
        <w:rPr>
          <w:sz w:val="22"/>
        </w:rPr>
        <w:t>A. Although</w:t>
      </w:r>
    </w:p>
    <w:p>
      <w:pPr>
        <w:pStyle w:val="ListParagraph"/>
      </w:pPr>
      <w:r>
        <w:rPr>
          <w:sz w:val="22"/>
        </w:rPr>
        <w:t>B. Because</w:t>
      </w:r>
    </w:p>
    <w:p>
      <w:pPr>
        <w:pStyle w:val="ListParagraph"/>
      </w:pPr>
      <w:r>
        <w:rPr>
          <w:sz w:val="22"/>
        </w:rPr>
        <w:t>C. However</w:t>
      </w:r>
    </w:p>
    <w:p>
      <w:pPr>
        <w:pStyle w:val="ListParagraph"/>
      </w:pPr>
      <w:r>
        <w:rPr>
          <w:sz w:val="22"/>
        </w:rPr>
        <w:t>D. Therefore</w:t>
      </w:r>
    </w:p>
    <w:p/>
    <w:p>
      <w:r>
        <w:rPr>
          <w:b/>
          <w:sz w:val="24"/>
        </w:rPr>
        <w:t>Câu 14: Question 14:</w:t>
      </w:r>
    </w:p>
    <w:p>
      <w:pPr>
        <w:pStyle w:val="ListParagraph"/>
      </w:pPr>
      <w:r>
        <w:rPr>
          <w:sz w:val="22"/>
        </w:rPr>
        <w:t>A. out</w:t>
      </w:r>
    </w:p>
    <w:p>
      <w:pPr>
        <w:pStyle w:val="ListParagraph"/>
      </w:pPr>
      <w:r>
        <w:rPr>
          <w:sz w:val="22"/>
        </w:rPr>
        <w:t>B. up</w:t>
      </w:r>
    </w:p>
    <w:p>
      <w:pPr>
        <w:pStyle w:val="ListParagraph"/>
      </w:pPr>
      <w:r>
        <w:rPr>
          <w:sz w:val="22"/>
        </w:rPr>
        <w:t>C. on</w:t>
      </w:r>
    </w:p>
    <w:p>
      <w:pPr>
        <w:pStyle w:val="ListParagraph"/>
      </w:pPr>
      <w:r>
        <w:rPr>
          <w:sz w:val="22"/>
        </w:rPr>
        <w:t>D. in</w:t>
      </w:r>
    </w:p>
    <w:p/>
    <w:p>
      <w:r>
        <w:rPr>
          <w:b/>
          <w:sz w:val="24"/>
        </w:rPr>
        <w:t>Câu 15: Question 15:</w:t>
      </w:r>
    </w:p>
    <w:p>
      <w:pPr>
        <w:pStyle w:val="ListParagraph"/>
      </w:pPr>
      <w:r>
        <w:rPr>
          <w:sz w:val="22"/>
        </w:rPr>
        <w:t>A. culture</w:t>
      </w:r>
    </w:p>
    <w:p>
      <w:pPr>
        <w:pStyle w:val="ListParagraph"/>
      </w:pPr>
      <w:r>
        <w:rPr>
          <w:sz w:val="22"/>
        </w:rPr>
        <w:t>B. culturally</w:t>
      </w:r>
    </w:p>
    <w:p>
      <w:pPr>
        <w:pStyle w:val="ListParagraph"/>
      </w:pPr>
      <w:r>
        <w:rPr>
          <w:sz w:val="22"/>
        </w:rPr>
        <w:t>C. cultures</w:t>
      </w:r>
    </w:p>
    <w:p>
      <w:pPr>
        <w:pStyle w:val="ListParagraph"/>
      </w:pPr>
      <w:r>
        <w:rPr>
          <w:sz w:val="22"/>
        </w:rPr>
        <w:t>D. cultural</w:t>
      </w:r>
    </w:p>
    <w:p/>
    <w:p>
      <w:r>
        <w:rPr>
          <w:b/>
          <w:sz w:val="24"/>
        </w:rPr>
        <w:t>Câu 16: Question 17: According to paragraph 1, what happens in a cultural "melting pot"?</w:t>
      </w:r>
    </w:p>
    <w:p>
      <w:pPr>
        <w:pStyle w:val="ListParagraph"/>
      </w:pPr>
      <w:r>
        <w:rPr>
          <w:sz w:val="22"/>
        </w:rPr>
        <w:t>A. Minorities force the dominant culture to adopt their ancient rituals.</w:t>
      </w:r>
    </w:p>
    <w:p>
      <w:pPr>
        <w:pStyle w:val="ListParagraph"/>
      </w:pPr>
      <w:r>
        <w:rPr>
          <w:sz w:val="22"/>
        </w:rPr>
        <w:t>B. Each culture remains completely isolated from other ethnic groups.</w:t>
      </w:r>
    </w:p>
    <w:p>
      <w:pPr>
        <w:pStyle w:val="ListParagraph"/>
      </w:pPr>
      <w:r>
        <w:rPr>
          <w:sz w:val="22"/>
        </w:rPr>
        <w:t>C. Immigrants refuse to learn the local language of their new home.</w:t>
      </w:r>
    </w:p>
    <w:p>
      <w:pPr>
        <w:pStyle w:val="ListParagraph"/>
      </w:pPr>
      <w:r>
        <w:rPr>
          <w:sz w:val="22"/>
        </w:rPr>
        <w:t>D. Distinct ethnic traditions melt together into a unified national culture.</w:t>
      </w:r>
    </w:p>
    <w:p/>
    <w:p>
      <w:r>
        <w:rPr>
          <w:b/>
          <w:sz w:val="24"/>
        </w:rPr>
        <w:t>Câu 17: Question 18: The word "assimilate" in paragraph 1 is closest in meaning to</w:t>
      </w:r>
    </w:p>
    <w:p>
      <w:pPr>
        <w:pStyle w:val="ListParagraph"/>
      </w:pPr>
      <w:r>
        <w:rPr>
          <w:sz w:val="22"/>
        </w:rPr>
        <w:t>A. divide</w:t>
      </w:r>
    </w:p>
    <w:p>
      <w:pPr>
        <w:pStyle w:val="ListParagraph"/>
      </w:pPr>
      <w:r>
        <w:rPr>
          <w:sz w:val="22"/>
        </w:rPr>
        <w:t>B. separate</w:t>
      </w:r>
    </w:p>
    <w:p>
      <w:pPr>
        <w:pStyle w:val="ListParagraph"/>
      </w:pPr>
      <w:r>
        <w:rPr>
          <w:sz w:val="22"/>
        </w:rPr>
        <w:t>C. reject</w:t>
      </w:r>
    </w:p>
    <w:p>
      <w:pPr>
        <w:pStyle w:val="ListParagraph"/>
      </w:pPr>
      <w:r>
        <w:rPr>
          <w:sz w:val="22"/>
        </w:rPr>
        <w:t>D. blend in</w:t>
      </w:r>
    </w:p>
    <w:p/>
    <w:p>
      <w:r>
        <w:rPr>
          <w:b/>
          <w:sz w:val="24"/>
        </w:rPr>
        <w:t>Câu 18: Question 19: The word "its" in paragraph 2 refers to</w:t>
      </w:r>
    </w:p>
    <w:p>
      <w:pPr>
        <w:pStyle w:val="ListParagraph"/>
      </w:pPr>
      <w:r>
        <w:rPr>
          <w:sz w:val="22"/>
        </w:rPr>
        <w:t>A. salad bowl</w:t>
      </w:r>
    </w:p>
    <w:p>
      <w:pPr>
        <w:pStyle w:val="ListParagraph"/>
      </w:pPr>
      <w:r>
        <w:rPr>
          <w:sz w:val="22"/>
        </w:rPr>
        <w:t>B. flavor</w:t>
      </w:r>
    </w:p>
    <w:p>
      <w:pPr>
        <w:pStyle w:val="ListParagraph"/>
      </w:pPr>
      <w:r>
        <w:rPr>
          <w:sz w:val="22"/>
        </w:rPr>
        <w:t>C. ingredient</w:t>
      </w:r>
    </w:p>
    <w:p>
      <w:pPr>
        <w:pStyle w:val="ListParagraph"/>
      </w:pPr>
      <w:r>
        <w:rPr>
          <w:sz w:val="22"/>
        </w:rPr>
        <w:t>D. multicultural society</w:t>
      </w:r>
    </w:p>
    <w:p/>
    <w:p>
      <w:r>
        <w:rPr>
          <w:b/>
          <w:sz w:val="24"/>
        </w:rPr>
        <w:t>Câu 19: Question 20: According to the passage, which of the following is TRUE about the "salad bowl" model?</w:t>
      </w:r>
    </w:p>
    <w:p>
      <w:pPr>
        <w:pStyle w:val="ListParagraph"/>
      </w:pPr>
      <w:r>
        <w:rPr>
          <w:sz w:val="22"/>
        </w:rPr>
        <w:t>A. It allows different ethnic groups to retain their distinct cultural identities.</w:t>
      </w:r>
    </w:p>
    <w:p>
      <w:pPr>
        <w:pStyle w:val="ListParagraph"/>
      </w:pPr>
      <w:r>
        <w:rPr>
          <w:sz w:val="22"/>
        </w:rPr>
        <w:t>B. It requires all citizens to wear identical traditional clothing.</w:t>
      </w:r>
    </w:p>
    <w:p>
      <w:pPr>
        <w:pStyle w:val="ListParagraph"/>
      </w:pPr>
      <w:r>
        <w:rPr>
          <w:sz w:val="22"/>
        </w:rPr>
        <w:t>C. It completely bans international travel and cross-cultural trade.</w:t>
      </w:r>
    </w:p>
    <w:p>
      <w:pPr>
        <w:pStyle w:val="ListParagraph"/>
      </w:pPr>
      <w:r>
        <w:rPr>
          <w:sz w:val="22"/>
        </w:rPr>
        <w:t>D. It forces immigrants to abandon their native languages completely.</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D</w:t>
      </w:r>
    </w:p>
    <w:p>
      <w:r>
        <w:rPr>
          <w:b/>
        </w:rPr>
        <w:t>Câu 5: Đáp án đúng: D</w:t>
      </w:r>
    </w:p>
    <w:p>
      <w:r>
        <w:rPr>
          <w:b/>
        </w:rPr>
        <w:t>Câu 6: Đáp án đúng: D</w:t>
      </w:r>
    </w:p>
    <w:p>
      <w:r>
        <w:rPr>
          <w:b/>
        </w:rPr>
        <w:t>Câu 7: Đáp án đúng: C</w:t>
      </w:r>
    </w:p>
    <w:p>
      <w:r>
        <w:rPr>
          <w:b/>
        </w:rPr>
        <w:t>Câu 8: Đáp án đúng: C</w:t>
      </w:r>
    </w:p>
    <w:p>
      <w:r>
        <w:rPr>
          <w:b/>
        </w:rPr>
        <w:t>Câu 9: Đáp án đúng: D</w:t>
      </w:r>
    </w:p>
    <w:p>
      <w:r>
        <w:rPr>
          <w:b/>
        </w:rPr>
        <w:t>Câu 10: Đáp án đúng: C</w:t>
      </w:r>
    </w:p>
    <w:p>
      <w:r>
        <w:rPr>
          <w:b/>
        </w:rPr>
        <w:t>Câu 11: Đáp án đúng: B</w:t>
      </w:r>
    </w:p>
    <w:p>
      <w:r>
        <w:rPr>
          <w:b/>
        </w:rPr>
        <w:t>Câu 12: Đáp án đúng: C</w:t>
      </w:r>
    </w:p>
    <w:p>
      <w:r>
        <w:rPr>
          <w:b/>
        </w:rPr>
        <w:t>Câu 13: Đáp án đúng: C</w:t>
      </w:r>
    </w:p>
    <w:p>
      <w:r>
        <w:rPr>
          <w:b/>
        </w:rPr>
        <w:t>Câu 14: Đáp án đúng: D</w:t>
      </w:r>
    </w:p>
    <w:p>
      <w:r>
        <w:rPr>
          <w:b/>
        </w:rPr>
        <w:t>Câu 15: Đáp án đúng: D</w:t>
      </w:r>
    </w:p>
    <w:p>
      <w:r>
        <w:rPr>
          <w:b/>
        </w:rPr>
        <w:t>Câu 16: Đáp án đúng: D</w:t>
      </w:r>
    </w:p>
    <w:p>
      <w:r>
        <w:rPr>
          <w:b/>
        </w:rPr>
        <w:t>Câu 17: Đáp án đúng: D</w:t>
      </w:r>
    </w:p>
    <w:p>
      <w:r>
        <w:rPr>
          <w:b/>
        </w:rPr>
        <w:t>Câu 18: Đáp án đúng: C</w:t>
      </w:r>
    </w:p>
    <w:p>
      <w:r>
        <w:rPr>
          <w:b/>
        </w:rPr>
        <w:t>Câu 19: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