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giữa kì 1</w:t>
      </w:r>
    </w:p>
    <w:p>
      <w:pPr>
        <w:jc w:val="center"/>
      </w:pPr>
      <w:r>
        <w:rPr>
          <w:sz w:val="22"/>
        </w:rPr>
        <w:t>Số câu: 120    Thời gian: _____ phút    Họ và tên: _________________________</w:t>
      </w:r>
    </w:p>
    <w:p/>
    <w:p>
      <w:r>
        <w:rPr>
          <w:b/>
          <w:sz w:val="24"/>
        </w:rPr>
        <w:t>Câu 1: Câu 1: Hoạt động kinh tế nào dưới đây thuộc về sản xuất?</w:t>
      </w:r>
    </w:p>
    <w:p>
      <w:pPr>
        <w:pStyle w:val="ListParagraph"/>
      </w:pPr>
      <w:r>
        <w:rPr>
          <w:sz w:val="22"/>
        </w:rPr>
        <w:t>A. Trồng lúa</w:t>
      </w:r>
    </w:p>
    <w:p>
      <w:pPr>
        <w:pStyle w:val="ListParagraph"/>
      </w:pPr>
      <w:r>
        <w:rPr>
          <w:sz w:val="22"/>
        </w:rPr>
        <w:t>B. Mua gạo</w:t>
      </w:r>
    </w:p>
    <w:p>
      <w:pPr>
        <w:pStyle w:val="ListParagraph"/>
      </w:pPr>
      <w:r>
        <w:rPr>
          <w:sz w:val="22"/>
        </w:rPr>
        <w:t>C. Nấu cơm</w:t>
      </w:r>
    </w:p>
    <w:p>
      <w:pPr>
        <w:pStyle w:val="ListParagraph"/>
      </w:pPr>
      <w:r>
        <w:rPr>
          <w:sz w:val="22"/>
        </w:rPr>
        <w:t>D. Tiêu dùng gạo</w:t>
      </w:r>
    </w:p>
    <w:p/>
    <w:p>
      <w:r>
        <w:rPr>
          <w:b/>
          <w:sz w:val="24"/>
        </w:rPr>
        <w:t>Câu 2: Câu 2: Chủ thể nào trực tiếp tạo ra hàng hóa, dịch vụ?</w:t>
      </w:r>
    </w:p>
    <w:p>
      <w:pPr>
        <w:pStyle w:val="ListParagraph"/>
      </w:pPr>
      <w:r>
        <w:rPr>
          <w:sz w:val="22"/>
        </w:rPr>
        <w:t>A. Người sản xuất</w:t>
      </w:r>
    </w:p>
    <w:p>
      <w:pPr>
        <w:pStyle w:val="ListParagraph"/>
      </w:pPr>
      <w:r>
        <w:rPr>
          <w:sz w:val="22"/>
        </w:rPr>
        <w:t>B. Người tiêu dùng</w:t>
      </w:r>
    </w:p>
    <w:p>
      <w:pPr>
        <w:pStyle w:val="ListParagraph"/>
      </w:pPr>
      <w:r>
        <w:rPr>
          <w:sz w:val="22"/>
        </w:rPr>
        <w:t>C. Nhà nước</w:t>
      </w:r>
    </w:p>
    <w:p>
      <w:pPr>
        <w:pStyle w:val="ListParagraph"/>
      </w:pPr>
      <w:r>
        <w:rPr>
          <w:sz w:val="22"/>
        </w:rPr>
        <w:t>D. Chủ thể trung gian</w:t>
      </w:r>
    </w:p>
    <w:p/>
    <w:p>
      <w:r>
        <w:rPr>
          <w:b/>
          <w:sz w:val="24"/>
        </w:rPr>
        <w:t>Câu 3: Câu 3: Chủ thể nào mua hàng hóa, dịch vụ để thỏa mãn nhu cầu?</w:t>
      </w:r>
    </w:p>
    <w:p>
      <w:pPr>
        <w:pStyle w:val="ListParagraph"/>
      </w:pPr>
      <w:r>
        <w:rPr>
          <w:sz w:val="22"/>
        </w:rPr>
        <w:t>A. Người tiêu dùng</w:t>
      </w:r>
    </w:p>
    <w:p>
      <w:pPr>
        <w:pStyle w:val="ListParagraph"/>
      </w:pPr>
      <w:r>
        <w:rPr>
          <w:sz w:val="22"/>
        </w:rPr>
        <w:t>B. Người sản xuất</w:t>
      </w:r>
    </w:p>
    <w:p>
      <w:pPr>
        <w:pStyle w:val="ListParagraph"/>
      </w:pPr>
      <w:r>
        <w:rPr>
          <w:sz w:val="22"/>
        </w:rPr>
        <w:t>C. Nhà nước</w:t>
      </w:r>
    </w:p>
    <w:p>
      <w:pPr>
        <w:pStyle w:val="ListParagraph"/>
      </w:pPr>
      <w:r>
        <w:rPr>
          <w:sz w:val="22"/>
        </w:rPr>
        <w:t>D. Chủ thể trung gian</w:t>
      </w:r>
    </w:p>
    <w:p/>
    <w:p>
      <w:r>
        <w:rPr>
          <w:b/>
          <w:sz w:val="24"/>
        </w:rPr>
        <w:t>Câu 4: Câu 4: Chủ thể nào làm cầu nối giữa người sản xuất và người tiêu dùng?</w:t>
      </w:r>
    </w:p>
    <w:p>
      <w:pPr>
        <w:pStyle w:val="ListParagraph"/>
      </w:pPr>
      <w:r>
        <w:rPr>
          <w:sz w:val="22"/>
        </w:rPr>
        <w:t>A. Người sản xuất</w:t>
      </w:r>
    </w:p>
    <w:p>
      <w:pPr>
        <w:pStyle w:val="ListParagraph"/>
      </w:pPr>
      <w:r>
        <w:rPr>
          <w:sz w:val="22"/>
        </w:rPr>
        <w:t>B. Người tiêu dùng</w:t>
      </w:r>
    </w:p>
    <w:p>
      <w:pPr>
        <w:pStyle w:val="ListParagraph"/>
      </w:pPr>
      <w:r>
        <w:rPr>
          <w:sz w:val="22"/>
        </w:rPr>
        <w:t>C. Chủ thể trung gian</w:t>
      </w:r>
    </w:p>
    <w:p>
      <w:pPr>
        <w:pStyle w:val="ListParagraph"/>
      </w:pPr>
      <w:r>
        <w:rPr>
          <w:sz w:val="22"/>
        </w:rPr>
        <w:t>D. Nhà nước</w:t>
      </w:r>
    </w:p>
    <w:p/>
    <w:p>
      <w:r>
        <w:rPr>
          <w:b/>
          <w:sz w:val="24"/>
        </w:rPr>
        <w:t>Câu 5: Câu 5: Nhà nước trong nền kinh tế không có vai trò nào?</w:t>
      </w:r>
    </w:p>
    <w:p>
      <w:pPr>
        <w:pStyle w:val="ListParagraph"/>
      </w:pPr>
      <w:r>
        <w:rPr>
          <w:sz w:val="22"/>
        </w:rPr>
        <w:t>A. Quản lý kinh tế</w:t>
      </w:r>
    </w:p>
    <w:p>
      <w:pPr>
        <w:pStyle w:val="ListParagraph"/>
      </w:pPr>
      <w:r>
        <w:rPr>
          <w:sz w:val="22"/>
        </w:rPr>
        <w:t>B. Tạo môi trường pháp lý</w:t>
      </w:r>
    </w:p>
    <w:p>
      <w:pPr>
        <w:pStyle w:val="ListParagraph"/>
      </w:pPr>
      <w:r>
        <w:rPr>
          <w:sz w:val="22"/>
        </w:rPr>
        <w:t>C. Trực tiếp sản xuất mọi hàng hóa</w:t>
      </w:r>
    </w:p>
    <w:p>
      <w:pPr>
        <w:pStyle w:val="ListParagraph"/>
      </w:pPr>
      <w:r>
        <w:rPr>
          <w:sz w:val="22"/>
        </w:rPr>
        <w:t>D. Điều tiết kinh tế</w:t>
      </w:r>
    </w:p>
    <w:p/>
    <w:p>
      <w:r>
        <w:rPr>
          <w:b/>
          <w:sz w:val="24"/>
        </w:rPr>
        <w:t>Câu 6: Câu 6: Hoạt động trao đổi trong nền kinh tế là?</w:t>
      </w:r>
    </w:p>
    <w:p>
      <w:pPr>
        <w:pStyle w:val="ListParagraph"/>
      </w:pPr>
      <w:r>
        <w:rPr>
          <w:sz w:val="22"/>
        </w:rPr>
        <w:t>A. Mua bán hàng hóa</w:t>
      </w:r>
    </w:p>
    <w:p>
      <w:pPr>
        <w:pStyle w:val="ListParagraph"/>
      </w:pPr>
      <w:r>
        <w:rPr>
          <w:sz w:val="22"/>
        </w:rPr>
        <w:t>B. Trồng trọt</w:t>
      </w:r>
    </w:p>
    <w:p>
      <w:pPr>
        <w:pStyle w:val="ListParagraph"/>
      </w:pPr>
      <w:r>
        <w:rPr>
          <w:sz w:val="22"/>
        </w:rPr>
        <w:t>C. Tiêu dùng sản phẩm</w:t>
      </w:r>
    </w:p>
    <w:p>
      <w:pPr>
        <w:pStyle w:val="ListParagraph"/>
      </w:pPr>
      <w:r>
        <w:rPr>
          <w:sz w:val="22"/>
        </w:rPr>
        <w:t>D. Phân chia nguồn lực</w:t>
      </w:r>
    </w:p>
    <w:p/>
    <w:p>
      <w:r>
        <w:rPr>
          <w:b/>
          <w:sz w:val="24"/>
        </w:rPr>
        <w:t>Câu 7: Câu 7: Hoạt động phân phối thể hiện ở?</w:t>
      </w:r>
    </w:p>
    <w:p>
      <w:pPr>
        <w:pStyle w:val="ListParagraph"/>
      </w:pPr>
      <w:r>
        <w:rPr>
          <w:sz w:val="22"/>
        </w:rPr>
        <w:t>A. Phân chia thu nhập, nguồn lực</w:t>
      </w:r>
    </w:p>
    <w:p>
      <w:pPr>
        <w:pStyle w:val="ListParagraph"/>
      </w:pPr>
      <w:r>
        <w:rPr>
          <w:sz w:val="22"/>
        </w:rPr>
        <w:t>B. Mua sắm hàng hóa</w:t>
      </w:r>
    </w:p>
    <w:p>
      <w:pPr>
        <w:pStyle w:val="ListParagraph"/>
      </w:pPr>
      <w:r>
        <w:rPr>
          <w:sz w:val="22"/>
        </w:rPr>
        <w:t>C. Sản xuất hàng hóa</w:t>
      </w:r>
    </w:p>
    <w:p>
      <w:pPr>
        <w:pStyle w:val="ListParagraph"/>
      </w:pPr>
      <w:r>
        <w:rPr>
          <w:sz w:val="22"/>
        </w:rPr>
        <w:t>D. Tiêu dùng hàng hóa</w:t>
      </w:r>
    </w:p>
    <w:p/>
    <w:p>
      <w:r>
        <w:rPr>
          <w:b/>
          <w:sz w:val="24"/>
        </w:rPr>
        <w:t>Câu 8: Câu 8: Tiêu dùng là hoạt động?</w:t>
      </w:r>
    </w:p>
    <w:p>
      <w:pPr>
        <w:pStyle w:val="ListParagraph"/>
      </w:pPr>
      <w:r>
        <w:rPr>
          <w:sz w:val="22"/>
        </w:rPr>
        <w:t>A. Sử dụng hàng hóa, dịch vụ để thỏa mãn nhu cầu</w:t>
      </w:r>
    </w:p>
    <w:p>
      <w:pPr>
        <w:pStyle w:val="ListParagraph"/>
      </w:pPr>
      <w:r>
        <w:rPr>
          <w:sz w:val="22"/>
        </w:rPr>
        <w:t>B. Tạo ra hàng hóa</w:t>
      </w:r>
    </w:p>
    <w:p>
      <w:pPr>
        <w:pStyle w:val="ListParagraph"/>
      </w:pPr>
      <w:r>
        <w:rPr>
          <w:sz w:val="22"/>
        </w:rPr>
        <w:t>C. Vận chuyển hàng hóa</w:t>
      </w:r>
    </w:p>
    <w:p>
      <w:pPr>
        <w:pStyle w:val="ListParagraph"/>
      </w:pPr>
      <w:r>
        <w:rPr>
          <w:sz w:val="22"/>
        </w:rPr>
        <w:t>D. Phân chia lợi nhuận</w:t>
      </w:r>
    </w:p>
    <w:p/>
    <w:p>
      <w:r>
        <w:rPr>
          <w:b/>
          <w:sz w:val="24"/>
        </w:rPr>
        <w:t>Câu 9: Câu 9: Nền kinh tế hoạt động theo cơ chế thị trường còn gọi là?</w:t>
      </w:r>
    </w:p>
    <w:p>
      <w:pPr>
        <w:pStyle w:val="ListParagraph"/>
      </w:pPr>
      <w:r>
        <w:rPr>
          <w:sz w:val="22"/>
        </w:rPr>
        <w:t>A. Kinh tế thị trường</w:t>
      </w:r>
    </w:p>
    <w:p>
      <w:pPr>
        <w:pStyle w:val="ListParagraph"/>
      </w:pPr>
      <w:r>
        <w:rPr>
          <w:sz w:val="22"/>
        </w:rPr>
        <w:t>B. Kinh tế tự cấp</w:t>
      </w:r>
    </w:p>
    <w:p>
      <w:pPr>
        <w:pStyle w:val="ListParagraph"/>
      </w:pPr>
      <w:r>
        <w:rPr>
          <w:sz w:val="22"/>
        </w:rPr>
        <w:t>C. Kinh tế bao cấp</w:t>
      </w:r>
    </w:p>
    <w:p>
      <w:pPr>
        <w:pStyle w:val="ListParagraph"/>
      </w:pPr>
      <w:r>
        <w:rPr>
          <w:sz w:val="22"/>
        </w:rPr>
        <w:t>D. Kinh tế tập thể</w:t>
      </w:r>
    </w:p>
    <w:p/>
    <w:p>
      <w:r>
        <w:rPr>
          <w:b/>
          <w:sz w:val="24"/>
        </w:rPr>
        <w:t>Câu 10: Câu 10: Đặc điểm nào không thuộc cơ chế thị trường?</w:t>
      </w:r>
    </w:p>
    <w:p>
      <w:pPr>
        <w:pStyle w:val="ListParagraph"/>
      </w:pPr>
      <w:r>
        <w:rPr>
          <w:sz w:val="22"/>
        </w:rPr>
        <w:t>A. Cạnh tranh</w:t>
      </w:r>
    </w:p>
    <w:p>
      <w:pPr>
        <w:pStyle w:val="ListParagraph"/>
      </w:pPr>
      <w:r>
        <w:rPr>
          <w:sz w:val="22"/>
        </w:rPr>
        <w:t>B. Cung cầu</w:t>
      </w:r>
    </w:p>
    <w:p>
      <w:pPr>
        <w:pStyle w:val="ListParagraph"/>
      </w:pPr>
      <w:r>
        <w:rPr>
          <w:sz w:val="22"/>
        </w:rPr>
        <w:t>C. Giá cả</w:t>
      </w:r>
    </w:p>
    <w:p>
      <w:pPr>
        <w:pStyle w:val="ListParagraph"/>
      </w:pPr>
      <w:r>
        <w:rPr>
          <w:sz w:val="22"/>
        </w:rPr>
        <w:t>D. Mệnh lệnh hành chính</w:t>
      </w:r>
    </w:p>
    <w:p/>
    <w:p>
      <w:r>
        <w:rPr>
          <w:b/>
          <w:sz w:val="24"/>
        </w:rPr>
        <w:t>Câu 11: Câu 11: Thị trường là nơi diễn ra?</w:t>
      </w:r>
    </w:p>
    <w:p>
      <w:pPr>
        <w:pStyle w:val="ListParagraph"/>
      </w:pPr>
      <w:r>
        <w:rPr>
          <w:sz w:val="22"/>
        </w:rPr>
        <w:t>A. Trao đổi, mua bán hàng hóa</w:t>
      </w:r>
    </w:p>
    <w:p>
      <w:pPr>
        <w:pStyle w:val="ListParagraph"/>
      </w:pPr>
      <w:r>
        <w:rPr>
          <w:sz w:val="22"/>
        </w:rPr>
        <w:t>B. Sản xuất nông nghiệp</w:t>
      </w:r>
    </w:p>
    <w:p>
      <w:pPr>
        <w:pStyle w:val="ListParagraph"/>
      </w:pPr>
      <w:r>
        <w:rPr>
          <w:sz w:val="22"/>
        </w:rPr>
        <w:t>C. Ban hành pháp luật</w:t>
      </w:r>
    </w:p>
    <w:p>
      <w:pPr>
        <w:pStyle w:val="ListParagraph"/>
      </w:pPr>
      <w:r>
        <w:rPr>
          <w:sz w:val="22"/>
        </w:rPr>
        <w:t>D. Thu thuế</w:t>
      </w:r>
    </w:p>
    <w:p/>
    <w:p>
      <w:r>
        <w:rPr>
          <w:b/>
          <w:sz w:val="24"/>
        </w:rPr>
        <w:t>Câu 12: Câu 12: Chủ thể tham gia thị trường gồm?</w:t>
      </w:r>
    </w:p>
    <w:p>
      <w:pPr>
        <w:pStyle w:val="ListParagraph"/>
      </w:pPr>
      <w:r>
        <w:rPr>
          <w:sz w:val="22"/>
        </w:rPr>
        <w:t>A. Người sản xuất, người tiêu dùng, nhà nước, trung gian</w:t>
      </w:r>
    </w:p>
    <w:p>
      <w:pPr>
        <w:pStyle w:val="ListParagraph"/>
      </w:pPr>
      <w:r>
        <w:rPr>
          <w:sz w:val="22"/>
        </w:rPr>
        <w:t>B. Chỉ người sản xuất</w:t>
      </w:r>
    </w:p>
    <w:p>
      <w:pPr>
        <w:pStyle w:val="ListParagraph"/>
      </w:pPr>
      <w:r>
        <w:rPr>
          <w:sz w:val="22"/>
        </w:rPr>
        <w:t>C. Chỉ người tiêu dùng</w:t>
      </w:r>
    </w:p>
    <w:p>
      <w:pPr>
        <w:pStyle w:val="ListParagraph"/>
      </w:pPr>
      <w:r>
        <w:rPr>
          <w:sz w:val="22"/>
        </w:rPr>
        <w:t>D. Chỉ nhà nước</w:t>
      </w:r>
    </w:p>
    <w:p/>
    <w:p>
      <w:r>
        <w:rPr>
          <w:b/>
          <w:sz w:val="24"/>
        </w:rPr>
        <w:t>Câu 13: Câu 13: Theo nghĩa hẹp, thị trường là?</w:t>
      </w:r>
    </w:p>
    <w:p>
      <w:pPr>
        <w:pStyle w:val="ListParagraph"/>
      </w:pPr>
      <w:r>
        <w:rPr>
          <w:sz w:val="22"/>
        </w:rPr>
        <w:t>A. Nơi diễn ra mua bán</w:t>
      </w:r>
    </w:p>
    <w:p>
      <w:pPr>
        <w:pStyle w:val="ListParagraph"/>
      </w:pPr>
      <w:r>
        <w:rPr>
          <w:sz w:val="22"/>
        </w:rPr>
        <w:t>B. Toàn bộ các quan hệ mua bán</w:t>
      </w:r>
    </w:p>
    <w:p>
      <w:pPr>
        <w:pStyle w:val="ListParagraph"/>
      </w:pPr>
      <w:r>
        <w:rPr>
          <w:sz w:val="22"/>
        </w:rPr>
        <w:t>C. Kế hoạch nhà nước</w:t>
      </w:r>
    </w:p>
    <w:p>
      <w:pPr>
        <w:pStyle w:val="ListParagraph"/>
      </w:pPr>
      <w:r>
        <w:rPr>
          <w:sz w:val="22"/>
        </w:rPr>
        <w:t>D. Hệ thống pháp luật</w:t>
      </w:r>
    </w:p>
    <w:p/>
    <w:p>
      <w:r>
        <w:rPr>
          <w:b/>
          <w:sz w:val="24"/>
        </w:rPr>
        <w:t>Câu 14: Câu 14: Theo nghĩa rộng, thị trường là?</w:t>
      </w:r>
    </w:p>
    <w:p>
      <w:pPr>
        <w:pStyle w:val="ListParagraph"/>
      </w:pPr>
      <w:r>
        <w:rPr>
          <w:sz w:val="22"/>
        </w:rPr>
        <w:t>A. Toàn bộ các quan hệ mua bán, trao đổi</w:t>
      </w:r>
    </w:p>
    <w:p>
      <w:pPr>
        <w:pStyle w:val="ListParagraph"/>
      </w:pPr>
      <w:r>
        <w:rPr>
          <w:sz w:val="22"/>
        </w:rPr>
        <w:t>B. Một địa điểm cụ thể</w:t>
      </w:r>
    </w:p>
    <w:p>
      <w:pPr>
        <w:pStyle w:val="ListParagraph"/>
      </w:pPr>
      <w:r>
        <w:rPr>
          <w:sz w:val="22"/>
        </w:rPr>
        <w:t>C. Chợ truyền thống</w:t>
      </w:r>
    </w:p>
    <w:p>
      <w:pPr>
        <w:pStyle w:val="ListParagraph"/>
      </w:pPr>
      <w:r>
        <w:rPr>
          <w:sz w:val="22"/>
        </w:rPr>
        <w:t>D. Siêu thị</w:t>
      </w:r>
    </w:p>
    <w:p/>
    <w:p>
      <w:r>
        <w:rPr>
          <w:b/>
          <w:sz w:val="24"/>
        </w:rPr>
        <w:t>Câu 15: Câu 15: Cơ chế thị trường là?</w:t>
      </w:r>
    </w:p>
    <w:p>
      <w:pPr>
        <w:pStyle w:val="ListParagraph"/>
      </w:pPr>
      <w:r>
        <w:rPr>
          <w:sz w:val="22"/>
        </w:rPr>
        <w:t>A. Hệ thống các yếu tố cung, cầu, giá cả, cạnh tranh vận động</w:t>
      </w:r>
    </w:p>
    <w:p>
      <w:pPr>
        <w:pStyle w:val="ListParagraph"/>
      </w:pPr>
      <w:r>
        <w:rPr>
          <w:sz w:val="22"/>
        </w:rPr>
        <w:t>B. Chính sách thuế</w:t>
      </w:r>
    </w:p>
    <w:p>
      <w:pPr>
        <w:pStyle w:val="ListParagraph"/>
      </w:pPr>
      <w:r>
        <w:rPr>
          <w:sz w:val="22"/>
        </w:rPr>
        <w:t>C. Luật doanh nghiệp</w:t>
      </w:r>
    </w:p>
    <w:p>
      <w:pPr>
        <w:pStyle w:val="ListParagraph"/>
      </w:pPr>
      <w:r>
        <w:rPr>
          <w:sz w:val="22"/>
        </w:rPr>
        <w:t>D. Ngân sách nhà nước</w:t>
      </w:r>
    </w:p>
    <w:p/>
    <w:p>
      <w:r>
        <w:rPr>
          <w:b/>
          <w:sz w:val="24"/>
        </w:rPr>
        <w:t>Câu 16: Câu 16: Ưu điểm của cơ chế thị trường là?</w:t>
      </w:r>
    </w:p>
    <w:p>
      <w:pPr>
        <w:pStyle w:val="ListParagraph"/>
      </w:pPr>
      <w:r>
        <w:rPr>
          <w:sz w:val="22"/>
        </w:rPr>
        <w:t>A. Kích thích sản xuất, cạnh tranh</w:t>
      </w:r>
    </w:p>
    <w:p>
      <w:pPr>
        <w:pStyle w:val="ListParagraph"/>
      </w:pPr>
      <w:r>
        <w:rPr>
          <w:sz w:val="22"/>
        </w:rPr>
        <w:t>B. Không có nhược điểm</w:t>
      </w:r>
    </w:p>
    <w:p>
      <w:pPr>
        <w:pStyle w:val="ListParagraph"/>
      </w:pPr>
      <w:r>
        <w:rPr>
          <w:sz w:val="22"/>
        </w:rPr>
        <w:t>C. Phân phối bằng mệnh lệnh</w:t>
      </w:r>
    </w:p>
    <w:p>
      <w:pPr>
        <w:pStyle w:val="ListParagraph"/>
      </w:pPr>
      <w:r>
        <w:rPr>
          <w:sz w:val="22"/>
        </w:rPr>
        <w:t>D. Triệt tiêu cạnh tranh</w:t>
      </w:r>
    </w:p>
    <w:p/>
    <w:p>
      <w:r>
        <w:rPr>
          <w:b/>
          <w:sz w:val="24"/>
        </w:rPr>
        <w:t>Câu 17: Câu 17: Nhược điểm của cơ chế thị trường là?</w:t>
      </w:r>
    </w:p>
    <w:p>
      <w:pPr>
        <w:pStyle w:val="ListParagraph"/>
      </w:pPr>
      <w:r>
        <w:rPr>
          <w:sz w:val="22"/>
        </w:rPr>
        <w:t>A. Phân hóa giàu nghèo, ô nhiễm</w:t>
      </w:r>
    </w:p>
    <w:p>
      <w:pPr>
        <w:pStyle w:val="ListParagraph"/>
      </w:pPr>
      <w:r>
        <w:rPr>
          <w:sz w:val="22"/>
        </w:rPr>
        <w:t>B. Kích thích đổi mới kỹ thuật</w:t>
      </w:r>
    </w:p>
    <w:p>
      <w:pPr>
        <w:pStyle w:val="ListParagraph"/>
      </w:pPr>
      <w:r>
        <w:rPr>
          <w:sz w:val="22"/>
        </w:rPr>
        <w:t>C. Tạo nhiều hàng hóa</w:t>
      </w:r>
    </w:p>
    <w:p>
      <w:pPr>
        <w:pStyle w:val="ListParagraph"/>
      </w:pPr>
      <w:r>
        <w:rPr>
          <w:sz w:val="22"/>
        </w:rPr>
        <w:t>D. Thúc đẩy cạnh tranh</w:t>
      </w:r>
    </w:p>
    <w:p/>
    <w:p>
      <w:r>
        <w:rPr>
          <w:b/>
          <w:sz w:val="24"/>
        </w:rPr>
        <w:t>Câu 18: Câu 18: Giá cả thị trường là?</w:t>
      </w:r>
    </w:p>
    <w:p>
      <w:pPr>
        <w:pStyle w:val="ListParagraph"/>
      </w:pPr>
      <w:r>
        <w:rPr>
          <w:sz w:val="22"/>
        </w:rPr>
        <w:t>A. Số tiền phải trả để mua hàng hóa, dịch vụ</w:t>
      </w:r>
    </w:p>
    <w:p>
      <w:pPr>
        <w:pStyle w:val="ListParagraph"/>
      </w:pPr>
      <w:r>
        <w:rPr>
          <w:sz w:val="22"/>
        </w:rPr>
        <w:t>B. Lượng hàng hóa bán ra</w:t>
      </w:r>
    </w:p>
    <w:p>
      <w:pPr>
        <w:pStyle w:val="ListParagraph"/>
      </w:pPr>
      <w:r>
        <w:rPr>
          <w:sz w:val="22"/>
        </w:rPr>
        <w:t>C. Nhu cầu mua hàng</w:t>
      </w:r>
    </w:p>
    <w:p>
      <w:pPr>
        <w:pStyle w:val="ListParagraph"/>
      </w:pPr>
      <w:r>
        <w:rPr>
          <w:sz w:val="22"/>
        </w:rPr>
        <w:t>D. Số lượng người mua</w:t>
      </w:r>
    </w:p>
    <w:p/>
    <w:p>
      <w:r>
        <w:rPr>
          <w:b/>
          <w:sz w:val="24"/>
        </w:rPr>
        <w:t>Câu 19: Câu 19: Cung là?</w:t>
      </w:r>
    </w:p>
    <w:p>
      <w:pPr>
        <w:pStyle w:val="ListParagraph"/>
      </w:pPr>
      <w:r>
        <w:rPr>
          <w:sz w:val="22"/>
        </w:rPr>
        <w:t>A. Lượng hàng hóa, dịch vụ mà người bán sẵn sàng cung ứng</w:t>
      </w:r>
    </w:p>
    <w:p>
      <w:pPr>
        <w:pStyle w:val="ListParagraph"/>
      </w:pPr>
      <w:r>
        <w:rPr>
          <w:sz w:val="22"/>
        </w:rPr>
        <w:t>B. Lượng hàng hóa người mua muốn mua</w:t>
      </w:r>
    </w:p>
    <w:p>
      <w:pPr>
        <w:pStyle w:val="ListParagraph"/>
      </w:pPr>
      <w:r>
        <w:rPr>
          <w:sz w:val="22"/>
        </w:rPr>
        <w:t>C. Giá trị hàng hóa</w:t>
      </w:r>
    </w:p>
    <w:p>
      <w:pPr>
        <w:pStyle w:val="ListParagraph"/>
      </w:pPr>
      <w:r>
        <w:rPr>
          <w:sz w:val="22"/>
        </w:rPr>
        <w:t>D. Số tiền thuế</w:t>
      </w:r>
    </w:p>
    <w:p/>
    <w:p>
      <w:r>
        <w:rPr>
          <w:b/>
          <w:sz w:val="24"/>
        </w:rPr>
        <w:t>Câu 20: Câu 20: Cầu là?</w:t>
      </w:r>
    </w:p>
    <w:p>
      <w:pPr>
        <w:pStyle w:val="ListParagraph"/>
      </w:pPr>
      <w:r>
        <w:rPr>
          <w:sz w:val="22"/>
        </w:rPr>
        <w:t>A. Lượng hàng hóa, dịch vụ mà người mua sẵn sàng mua</w:t>
      </w:r>
    </w:p>
    <w:p>
      <w:pPr>
        <w:pStyle w:val="ListParagraph"/>
      </w:pPr>
      <w:r>
        <w:rPr>
          <w:sz w:val="22"/>
        </w:rPr>
        <w:t>B. Lượng hàng hóa người bán muốn bán</w:t>
      </w:r>
    </w:p>
    <w:p>
      <w:pPr>
        <w:pStyle w:val="ListParagraph"/>
      </w:pPr>
      <w:r>
        <w:rPr>
          <w:sz w:val="22"/>
        </w:rPr>
        <w:t>C. Chi phí sản xuất</w:t>
      </w:r>
    </w:p>
    <w:p>
      <w:pPr>
        <w:pStyle w:val="ListParagraph"/>
      </w:pPr>
      <w:r>
        <w:rPr>
          <w:sz w:val="22"/>
        </w:rPr>
        <w:t>D. Thu nhập quốc dân</w:t>
      </w:r>
    </w:p>
    <w:p/>
    <w:p>
      <w:r>
        <w:rPr>
          <w:b/>
          <w:sz w:val="24"/>
        </w:rPr>
        <w:t>Câu 21: Câu 21: Khi giá cả hàng hóa tăng, lượng cầu thường?</w:t>
      </w:r>
    </w:p>
    <w:p>
      <w:pPr>
        <w:pStyle w:val="ListParagraph"/>
      </w:pPr>
      <w:r>
        <w:rPr>
          <w:sz w:val="22"/>
        </w:rPr>
        <w:t>A. Giảm</w:t>
      </w:r>
    </w:p>
    <w:p>
      <w:pPr>
        <w:pStyle w:val="ListParagraph"/>
      </w:pPr>
      <w:r>
        <w:rPr>
          <w:sz w:val="22"/>
        </w:rPr>
        <w:t>B. Tăng</w:t>
      </w:r>
    </w:p>
    <w:p>
      <w:pPr>
        <w:pStyle w:val="ListParagraph"/>
      </w:pPr>
      <w:r>
        <w:rPr>
          <w:sz w:val="22"/>
        </w:rPr>
        <w:t>C. Không đổi</w:t>
      </w:r>
    </w:p>
    <w:p>
      <w:pPr>
        <w:pStyle w:val="ListParagraph"/>
      </w:pPr>
      <w:r>
        <w:rPr>
          <w:sz w:val="22"/>
        </w:rPr>
        <w:t>D. Tăng gấp đôi</w:t>
      </w:r>
    </w:p>
    <w:p/>
    <w:p>
      <w:r>
        <w:rPr>
          <w:b/>
          <w:sz w:val="24"/>
        </w:rPr>
        <w:t>Câu 22: Câu 22: Khi giá cả hàng hóa giảm, lượng cung thường?</w:t>
      </w:r>
    </w:p>
    <w:p>
      <w:pPr>
        <w:pStyle w:val="ListParagraph"/>
      </w:pPr>
      <w:r>
        <w:rPr>
          <w:sz w:val="22"/>
        </w:rPr>
        <w:t>A. Giảm</w:t>
      </w:r>
    </w:p>
    <w:p>
      <w:pPr>
        <w:pStyle w:val="ListParagraph"/>
      </w:pPr>
      <w:r>
        <w:rPr>
          <w:sz w:val="22"/>
        </w:rPr>
        <w:t>B. Tăng</w:t>
      </w:r>
    </w:p>
    <w:p>
      <w:pPr>
        <w:pStyle w:val="ListParagraph"/>
      </w:pPr>
      <w:r>
        <w:rPr>
          <w:sz w:val="22"/>
        </w:rPr>
        <w:t>C. Không đổi</w:t>
      </w:r>
    </w:p>
    <w:p>
      <w:pPr>
        <w:pStyle w:val="ListParagraph"/>
      </w:pPr>
      <w:r>
        <w:rPr>
          <w:sz w:val="22"/>
        </w:rPr>
        <w:t>D. Tăng đột biến</w:t>
      </w:r>
    </w:p>
    <w:p/>
    <w:p>
      <w:r>
        <w:rPr>
          <w:b/>
          <w:sz w:val="24"/>
        </w:rPr>
        <w:t>Câu 23: Câu 23: Đường cầu thường có hướng?</w:t>
      </w:r>
    </w:p>
    <w:p>
      <w:pPr>
        <w:pStyle w:val="ListParagraph"/>
      </w:pPr>
      <w:r>
        <w:rPr>
          <w:sz w:val="22"/>
        </w:rPr>
        <w:t>A. Dốc xuống từ trái sang phải</w:t>
      </w:r>
    </w:p>
    <w:p>
      <w:pPr>
        <w:pStyle w:val="ListParagraph"/>
      </w:pPr>
      <w:r>
        <w:rPr>
          <w:sz w:val="22"/>
        </w:rPr>
        <w:t>B. Dốc lên từ trái sang phải</w:t>
      </w:r>
    </w:p>
    <w:p>
      <w:pPr>
        <w:pStyle w:val="ListParagraph"/>
      </w:pPr>
      <w:r>
        <w:rPr>
          <w:sz w:val="22"/>
        </w:rPr>
        <w:t>C. Nằm ngang</w:t>
      </w:r>
    </w:p>
    <w:p>
      <w:pPr>
        <w:pStyle w:val="ListParagraph"/>
      </w:pPr>
      <w:r>
        <w:rPr>
          <w:sz w:val="22"/>
        </w:rPr>
        <w:t>D. Thẳng đứng</w:t>
      </w:r>
    </w:p>
    <w:p/>
    <w:p>
      <w:r>
        <w:rPr>
          <w:b/>
          <w:sz w:val="24"/>
        </w:rPr>
        <w:t>Câu 24: Câu 24: Đường cung thường có hướng?</w:t>
      </w:r>
    </w:p>
    <w:p>
      <w:pPr>
        <w:pStyle w:val="ListParagraph"/>
      </w:pPr>
      <w:r>
        <w:rPr>
          <w:sz w:val="22"/>
        </w:rPr>
        <w:t>A. Dốc lên từ trái sang phải</w:t>
      </w:r>
    </w:p>
    <w:p>
      <w:pPr>
        <w:pStyle w:val="ListParagraph"/>
      </w:pPr>
      <w:r>
        <w:rPr>
          <w:sz w:val="22"/>
        </w:rPr>
        <w:t>B. Dốc xuống từ trái sang phải</w:t>
      </w:r>
    </w:p>
    <w:p>
      <w:pPr>
        <w:pStyle w:val="ListParagraph"/>
      </w:pPr>
      <w:r>
        <w:rPr>
          <w:sz w:val="22"/>
        </w:rPr>
        <w:t>C. Nằm ngang</w:t>
      </w:r>
    </w:p>
    <w:p>
      <w:pPr>
        <w:pStyle w:val="ListParagraph"/>
      </w:pPr>
      <w:r>
        <w:rPr>
          <w:sz w:val="22"/>
        </w:rPr>
        <w:t>D. Thẳng đứng</w:t>
      </w:r>
    </w:p>
    <w:p/>
    <w:p>
      <w:r>
        <w:rPr>
          <w:b/>
          <w:sz w:val="24"/>
        </w:rPr>
        <w:t>Câu 25: Câu 25: Cân bằng thị trường xảy ra khi?</w:t>
      </w:r>
    </w:p>
    <w:p>
      <w:pPr>
        <w:pStyle w:val="ListParagraph"/>
      </w:pPr>
      <w:r>
        <w:rPr>
          <w:sz w:val="22"/>
        </w:rPr>
        <w:t>A. Cung bằng cầu</w:t>
      </w:r>
    </w:p>
    <w:p>
      <w:pPr>
        <w:pStyle w:val="ListParagraph"/>
      </w:pPr>
      <w:r>
        <w:rPr>
          <w:sz w:val="22"/>
        </w:rPr>
        <w:t>B. Cung lớn hơn cầu</w:t>
      </w:r>
    </w:p>
    <w:p>
      <w:pPr>
        <w:pStyle w:val="ListParagraph"/>
      </w:pPr>
      <w:r>
        <w:rPr>
          <w:sz w:val="22"/>
        </w:rPr>
        <w:t>C. Cầu lớn hơn cung</w:t>
      </w:r>
    </w:p>
    <w:p>
      <w:pPr>
        <w:pStyle w:val="ListParagraph"/>
      </w:pPr>
      <w:r>
        <w:rPr>
          <w:sz w:val="22"/>
        </w:rPr>
        <w:t>D. Giá cả bằng 0</w:t>
      </w:r>
    </w:p>
    <w:p/>
    <w:p>
      <w:r>
        <w:rPr>
          <w:b/>
          <w:sz w:val="24"/>
        </w:rPr>
        <w:t>Câu 26: Câu 26: Khi cung lớn hơn cầu, giá cả có xu hướng?</w:t>
      </w:r>
    </w:p>
    <w:p>
      <w:pPr>
        <w:pStyle w:val="ListParagraph"/>
      </w:pPr>
      <w:r>
        <w:rPr>
          <w:sz w:val="22"/>
        </w:rPr>
        <w:t>A. Giảm</w:t>
      </w:r>
    </w:p>
    <w:p>
      <w:pPr>
        <w:pStyle w:val="ListParagraph"/>
      </w:pPr>
      <w:r>
        <w:rPr>
          <w:sz w:val="22"/>
        </w:rPr>
        <w:t>B. Tăng</w:t>
      </w:r>
    </w:p>
    <w:p>
      <w:pPr>
        <w:pStyle w:val="ListParagraph"/>
      </w:pPr>
      <w:r>
        <w:rPr>
          <w:sz w:val="22"/>
        </w:rPr>
        <w:t>C. Không đổi</w:t>
      </w:r>
    </w:p>
    <w:p>
      <w:pPr>
        <w:pStyle w:val="ListParagraph"/>
      </w:pPr>
      <w:r>
        <w:rPr>
          <w:sz w:val="22"/>
        </w:rPr>
        <w:t>D. Tăng mạnh</w:t>
      </w:r>
    </w:p>
    <w:p/>
    <w:p>
      <w:r>
        <w:rPr>
          <w:b/>
          <w:sz w:val="24"/>
        </w:rPr>
        <w:t>Câu 27: Câu 27: Khi cầu lớn hơn cung, giá cả có xu hướng?</w:t>
      </w:r>
    </w:p>
    <w:p>
      <w:pPr>
        <w:pStyle w:val="ListParagraph"/>
      </w:pPr>
      <w:r>
        <w:rPr>
          <w:sz w:val="22"/>
        </w:rPr>
        <w:t>A. Tăng</w:t>
      </w:r>
    </w:p>
    <w:p>
      <w:pPr>
        <w:pStyle w:val="ListParagraph"/>
      </w:pPr>
      <w:r>
        <w:rPr>
          <w:sz w:val="22"/>
        </w:rPr>
        <w:t>B. Giảm</w:t>
      </w:r>
    </w:p>
    <w:p>
      <w:pPr>
        <w:pStyle w:val="ListParagraph"/>
      </w:pPr>
      <w:r>
        <w:rPr>
          <w:sz w:val="22"/>
        </w:rPr>
        <w:t>C. Không đổi</w:t>
      </w:r>
    </w:p>
    <w:p>
      <w:pPr>
        <w:pStyle w:val="ListParagraph"/>
      </w:pPr>
      <w:r>
        <w:rPr>
          <w:sz w:val="22"/>
        </w:rPr>
        <w:t>D. Giảm mạnh</w:t>
      </w:r>
    </w:p>
    <w:p/>
    <w:p>
      <w:r>
        <w:rPr>
          <w:b/>
          <w:sz w:val="24"/>
        </w:rPr>
        <w:t>Câu 28: Câu 28: Yếu tố nào không làm dịch chuyển đường cung?</w:t>
      </w:r>
    </w:p>
    <w:p>
      <w:pPr>
        <w:pStyle w:val="ListParagraph"/>
      </w:pPr>
      <w:r>
        <w:rPr>
          <w:sz w:val="22"/>
        </w:rPr>
        <w:t>A. Giá cả hàng hóa đó</w:t>
      </w:r>
    </w:p>
    <w:p>
      <w:pPr>
        <w:pStyle w:val="ListParagraph"/>
      </w:pPr>
      <w:r>
        <w:rPr>
          <w:sz w:val="22"/>
        </w:rPr>
        <w:t>B. Chi phí sản xuất</w:t>
      </w:r>
    </w:p>
    <w:p>
      <w:pPr>
        <w:pStyle w:val="ListParagraph"/>
      </w:pPr>
      <w:r>
        <w:rPr>
          <w:sz w:val="22"/>
        </w:rPr>
        <w:t>C. Công nghệ</w:t>
      </w:r>
    </w:p>
    <w:p>
      <w:pPr>
        <w:pStyle w:val="ListParagraph"/>
      </w:pPr>
      <w:r>
        <w:rPr>
          <w:sz w:val="22"/>
        </w:rPr>
        <w:t>D. Thuế</w:t>
      </w:r>
    </w:p>
    <w:p/>
    <w:p>
      <w:r>
        <w:rPr>
          <w:b/>
          <w:sz w:val="24"/>
        </w:rPr>
        <w:t>Câu 29: Câu 29: Yếu tố nào làm dịch chuyển đường cầu?</w:t>
      </w:r>
    </w:p>
    <w:p>
      <w:pPr>
        <w:pStyle w:val="ListParagraph"/>
      </w:pPr>
      <w:r>
        <w:rPr>
          <w:sz w:val="22"/>
        </w:rPr>
        <w:t>A. Thu nhập người tiêu dùng</w:t>
      </w:r>
    </w:p>
    <w:p>
      <w:pPr>
        <w:pStyle w:val="ListParagraph"/>
      </w:pPr>
      <w:r>
        <w:rPr>
          <w:sz w:val="22"/>
        </w:rPr>
        <w:t>B. Giá cả hàng hóa đó</w:t>
      </w:r>
    </w:p>
    <w:p>
      <w:pPr>
        <w:pStyle w:val="ListParagraph"/>
      </w:pPr>
      <w:r>
        <w:rPr>
          <w:sz w:val="22"/>
        </w:rPr>
        <w:t>C. Giá cả yếu tố sản xuất</w:t>
      </w:r>
    </w:p>
    <w:p>
      <w:pPr>
        <w:pStyle w:val="ListParagraph"/>
      </w:pPr>
      <w:r>
        <w:rPr>
          <w:sz w:val="22"/>
        </w:rPr>
        <w:t>D. Công nghệ</w:t>
      </w:r>
    </w:p>
    <w:p/>
    <w:p>
      <w:r>
        <w:rPr>
          <w:b/>
          <w:sz w:val="24"/>
        </w:rPr>
        <w:t>Câu 30: Câu 30: Hàng hóa thay thế là?</w:t>
      </w:r>
    </w:p>
    <w:p>
      <w:pPr>
        <w:pStyle w:val="ListParagraph"/>
      </w:pPr>
      <w:r>
        <w:rPr>
          <w:sz w:val="22"/>
        </w:rPr>
        <w:t>A. Hàng hóa có thể dùng thay cho nhau</w:t>
      </w:r>
    </w:p>
    <w:p>
      <w:pPr>
        <w:pStyle w:val="ListParagraph"/>
      </w:pPr>
      <w:r>
        <w:rPr>
          <w:sz w:val="22"/>
        </w:rPr>
        <w:t>B. Hàng hóa bổ sung</w:t>
      </w:r>
    </w:p>
    <w:p>
      <w:pPr>
        <w:pStyle w:val="ListParagraph"/>
      </w:pPr>
      <w:r>
        <w:rPr>
          <w:sz w:val="22"/>
        </w:rPr>
        <w:t>C. Hàng hóa xa xỉ</w:t>
      </w:r>
    </w:p>
    <w:p>
      <w:pPr>
        <w:pStyle w:val="ListParagraph"/>
      </w:pPr>
      <w:r>
        <w:rPr>
          <w:sz w:val="22"/>
        </w:rPr>
        <w:t>D. Hàng hóa công cộng</w:t>
      </w:r>
    </w:p>
    <w:p/>
    <w:p>
      <w:r>
        <w:rPr>
          <w:b/>
          <w:sz w:val="24"/>
        </w:rPr>
        <w:t>Câu 31: Câu 31: Hàng hóa bổ sung là?</w:t>
      </w:r>
    </w:p>
    <w:p>
      <w:pPr>
        <w:pStyle w:val="ListParagraph"/>
      </w:pPr>
      <w:r>
        <w:rPr>
          <w:sz w:val="22"/>
        </w:rPr>
        <w:t>A. Hàng hóa được dùng cùng nhau</w:t>
      </w:r>
    </w:p>
    <w:p>
      <w:pPr>
        <w:pStyle w:val="ListParagraph"/>
      </w:pPr>
      <w:r>
        <w:rPr>
          <w:sz w:val="22"/>
        </w:rPr>
        <w:t>B. Hàng hóa thay thế</w:t>
      </w:r>
    </w:p>
    <w:p>
      <w:pPr>
        <w:pStyle w:val="ListParagraph"/>
      </w:pPr>
      <w:r>
        <w:rPr>
          <w:sz w:val="22"/>
        </w:rPr>
        <w:t>C. Hàng hóa miễn phí</w:t>
      </w:r>
    </w:p>
    <w:p>
      <w:pPr>
        <w:pStyle w:val="ListParagraph"/>
      </w:pPr>
      <w:r>
        <w:rPr>
          <w:sz w:val="22"/>
        </w:rPr>
        <w:t>D. Hàng hóa cấm</w:t>
      </w:r>
    </w:p>
    <w:p/>
    <w:p>
      <w:r>
        <w:rPr>
          <w:b/>
          <w:sz w:val="24"/>
        </w:rPr>
        <w:t>Câu 32: Câu 32: Giá cả do đâu quyết định trong cơ chế thị trường?</w:t>
      </w:r>
    </w:p>
    <w:p>
      <w:pPr>
        <w:pStyle w:val="ListParagraph"/>
      </w:pPr>
      <w:r>
        <w:rPr>
          <w:sz w:val="22"/>
        </w:rPr>
        <w:t>A. Quan hệ cung cầu</w:t>
      </w:r>
    </w:p>
    <w:p>
      <w:pPr>
        <w:pStyle w:val="ListParagraph"/>
      </w:pPr>
      <w:r>
        <w:rPr>
          <w:sz w:val="22"/>
        </w:rPr>
        <w:t>B. Mệnh lệnh nhà nước</w:t>
      </w:r>
    </w:p>
    <w:p>
      <w:pPr>
        <w:pStyle w:val="ListParagraph"/>
      </w:pPr>
      <w:r>
        <w:rPr>
          <w:sz w:val="22"/>
        </w:rPr>
        <w:t>C. Ý chí người mua</w:t>
      </w:r>
    </w:p>
    <w:p>
      <w:pPr>
        <w:pStyle w:val="ListParagraph"/>
      </w:pPr>
      <w:r>
        <w:rPr>
          <w:sz w:val="22"/>
        </w:rPr>
        <w:t>D. Ý chí người bán</w:t>
      </w:r>
    </w:p>
    <w:p/>
    <w:p>
      <w:r>
        <w:rPr>
          <w:b/>
          <w:sz w:val="24"/>
        </w:rPr>
        <w:t>Câu 33: Câu 33: Chức năng của giá cả không gồm?</w:t>
      </w:r>
    </w:p>
    <w:p>
      <w:pPr>
        <w:pStyle w:val="ListParagraph"/>
      </w:pPr>
      <w:r>
        <w:rPr>
          <w:sz w:val="22"/>
        </w:rPr>
        <w:t>A. Quản lý hành chính</w:t>
      </w:r>
    </w:p>
    <w:p>
      <w:pPr>
        <w:pStyle w:val="ListParagraph"/>
      </w:pPr>
      <w:r>
        <w:rPr>
          <w:sz w:val="22"/>
        </w:rPr>
        <w:t>B. Thông tin</w:t>
      </w:r>
    </w:p>
    <w:p>
      <w:pPr>
        <w:pStyle w:val="ListParagraph"/>
      </w:pPr>
      <w:r>
        <w:rPr>
          <w:sz w:val="22"/>
        </w:rPr>
        <w:t>C. Phân bổ nguồn lực</w:t>
      </w:r>
    </w:p>
    <w:p>
      <w:pPr>
        <w:pStyle w:val="ListParagraph"/>
      </w:pPr>
      <w:r>
        <w:rPr>
          <w:sz w:val="22"/>
        </w:rPr>
        <w:t>D. Kích thích sản xuất</w:t>
      </w:r>
    </w:p>
    <w:p/>
    <w:p>
      <w:r>
        <w:rPr>
          <w:b/>
          <w:sz w:val="24"/>
        </w:rPr>
        <w:t>Câu 34: Câu 34: Chức năng thông tin của giá cả giúp?</w:t>
      </w:r>
    </w:p>
    <w:p>
      <w:pPr>
        <w:pStyle w:val="ListParagraph"/>
      </w:pPr>
      <w:r>
        <w:rPr>
          <w:sz w:val="22"/>
        </w:rPr>
        <w:t>A. Phản ánh tình hình cung cầu</w:t>
      </w:r>
    </w:p>
    <w:p>
      <w:pPr>
        <w:pStyle w:val="ListParagraph"/>
      </w:pPr>
      <w:r>
        <w:rPr>
          <w:sz w:val="22"/>
        </w:rPr>
        <w:t>B. Cấm mua bán</w:t>
      </w:r>
    </w:p>
    <w:p>
      <w:pPr>
        <w:pStyle w:val="ListParagraph"/>
      </w:pPr>
      <w:r>
        <w:rPr>
          <w:sz w:val="22"/>
        </w:rPr>
        <w:t>C. Quy định thuế</w:t>
      </w:r>
    </w:p>
    <w:p>
      <w:pPr>
        <w:pStyle w:val="ListParagraph"/>
      </w:pPr>
      <w:r>
        <w:rPr>
          <w:sz w:val="22"/>
        </w:rPr>
        <w:t>D. Thay thế pháp luật</w:t>
      </w:r>
    </w:p>
    <w:p/>
    <w:p>
      <w:r>
        <w:rPr>
          <w:b/>
          <w:sz w:val="24"/>
        </w:rPr>
        <w:t>Câu 35: Câu 35: Ngân sách nhà nước là?</w:t>
      </w:r>
    </w:p>
    <w:p>
      <w:pPr>
        <w:pStyle w:val="ListParagraph"/>
      </w:pPr>
      <w:r>
        <w:rPr>
          <w:sz w:val="22"/>
        </w:rPr>
        <w:t>A. Quỹ tiền tệ tập trung của nhà nước</w:t>
      </w:r>
    </w:p>
    <w:p>
      <w:pPr>
        <w:pStyle w:val="ListParagraph"/>
      </w:pPr>
      <w:r>
        <w:rPr>
          <w:sz w:val="22"/>
        </w:rPr>
        <w:t>B. Quỹ tiền của doanh nghiệp</w:t>
      </w:r>
    </w:p>
    <w:p>
      <w:pPr>
        <w:pStyle w:val="ListParagraph"/>
      </w:pPr>
      <w:r>
        <w:rPr>
          <w:sz w:val="22"/>
        </w:rPr>
        <w:t>C. Thu nhập của hộ gia đình</w:t>
      </w:r>
    </w:p>
    <w:p>
      <w:pPr>
        <w:pStyle w:val="ListParagraph"/>
      </w:pPr>
      <w:r>
        <w:rPr>
          <w:sz w:val="22"/>
        </w:rPr>
        <w:t>D. Tiền gửi ngân hàng</w:t>
      </w:r>
    </w:p>
    <w:p/>
    <w:p>
      <w:r>
        <w:rPr>
          <w:b/>
          <w:sz w:val="24"/>
        </w:rPr>
        <w:t>Câu 36: Câu 36: Nguồn thu chủ yếu của ngân sách nhà nước là?</w:t>
      </w:r>
    </w:p>
    <w:p>
      <w:pPr>
        <w:pStyle w:val="ListParagraph"/>
      </w:pPr>
      <w:r>
        <w:rPr>
          <w:sz w:val="22"/>
        </w:rPr>
        <w:t>A. Thuế</w:t>
      </w:r>
    </w:p>
    <w:p>
      <w:pPr>
        <w:pStyle w:val="ListParagraph"/>
      </w:pPr>
      <w:r>
        <w:rPr>
          <w:sz w:val="22"/>
        </w:rPr>
        <w:t>B. Phí và lệ phí</w:t>
      </w:r>
    </w:p>
    <w:p>
      <w:pPr>
        <w:pStyle w:val="ListParagraph"/>
      </w:pPr>
      <w:r>
        <w:rPr>
          <w:sz w:val="22"/>
        </w:rPr>
        <w:t>C. Vay nợ</w:t>
      </w:r>
    </w:p>
    <w:p>
      <w:pPr>
        <w:pStyle w:val="ListParagraph"/>
      </w:pPr>
      <w:r>
        <w:rPr>
          <w:sz w:val="22"/>
        </w:rPr>
        <w:t>D. Viện trợ</w:t>
      </w:r>
    </w:p>
    <w:p/>
    <w:p>
      <w:r>
        <w:rPr>
          <w:b/>
          <w:sz w:val="24"/>
        </w:rPr>
        <w:t>Câu 37: Câu 37: Thuế là?</w:t>
      </w:r>
    </w:p>
    <w:p>
      <w:pPr>
        <w:pStyle w:val="ListParagraph"/>
      </w:pPr>
      <w:r>
        <w:rPr>
          <w:sz w:val="22"/>
        </w:rPr>
        <w:t>A. Khoản thu bắt buộc của nhà nước</w:t>
      </w:r>
    </w:p>
    <w:p>
      <w:pPr>
        <w:pStyle w:val="ListParagraph"/>
      </w:pPr>
      <w:r>
        <w:rPr>
          <w:sz w:val="22"/>
        </w:rPr>
        <w:t>B. Khoản tự nguyện</w:t>
      </w:r>
    </w:p>
    <w:p>
      <w:pPr>
        <w:pStyle w:val="ListParagraph"/>
      </w:pPr>
      <w:r>
        <w:rPr>
          <w:sz w:val="22"/>
        </w:rPr>
        <w:t>C. Khoản vay</w:t>
      </w:r>
    </w:p>
    <w:p>
      <w:pPr>
        <w:pStyle w:val="ListParagraph"/>
      </w:pPr>
      <w:r>
        <w:rPr>
          <w:sz w:val="22"/>
        </w:rPr>
        <w:t>D. Khoản viện trợ</w:t>
      </w:r>
    </w:p>
    <w:p/>
    <w:p>
      <w:r>
        <w:rPr>
          <w:b/>
          <w:sz w:val="24"/>
        </w:rPr>
        <w:t>Câu 38: Câu 38: Đặc điểm của thuế không phải là?</w:t>
      </w:r>
    </w:p>
    <w:p>
      <w:pPr>
        <w:pStyle w:val="ListParagraph"/>
      </w:pPr>
      <w:r>
        <w:rPr>
          <w:sz w:val="22"/>
        </w:rPr>
        <w:t>A. Tính tự nguyện</w:t>
      </w:r>
    </w:p>
    <w:p>
      <w:pPr>
        <w:pStyle w:val="ListParagraph"/>
      </w:pPr>
      <w:r>
        <w:rPr>
          <w:sz w:val="22"/>
        </w:rPr>
        <w:t>B. Tính bắt buộc</w:t>
      </w:r>
    </w:p>
    <w:p>
      <w:pPr>
        <w:pStyle w:val="ListParagraph"/>
      </w:pPr>
      <w:r>
        <w:rPr>
          <w:sz w:val="22"/>
        </w:rPr>
        <w:t>C. Tính pháp lý</w:t>
      </w:r>
    </w:p>
    <w:p>
      <w:pPr>
        <w:pStyle w:val="ListParagraph"/>
      </w:pPr>
      <w:r>
        <w:rPr>
          <w:sz w:val="22"/>
        </w:rPr>
        <w:t>D. Không hoàn trả trực tiếp</w:t>
      </w:r>
    </w:p>
    <w:p/>
    <w:p>
      <w:r>
        <w:rPr>
          <w:b/>
          <w:sz w:val="24"/>
        </w:rPr>
        <w:t>Câu 39: Câu 39: Thuế nào thu vào hàng hóa, dịch vụ?</w:t>
      </w:r>
    </w:p>
    <w:p>
      <w:pPr>
        <w:pStyle w:val="ListParagraph"/>
      </w:pPr>
      <w:r>
        <w:rPr>
          <w:sz w:val="22"/>
        </w:rPr>
        <w:t>A. Thuế giá trị gia tăng</w:t>
      </w:r>
    </w:p>
    <w:p>
      <w:pPr>
        <w:pStyle w:val="ListParagraph"/>
      </w:pPr>
      <w:r>
        <w:rPr>
          <w:sz w:val="22"/>
        </w:rPr>
        <w:t>B. Thuế thu nhập cá nhân</w:t>
      </w:r>
    </w:p>
    <w:p>
      <w:pPr>
        <w:pStyle w:val="ListParagraph"/>
      </w:pPr>
      <w:r>
        <w:rPr>
          <w:sz w:val="22"/>
        </w:rPr>
        <w:t>C. Thuế thu nhập doanh nghiệp</w:t>
      </w:r>
    </w:p>
    <w:p>
      <w:pPr>
        <w:pStyle w:val="ListParagraph"/>
      </w:pPr>
      <w:r>
        <w:rPr>
          <w:sz w:val="22"/>
        </w:rPr>
        <w:t>D. Thuế tài nguyên</w:t>
      </w:r>
    </w:p>
    <w:p/>
    <w:p>
      <w:r>
        <w:rPr>
          <w:b/>
          <w:sz w:val="24"/>
        </w:rPr>
        <w:t>Câu 40: Câu 40: Thuế thu nhập cá nhân đánh vào?</w:t>
      </w:r>
    </w:p>
    <w:p>
      <w:pPr>
        <w:pStyle w:val="ListParagraph"/>
      </w:pPr>
      <w:r>
        <w:rPr>
          <w:sz w:val="22"/>
        </w:rPr>
        <w:t>A. Thu nhập của cá nhân</w:t>
      </w:r>
    </w:p>
    <w:p>
      <w:pPr>
        <w:pStyle w:val="ListParagraph"/>
      </w:pPr>
      <w:r>
        <w:rPr>
          <w:sz w:val="22"/>
        </w:rPr>
        <w:t>B. Giá trị hàng hóa</w:t>
      </w:r>
    </w:p>
    <w:p>
      <w:pPr>
        <w:pStyle w:val="ListParagraph"/>
      </w:pPr>
      <w:r>
        <w:rPr>
          <w:sz w:val="22"/>
        </w:rPr>
        <w:t>C. Lợi nhuận doanh nghiệp</w:t>
      </w:r>
    </w:p>
    <w:p>
      <w:pPr>
        <w:pStyle w:val="ListParagraph"/>
      </w:pPr>
      <w:r>
        <w:rPr>
          <w:sz w:val="22"/>
        </w:rPr>
        <w:t>D. Đất đai</w:t>
      </w:r>
    </w:p>
    <w:p/>
    <w:p>
      <w:r>
        <w:rPr>
          <w:b/>
          <w:sz w:val="24"/>
        </w:rPr>
        <w:t>Câu 41: Câu 41: Ngân sách nhà nước được quản lý bởi?</w:t>
      </w:r>
    </w:p>
    <w:p>
      <w:pPr>
        <w:pStyle w:val="ListParagraph"/>
      </w:pPr>
      <w:r>
        <w:rPr>
          <w:sz w:val="22"/>
        </w:rPr>
        <w:t>A. Nhà nước</w:t>
      </w:r>
    </w:p>
    <w:p>
      <w:pPr>
        <w:pStyle w:val="ListParagraph"/>
      </w:pPr>
      <w:r>
        <w:rPr>
          <w:sz w:val="22"/>
        </w:rPr>
        <w:t>B. Doanh nghiệp tư nhân</w:t>
      </w:r>
    </w:p>
    <w:p>
      <w:pPr>
        <w:pStyle w:val="ListParagraph"/>
      </w:pPr>
      <w:r>
        <w:rPr>
          <w:sz w:val="22"/>
        </w:rPr>
        <w:t>C. Hộ gia đình</w:t>
      </w:r>
    </w:p>
    <w:p>
      <w:pPr>
        <w:pStyle w:val="ListParagraph"/>
      </w:pPr>
      <w:r>
        <w:rPr>
          <w:sz w:val="22"/>
        </w:rPr>
        <w:t>D. Tổ chức phi chính phủ</w:t>
      </w:r>
    </w:p>
    <w:p/>
    <w:p>
      <w:r>
        <w:rPr>
          <w:b/>
          <w:sz w:val="24"/>
        </w:rPr>
        <w:t>Câu 42: Câu 42: Chi ngân sách nhà nước gồm?</w:t>
      </w:r>
    </w:p>
    <w:p>
      <w:pPr>
        <w:pStyle w:val="ListParagraph"/>
      </w:pPr>
      <w:r>
        <w:rPr>
          <w:sz w:val="22"/>
        </w:rPr>
        <w:t>A. Chi đầu tư phát triển, chi thường xuyên</w:t>
      </w:r>
    </w:p>
    <w:p>
      <w:pPr>
        <w:pStyle w:val="ListParagraph"/>
      </w:pPr>
      <w:r>
        <w:rPr>
          <w:sz w:val="22"/>
        </w:rPr>
        <w:t>B. Chi tiêu của cá nhân</w:t>
      </w:r>
    </w:p>
    <w:p>
      <w:pPr>
        <w:pStyle w:val="ListParagraph"/>
      </w:pPr>
      <w:r>
        <w:rPr>
          <w:sz w:val="22"/>
        </w:rPr>
        <w:t>C. Chi lương doanh nghiệp</w:t>
      </w:r>
    </w:p>
    <w:p>
      <w:pPr>
        <w:pStyle w:val="ListParagraph"/>
      </w:pPr>
      <w:r>
        <w:rPr>
          <w:sz w:val="22"/>
        </w:rPr>
        <w:t>D. Chi tiêu hộ gia đình</w:t>
      </w:r>
    </w:p>
    <w:p/>
    <w:p>
      <w:r>
        <w:rPr>
          <w:b/>
          <w:sz w:val="24"/>
        </w:rPr>
        <w:t>Câu 43: Câu 43: Mục đích của thuế là?</w:t>
      </w:r>
    </w:p>
    <w:p>
      <w:pPr>
        <w:pStyle w:val="ListParagraph"/>
      </w:pPr>
      <w:r>
        <w:rPr>
          <w:sz w:val="22"/>
        </w:rPr>
        <w:t>A. Tạo nguồn thu cho ngân sách và điều tiết kinh tế</w:t>
      </w:r>
    </w:p>
    <w:p>
      <w:pPr>
        <w:pStyle w:val="ListParagraph"/>
      </w:pPr>
      <w:r>
        <w:rPr>
          <w:sz w:val="22"/>
        </w:rPr>
        <w:t>B. Làm giàu cho doanh nghiệp</w:t>
      </w:r>
    </w:p>
    <w:p>
      <w:pPr>
        <w:pStyle w:val="ListParagraph"/>
      </w:pPr>
      <w:r>
        <w:rPr>
          <w:sz w:val="22"/>
        </w:rPr>
        <w:t>C. Tăng chi tiêu cá nhân</w:t>
      </w:r>
    </w:p>
    <w:p>
      <w:pPr>
        <w:pStyle w:val="ListParagraph"/>
      </w:pPr>
      <w:r>
        <w:rPr>
          <w:sz w:val="22"/>
        </w:rPr>
        <w:t>D. Giảm vai trò nhà nước</w:t>
      </w:r>
    </w:p>
    <w:p/>
    <w:p>
      <w:r>
        <w:rPr>
          <w:b/>
          <w:sz w:val="24"/>
        </w:rPr>
        <w:t>Câu 44: Câu 44: Ai có nghĩa vụ nộp thuế?</w:t>
      </w:r>
    </w:p>
    <w:p>
      <w:pPr>
        <w:pStyle w:val="ListParagraph"/>
      </w:pPr>
      <w:r>
        <w:rPr>
          <w:sz w:val="22"/>
        </w:rPr>
        <w:t>A. Tổ chức, cá nhân có thu nhập, tài sản theo luật</w:t>
      </w:r>
    </w:p>
    <w:p>
      <w:pPr>
        <w:pStyle w:val="ListParagraph"/>
      </w:pPr>
      <w:r>
        <w:rPr>
          <w:sz w:val="22"/>
        </w:rPr>
        <w:t>B. Chỉ doanh nghiệp lớn</w:t>
      </w:r>
    </w:p>
    <w:p>
      <w:pPr>
        <w:pStyle w:val="ListParagraph"/>
      </w:pPr>
      <w:r>
        <w:rPr>
          <w:sz w:val="22"/>
        </w:rPr>
        <w:t>C. Chỉ người giàu</w:t>
      </w:r>
    </w:p>
    <w:p>
      <w:pPr>
        <w:pStyle w:val="ListParagraph"/>
      </w:pPr>
      <w:r>
        <w:rPr>
          <w:sz w:val="22"/>
        </w:rPr>
        <w:t>D. Chỉ nhà nước</w:t>
      </w:r>
    </w:p>
    <w:p/>
    <w:p>
      <w:r>
        <w:rPr>
          <w:b/>
          <w:sz w:val="24"/>
        </w:rPr>
        <w:t>Câu 45: Câu 45: Trốn thuế là hành vi?</w:t>
      </w:r>
    </w:p>
    <w:p>
      <w:pPr>
        <w:pStyle w:val="ListParagraph"/>
      </w:pPr>
      <w:r>
        <w:rPr>
          <w:sz w:val="22"/>
        </w:rPr>
        <w:t>A. Vi phạm pháp luật</w:t>
      </w:r>
    </w:p>
    <w:p>
      <w:pPr>
        <w:pStyle w:val="ListParagraph"/>
      </w:pPr>
      <w:r>
        <w:rPr>
          <w:sz w:val="22"/>
        </w:rPr>
        <w:t>B. Hợp pháp</w:t>
      </w:r>
    </w:p>
    <w:p>
      <w:pPr>
        <w:pStyle w:val="ListParagraph"/>
      </w:pPr>
      <w:r>
        <w:rPr>
          <w:sz w:val="22"/>
        </w:rPr>
        <w:t>C. Được khuyến khích</w:t>
      </w:r>
    </w:p>
    <w:p>
      <w:pPr>
        <w:pStyle w:val="ListParagraph"/>
      </w:pPr>
      <w:r>
        <w:rPr>
          <w:sz w:val="22"/>
        </w:rPr>
        <w:t>D. Tự nguyện</w:t>
      </w:r>
    </w:p>
    <w:p/>
    <w:p>
      <w:r>
        <w:rPr>
          <w:b/>
          <w:sz w:val="24"/>
        </w:rPr>
        <w:t>Câu 46: Câu 46: Thị trường có vai trò?</w:t>
      </w:r>
    </w:p>
    <w:p>
      <w:pPr>
        <w:pStyle w:val="ListParagraph"/>
      </w:pPr>
      <w:r>
        <w:rPr>
          <w:sz w:val="22"/>
        </w:rPr>
        <w:t>A. Kết nối sản xuất và tiêu dùng</w:t>
      </w:r>
    </w:p>
    <w:p>
      <w:pPr>
        <w:pStyle w:val="ListParagraph"/>
      </w:pPr>
      <w:r>
        <w:rPr>
          <w:sz w:val="22"/>
        </w:rPr>
        <w:t>B. Thay thế nhà nước</w:t>
      </w:r>
    </w:p>
    <w:p>
      <w:pPr>
        <w:pStyle w:val="ListParagraph"/>
      </w:pPr>
      <w:r>
        <w:rPr>
          <w:sz w:val="22"/>
        </w:rPr>
        <w:t>C. Xóa bỏ cạnh tranh</w:t>
      </w:r>
    </w:p>
    <w:p>
      <w:pPr>
        <w:pStyle w:val="ListParagraph"/>
      </w:pPr>
      <w:r>
        <w:rPr>
          <w:sz w:val="22"/>
        </w:rPr>
        <w:t>D. Cấm tiêu dùng</w:t>
      </w:r>
    </w:p>
    <w:p/>
    <w:p>
      <w:r>
        <w:rPr>
          <w:b/>
          <w:sz w:val="24"/>
        </w:rPr>
        <w:t>Câu 47: Câu 47: Cạnh tranh trong nền kinh tế là?</w:t>
      </w:r>
    </w:p>
    <w:p>
      <w:pPr>
        <w:pStyle w:val="ListParagraph"/>
      </w:pPr>
      <w:r>
        <w:rPr>
          <w:sz w:val="22"/>
        </w:rPr>
        <w:t>A. Sự ganh đua giữa các chủ thể kinh tế</w:t>
      </w:r>
    </w:p>
    <w:p>
      <w:pPr>
        <w:pStyle w:val="ListParagraph"/>
      </w:pPr>
      <w:r>
        <w:rPr>
          <w:sz w:val="22"/>
        </w:rPr>
        <w:t>B. Sự hợp tác độc quyền</w:t>
      </w:r>
    </w:p>
    <w:p>
      <w:pPr>
        <w:pStyle w:val="ListParagraph"/>
      </w:pPr>
      <w:r>
        <w:rPr>
          <w:sz w:val="22"/>
        </w:rPr>
        <w:t>C. Sự can thiệp hành chính</w:t>
      </w:r>
    </w:p>
    <w:p>
      <w:pPr>
        <w:pStyle w:val="ListParagraph"/>
      </w:pPr>
      <w:r>
        <w:rPr>
          <w:sz w:val="22"/>
        </w:rPr>
        <w:t>D. Sự độc quyền nhà nước</w:t>
      </w:r>
    </w:p>
    <w:p/>
    <w:p>
      <w:r>
        <w:rPr>
          <w:b/>
          <w:sz w:val="24"/>
        </w:rPr>
        <w:t>Câu 48: Câu 48: Cạnh tranh có tác dụng?</w:t>
      </w:r>
    </w:p>
    <w:p>
      <w:pPr>
        <w:pStyle w:val="ListParagraph"/>
      </w:pPr>
      <w:r>
        <w:rPr>
          <w:sz w:val="22"/>
        </w:rPr>
        <w:t>A. Thúc đẩy đổi mới, nâng cao chất lượng</w:t>
      </w:r>
    </w:p>
    <w:p>
      <w:pPr>
        <w:pStyle w:val="ListParagraph"/>
      </w:pPr>
      <w:r>
        <w:rPr>
          <w:sz w:val="22"/>
        </w:rPr>
        <w:t>B. Triệt tiêu sản xuất</w:t>
      </w:r>
    </w:p>
    <w:p>
      <w:pPr>
        <w:pStyle w:val="ListParagraph"/>
      </w:pPr>
      <w:r>
        <w:rPr>
          <w:sz w:val="22"/>
        </w:rPr>
        <w:t>C. Làm giá cả cố định</w:t>
      </w:r>
    </w:p>
    <w:p>
      <w:pPr>
        <w:pStyle w:val="ListParagraph"/>
      </w:pPr>
      <w:r>
        <w:rPr>
          <w:sz w:val="22"/>
        </w:rPr>
        <w:t>D. Xóa bỏ thị trường</w:t>
      </w:r>
    </w:p>
    <w:p/>
    <w:p>
      <w:r>
        <w:rPr>
          <w:b/>
          <w:sz w:val="24"/>
        </w:rPr>
        <w:t>Câu 49: Câu 49: Độc quyền có thể dẫn đến?</w:t>
      </w:r>
    </w:p>
    <w:p>
      <w:pPr>
        <w:pStyle w:val="ListParagraph"/>
      </w:pPr>
      <w:r>
        <w:rPr>
          <w:sz w:val="22"/>
        </w:rPr>
        <w:t>A. Giá cao, chất lượng thấp</w:t>
      </w:r>
    </w:p>
    <w:p>
      <w:pPr>
        <w:pStyle w:val="ListParagraph"/>
      </w:pPr>
      <w:r>
        <w:rPr>
          <w:sz w:val="22"/>
        </w:rPr>
        <w:t>B. Cạnh tranh hoàn hảo</w:t>
      </w:r>
    </w:p>
    <w:p>
      <w:pPr>
        <w:pStyle w:val="ListParagraph"/>
      </w:pPr>
      <w:r>
        <w:rPr>
          <w:sz w:val="22"/>
        </w:rPr>
        <w:t>C. Giá thấp</w:t>
      </w:r>
    </w:p>
    <w:p>
      <w:pPr>
        <w:pStyle w:val="ListParagraph"/>
      </w:pPr>
      <w:r>
        <w:rPr>
          <w:sz w:val="22"/>
        </w:rPr>
        <w:t>D. Nhiều nhà cung cấp</w:t>
      </w:r>
    </w:p>
    <w:p/>
    <w:p>
      <w:r>
        <w:rPr>
          <w:b/>
          <w:sz w:val="24"/>
        </w:rPr>
        <w:t>Câu 50: Câu 50: Nhà nước cần làm gì trước khuyết điểm của thị trường?</w:t>
      </w:r>
    </w:p>
    <w:p>
      <w:pPr>
        <w:pStyle w:val="ListParagraph"/>
      </w:pPr>
      <w:r>
        <w:rPr>
          <w:sz w:val="22"/>
        </w:rPr>
        <w:t>A. Điều tiết, can thiệp đúng mức</w:t>
      </w:r>
    </w:p>
    <w:p>
      <w:pPr>
        <w:pStyle w:val="ListParagraph"/>
      </w:pPr>
      <w:r>
        <w:rPr>
          <w:sz w:val="22"/>
        </w:rPr>
        <w:t>B. Để thị trường tự điều chỉnh mọi thứ</w:t>
      </w:r>
    </w:p>
    <w:p>
      <w:pPr>
        <w:pStyle w:val="ListParagraph"/>
      </w:pPr>
      <w:r>
        <w:rPr>
          <w:sz w:val="22"/>
        </w:rPr>
        <w:t>C. Xóa bỏ thị trường</w:t>
      </w:r>
    </w:p>
    <w:p>
      <w:pPr>
        <w:pStyle w:val="ListParagraph"/>
      </w:pPr>
      <w:r>
        <w:rPr>
          <w:sz w:val="22"/>
        </w:rPr>
        <w:t>D. Cấm cạnh tranh</w:t>
      </w:r>
    </w:p>
    <w:p/>
    <w:p>
      <w:r>
        <w:rPr>
          <w:b/>
          <w:sz w:val="24"/>
        </w:rPr>
        <w:t>Câu 51: Câu 51: Hàng hóa là?</w:t>
      </w:r>
    </w:p>
    <w:p>
      <w:pPr>
        <w:pStyle w:val="ListParagraph"/>
      </w:pPr>
      <w:r>
        <w:rPr>
          <w:sz w:val="22"/>
        </w:rPr>
        <w:t>A. Sản phẩm có thể trao đổi, mua bán</w:t>
      </w:r>
    </w:p>
    <w:p>
      <w:pPr>
        <w:pStyle w:val="ListParagraph"/>
      </w:pPr>
      <w:r>
        <w:rPr>
          <w:sz w:val="22"/>
        </w:rPr>
        <w:t>B. Sản phẩm tự cấp tự túc</w:t>
      </w:r>
    </w:p>
    <w:p>
      <w:pPr>
        <w:pStyle w:val="ListParagraph"/>
      </w:pPr>
      <w:r>
        <w:rPr>
          <w:sz w:val="22"/>
        </w:rPr>
        <w:t>C. Tài nguyên thiên nhiên miễn phí</w:t>
      </w:r>
    </w:p>
    <w:p>
      <w:pPr>
        <w:pStyle w:val="ListParagraph"/>
      </w:pPr>
      <w:r>
        <w:rPr>
          <w:sz w:val="22"/>
        </w:rPr>
        <w:t>D. Dịch vụ công cộng</w:t>
      </w:r>
    </w:p>
    <w:p/>
    <w:p>
      <w:r>
        <w:rPr>
          <w:b/>
          <w:sz w:val="24"/>
        </w:rPr>
        <w:t>Câu 52: Câu 52: Dịch vụ là?</w:t>
      </w:r>
    </w:p>
    <w:p>
      <w:pPr>
        <w:pStyle w:val="ListParagraph"/>
      </w:pPr>
      <w:r>
        <w:rPr>
          <w:sz w:val="22"/>
        </w:rPr>
        <w:t>A. Hoạt động đáp ứng nhu cầu, có thể trao đổi</w:t>
      </w:r>
    </w:p>
    <w:p>
      <w:pPr>
        <w:pStyle w:val="ListParagraph"/>
      </w:pPr>
      <w:r>
        <w:rPr>
          <w:sz w:val="22"/>
        </w:rPr>
        <w:t>B. Vật thể hữu hình</w:t>
      </w:r>
    </w:p>
    <w:p>
      <w:pPr>
        <w:pStyle w:val="ListParagraph"/>
      </w:pPr>
      <w:r>
        <w:rPr>
          <w:sz w:val="22"/>
        </w:rPr>
        <w:t>C. Tài nguyên thiên nhiên</w:t>
      </w:r>
    </w:p>
    <w:p>
      <w:pPr>
        <w:pStyle w:val="ListParagraph"/>
      </w:pPr>
      <w:r>
        <w:rPr>
          <w:sz w:val="22"/>
        </w:rPr>
        <w:t>D. Khoản thuế</w:t>
      </w:r>
    </w:p>
    <w:p/>
    <w:p>
      <w:r>
        <w:rPr>
          <w:b/>
          <w:sz w:val="24"/>
        </w:rPr>
        <w:t>Câu 53: Câu 53: Vật ngang giá là?</w:t>
      </w:r>
    </w:p>
    <w:p>
      <w:pPr>
        <w:pStyle w:val="ListParagraph"/>
      </w:pPr>
      <w:r>
        <w:rPr>
          <w:sz w:val="22"/>
        </w:rPr>
        <w:t>A. Thước đo giá trị trong trao đổi</w:t>
      </w:r>
    </w:p>
    <w:p>
      <w:pPr>
        <w:pStyle w:val="ListParagraph"/>
      </w:pPr>
      <w:r>
        <w:rPr>
          <w:sz w:val="22"/>
        </w:rPr>
        <w:t>B. Hàng hóa miễn phí</w:t>
      </w:r>
    </w:p>
    <w:p>
      <w:pPr>
        <w:pStyle w:val="ListParagraph"/>
      </w:pPr>
      <w:r>
        <w:rPr>
          <w:sz w:val="22"/>
        </w:rPr>
        <w:t>C. Tiền lương</w:t>
      </w:r>
    </w:p>
    <w:p>
      <w:pPr>
        <w:pStyle w:val="ListParagraph"/>
      </w:pPr>
      <w:r>
        <w:rPr>
          <w:sz w:val="22"/>
        </w:rPr>
        <w:t>D. Thuế</w:t>
      </w:r>
    </w:p>
    <w:p/>
    <w:p>
      <w:r>
        <w:rPr>
          <w:b/>
          <w:sz w:val="24"/>
        </w:rPr>
        <w:t>Câu 54: Câu 54: Tiền tệ có chức năng?</w:t>
      </w:r>
    </w:p>
    <w:p>
      <w:pPr>
        <w:pStyle w:val="ListParagraph"/>
      </w:pPr>
      <w:r>
        <w:rPr>
          <w:sz w:val="22"/>
        </w:rPr>
        <w:t>A. Thước đo giá trị, phương tiện lưu thông</w:t>
      </w:r>
    </w:p>
    <w:p>
      <w:pPr>
        <w:pStyle w:val="ListParagraph"/>
      </w:pPr>
      <w:r>
        <w:rPr>
          <w:sz w:val="22"/>
        </w:rPr>
        <w:t>B. Sản xuất hàng hóa</w:t>
      </w:r>
    </w:p>
    <w:p>
      <w:pPr>
        <w:pStyle w:val="ListParagraph"/>
      </w:pPr>
      <w:r>
        <w:rPr>
          <w:sz w:val="22"/>
        </w:rPr>
        <w:t>C. Ban hành pháp luật</w:t>
      </w:r>
    </w:p>
    <w:p>
      <w:pPr>
        <w:pStyle w:val="ListParagraph"/>
      </w:pPr>
      <w:r>
        <w:rPr>
          <w:sz w:val="22"/>
        </w:rPr>
        <w:t>D. Thu thuế</w:t>
      </w:r>
    </w:p>
    <w:p/>
    <w:p>
      <w:r>
        <w:rPr>
          <w:b/>
          <w:sz w:val="24"/>
        </w:rPr>
        <w:t>Câu 55: Câu 55: Thị trường hàng hóa gồm?</w:t>
      </w:r>
    </w:p>
    <w:p>
      <w:pPr>
        <w:pStyle w:val="ListParagraph"/>
      </w:pPr>
      <w:r>
        <w:rPr>
          <w:sz w:val="22"/>
        </w:rPr>
        <w:t>A. Thị trường tư liệu sản xuất, hàng tiêu dùng</w:t>
      </w:r>
    </w:p>
    <w:p>
      <w:pPr>
        <w:pStyle w:val="ListParagraph"/>
      </w:pPr>
      <w:r>
        <w:rPr>
          <w:sz w:val="22"/>
        </w:rPr>
        <w:t>B. Thị trường lao động</w:t>
      </w:r>
    </w:p>
    <w:p>
      <w:pPr>
        <w:pStyle w:val="ListParagraph"/>
      </w:pPr>
      <w:r>
        <w:rPr>
          <w:sz w:val="22"/>
        </w:rPr>
        <w:t>C. Thị trường tiền tệ</w:t>
      </w:r>
    </w:p>
    <w:p>
      <w:pPr>
        <w:pStyle w:val="ListParagraph"/>
      </w:pPr>
      <w:r>
        <w:rPr>
          <w:sz w:val="22"/>
        </w:rPr>
        <w:t>D. Thị trường chứng khoán</w:t>
      </w:r>
    </w:p>
    <w:p/>
    <w:p>
      <w:r>
        <w:rPr>
          <w:b/>
          <w:sz w:val="24"/>
        </w:rPr>
        <w:t>Câu 56: Câu 56: Thị trường yếu tố sản xuất gồm?</w:t>
      </w:r>
    </w:p>
    <w:p>
      <w:pPr>
        <w:pStyle w:val="ListParagraph"/>
      </w:pPr>
      <w:r>
        <w:rPr>
          <w:sz w:val="22"/>
        </w:rPr>
        <w:t>A. Thị trường lao động, đất đai, vốn</w:t>
      </w:r>
    </w:p>
    <w:p>
      <w:pPr>
        <w:pStyle w:val="ListParagraph"/>
      </w:pPr>
      <w:r>
        <w:rPr>
          <w:sz w:val="22"/>
        </w:rPr>
        <w:t>B. Thị trường hàng tiêu dùng</w:t>
      </w:r>
    </w:p>
    <w:p>
      <w:pPr>
        <w:pStyle w:val="ListParagraph"/>
      </w:pPr>
      <w:r>
        <w:rPr>
          <w:sz w:val="22"/>
        </w:rPr>
        <w:t>C. Thị trường bán lẻ</w:t>
      </w:r>
    </w:p>
    <w:p>
      <w:pPr>
        <w:pStyle w:val="ListParagraph"/>
      </w:pPr>
      <w:r>
        <w:rPr>
          <w:sz w:val="22"/>
        </w:rPr>
        <w:t>D. Chợ nông sản</w:t>
      </w:r>
    </w:p>
    <w:p/>
    <w:p>
      <w:r>
        <w:rPr>
          <w:b/>
          <w:sz w:val="24"/>
        </w:rPr>
        <w:t>Câu 57: Câu 57: Giá cả thị trường được biểu hiện bằng?</w:t>
      </w:r>
    </w:p>
    <w:p>
      <w:pPr>
        <w:pStyle w:val="ListParagraph"/>
      </w:pPr>
      <w:r>
        <w:rPr>
          <w:sz w:val="22"/>
        </w:rPr>
        <w:t>A. Tiền</w:t>
      </w:r>
    </w:p>
    <w:p>
      <w:pPr>
        <w:pStyle w:val="ListParagraph"/>
      </w:pPr>
      <w:r>
        <w:rPr>
          <w:sz w:val="22"/>
        </w:rPr>
        <w:t>B. Hiện vật</w:t>
      </w:r>
    </w:p>
    <w:p>
      <w:pPr>
        <w:pStyle w:val="ListParagraph"/>
      </w:pPr>
      <w:r>
        <w:rPr>
          <w:sz w:val="22"/>
        </w:rPr>
        <w:t>C. Vàng</w:t>
      </w:r>
    </w:p>
    <w:p>
      <w:pPr>
        <w:pStyle w:val="ListParagraph"/>
      </w:pPr>
      <w:r>
        <w:rPr>
          <w:sz w:val="22"/>
        </w:rPr>
        <w:t>D. Ngoại tệ</w:t>
      </w:r>
    </w:p>
    <w:p/>
    <w:p>
      <w:r>
        <w:rPr>
          <w:b/>
          <w:sz w:val="24"/>
        </w:rPr>
        <w:t>Câu 58: Câu 58: Khi giá cả tăng, người sản xuất có động lực?</w:t>
      </w:r>
    </w:p>
    <w:p>
      <w:pPr>
        <w:pStyle w:val="ListParagraph"/>
      </w:pPr>
      <w:r>
        <w:rPr>
          <w:sz w:val="22"/>
        </w:rPr>
        <w:t>A. Tăng sản xuất</w:t>
      </w:r>
    </w:p>
    <w:p>
      <w:pPr>
        <w:pStyle w:val="ListParagraph"/>
      </w:pPr>
      <w:r>
        <w:rPr>
          <w:sz w:val="22"/>
        </w:rPr>
        <w:t>B. Giảm sản xuất</w:t>
      </w:r>
    </w:p>
    <w:p>
      <w:pPr>
        <w:pStyle w:val="ListParagraph"/>
      </w:pPr>
      <w:r>
        <w:rPr>
          <w:sz w:val="22"/>
        </w:rPr>
        <w:t>C. Ngừng sản xuất</w:t>
      </w:r>
    </w:p>
    <w:p>
      <w:pPr>
        <w:pStyle w:val="ListParagraph"/>
      </w:pPr>
      <w:r>
        <w:rPr>
          <w:sz w:val="22"/>
        </w:rPr>
        <w:t>D. Không sản xuất</w:t>
      </w:r>
    </w:p>
    <w:p/>
    <w:p>
      <w:r>
        <w:rPr>
          <w:b/>
          <w:sz w:val="24"/>
        </w:rPr>
        <w:t>Câu 59: Câu 59: Khi giá cả giảm, người tiêu dùng có xu hướng?</w:t>
      </w:r>
    </w:p>
    <w:p>
      <w:pPr>
        <w:pStyle w:val="ListParagraph"/>
      </w:pPr>
      <w:r>
        <w:rPr>
          <w:sz w:val="22"/>
        </w:rPr>
        <w:t>A. Mua nhiều hơn</w:t>
      </w:r>
    </w:p>
    <w:p>
      <w:pPr>
        <w:pStyle w:val="ListParagraph"/>
      </w:pPr>
      <w:r>
        <w:rPr>
          <w:sz w:val="22"/>
        </w:rPr>
        <w:t>B. Mua ít hơn</w:t>
      </w:r>
    </w:p>
    <w:p>
      <w:pPr>
        <w:pStyle w:val="ListParagraph"/>
      </w:pPr>
      <w:r>
        <w:rPr>
          <w:sz w:val="22"/>
        </w:rPr>
        <w:t>C. Không mua</w:t>
      </w:r>
    </w:p>
    <w:p>
      <w:pPr>
        <w:pStyle w:val="ListParagraph"/>
      </w:pPr>
      <w:r>
        <w:rPr>
          <w:sz w:val="22"/>
        </w:rPr>
        <w:t>D. Mua bằng trước</w:t>
      </w:r>
    </w:p>
    <w:p/>
    <w:p>
      <w:r>
        <w:rPr>
          <w:b/>
          <w:sz w:val="24"/>
        </w:rPr>
        <w:t>Câu 60: Câu 60: Quan hệ cung cầu là?</w:t>
      </w:r>
    </w:p>
    <w:p>
      <w:pPr>
        <w:pStyle w:val="ListParagraph"/>
      </w:pPr>
      <w:r>
        <w:rPr>
          <w:sz w:val="22"/>
        </w:rPr>
        <w:t>A. Mối quan hệ giữa người bán và người mua trên thị trường</w:t>
      </w:r>
    </w:p>
    <w:p>
      <w:pPr>
        <w:pStyle w:val="ListParagraph"/>
      </w:pPr>
      <w:r>
        <w:rPr>
          <w:sz w:val="22"/>
        </w:rPr>
        <w:t>B. Quan hệ giữa nhà nước và doanh nghiệp</w:t>
      </w:r>
    </w:p>
    <w:p>
      <w:pPr>
        <w:pStyle w:val="ListParagraph"/>
      </w:pPr>
      <w:r>
        <w:rPr>
          <w:sz w:val="22"/>
        </w:rPr>
        <w:t>C. Quan hệ giữa các doanh nghiệp</w:t>
      </w:r>
    </w:p>
    <w:p>
      <w:pPr>
        <w:pStyle w:val="ListParagraph"/>
      </w:pPr>
      <w:r>
        <w:rPr>
          <w:sz w:val="22"/>
        </w:rPr>
        <w:t>D. Quan hệ giữa các hộ gia đình</w:t>
      </w:r>
    </w:p>
    <w:p/>
    <w:p>
      <w:r>
        <w:rPr>
          <w:b/>
          <w:sz w:val="24"/>
        </w:rPr>
        <w:t>Câu 61: Câu 61: Ngân sách nhà nước được lập, phê duyệt bởi?</w:t>
      </w:r>
    </w:p>
    <w:p>
      <w:pPr>
        <w:pStyle w:val="ListParagraph"/>
      </w:pPr>
      <w:r>
        <w:rPr>
          <w:sz w:val="22"/>
        </w:rPr>
        <w:t>A. Quốc hội</w:t>
      </w:r>
    </w:p>
    <w:p>
      <w:pPr>
        <w:pStyle w:val="ListParagraph"/>
      </w:pPr>
      <w:r>
        <w:rPr>
          <w:sz w:val="22"/>
        </w:rPr>
        <w:t>B. Chính phủ</w:t>
      </w:r>
    </w:p>
    <w:p>
      <w:pPr>
        <w:pStyle w:val="ListParagraph"/>
      </w:pPr>
      <w:r>
        <w:rPr>
          <w:sz w:val="22"/>
        </w:rPr>
        <w:t>C. Bộ Tài chính</w:t>
      </w:r>
    </w:p>
    <w:p>
      <w:pPr>
        <w:pStyle w:val="ListParagraph"/>
      </w:pPr>
      <w:r>
        <w:rPr>
          <w:sz w:val="22"/>
        </w:rPr>
        <w:t>D. Ủy ban nhân dân</w:t>
      </w:r>
    </w:p>
    <w:p/>
    <w:p>
      <w:r>
        <w:rPr>
          <w:b/>
          <w:sz w:val="24"/>
        </w:rPr>
        <w:t>Câu 62: Câu 62: Cơ quan nào chấp hành ngân sách nhà nước?</w:t>
      </w:r>
    </w:p>
    <w:p>
      <w:pPr>
        <w:pStyle w:val="ListParagraph"/>
      </w:pPr>
      <w:r>
        <w:rPr>
          <w:sz w:val="22"/>
        </w:rPr>
        <w:t>A. Chính phủ</w:t>
      </w:r>
    </w:p>
    <w:p>
      <w:pPr>
        <w:pStyle w:val="ListParagraph"/>
      </w:pPr>
      <w:r>
        <w:rPr>
          <w:sz w:val="22"/>
        </w:rPr>
        <w:t>B. Quốc hội</w:t>
      </w:r>
    </w:p>
    <w:p>
      <w:pPr>
        <w:pStyle w:val="ListParagraph"/>
      </w:pPr>
      <w:r>
        <w:rPr>
          <w:sz w:val="22"/>
        </w:rPr>
        <w:t>C. Tòa án</w:t>
      </w:r>
    </w:p>
    <w:p>
      <w:pPr>
        <w:pStyle w:val="ListParagraph"/>
      </w:pPr>
      <w:r>
        <w:rPr>
          <w:sz w:val="22"/>
        </w:rPr>
        <w:t>D. Viện kiểm sát</w:t>
      </w:r>
    </w:p>
    <w:p/>
    <w:p>
      <w:r>
        <w:rPr>
          <w:b/>
          <w:sz w:val="24"/>
        </w:rPr>
        <w:t>Câu 63: Câu 63: Thuế gián thu là thuế?</w:t>
      </w:r>
    </w:p>
    <w:p>
      <w:pPr>
        <w:pStyle w:val="ListParagraph"/>
      </w:pPr>
      <w:r>
        <w:rPr>
          <w:sz w:val="22"/>
        </w:rPr>
        <w:t>A. Đánh vào hàng hóa, dịch vụ, người tiêu dùng chịu</w:t>
      </w:r>
    </w:p>
    <w:p>
      <w:pPr>
        <w:pStyle w:val="ListParagraph"/>
      </w:pPr>
      <w:r>
        <w:rPr>
          <w:sz w:val="22"/>
        </w:rPr>
        <w:t>B. Đánh vào thu nhập cá nhân</w:t>
      </w:r>
    </w:p>
    <w:p>
      <w:pPr>
        <w:pStyle w:val="ListParagraph"/>
      </w:pPr>
      <w:r>
        <w:rPr>
          <w:sz w:val="22"/>
        </w:rPr>
        <w:t>C. Đánh vào lợi nhuận doanh nghiệp</w:t>
      </w:r>
    </w:p>
    <w:p>
      <w:pPr>
        <w:pStyle w:val="ListParagraph"/>
      </w:pPr>
      <w:r>
        <w:rPr>
          <w:sz w:val="22"/>
        </w:rPr>
        <w:t>D. Đánh vào tài sản</w:t>
      </w:r>
    </w:p>
    <w:p/>
    <w:p>
      <w:r>
        <w:rPr>
          <w:b/>
          <w:sz w:val="24"/>
        </w:rPr>
        <w:t>Câu 64: Câu 64: Thuế trực thu là thuế?</w:t>
      </w:r>
    </w:p>
    <w:p>
      <w:pPr>
        <w:pStyle w:val="ListParagraph"/>
      </w:pPr>
      <w:r>
        <w:rPr>
          <w:sz w:val="22"/>
        </w:rPr>
        <w:t>A. Đánh trực tiếp vào thu nhập, tài sản</w:t>
      </w:r>
    </w:p>
    <w:p>
      <w:pPr>
        <w:pStyle w:val="ListParagraph"/>
      </w:pPr>
      <w:r>
        <w:rPr>
          <w:sz w:val="22"/>
        </w:rPr>
        <w:t>B. Đánh vào giá hàng hóa</w:t>
      </w:r>
    </w:p>
    <w:p>
      <w:pPr>
        <w:pStyle w:val="ListParagraph"/>
      </w:pPr>
      <w:r>
        <w:rPr>
          <w:sz w:val="22"/>
        </w:rPr>
        <w:t>C. Người tiêu dùng chịu</w:t>
      </w:r>
    </w:p>
    <w:p>
      <w:pPr>
        <w:pStyle w:val="ListParagraph"/>
      </w:pPr>
      <w:r>
        <w:rPr>
          <w:sz w:val="22"/>
        </w:rPr>
        <w:t>D. Không bắt buộc</w:t>
      </w:r>
    </w:p>
    <w:p/>
    <w:p>
      <w:r>
        <w:rPr>
          <w:b/>
          <w:sz w:val="24"/>
        </w:rPr>
        <w:t>Câu 65: Câu 65: Thuế giá trị gia tăng là?</w:t>
      </w:r>
    </w:p>
    <w:p>
      <w:pPr>
        <w:pStyle w:val="ListParagraph"/>
      </w:pPr>
      <w:r>
        <w:rPr>
          <w:sz w:val="22"/>
        </w:rPr>
        <w:t>A. Thuế gián thu</w:t>
      </w:r>
    </w:p>
    <w:p>
      <w:pPr>
        <w:pStyle w:val="ListParagraph"/>
      </w:pPr>
      <w:r>
        <w:rPr>
          <w:sz w:val="22"/>
        </w:rPr>
        <w:t>B. Thuế trực thu</w:t>
      </w:r>
    </w:p>
    <w:p>
      <w:pPr>
        <w:pStyle w:val="ListParagraph"/>
      </w:pPr>
      <w:r>
        <w:rPr>
          <w:sz w:val="22"/>
        </w:rPr>
        <w:t>C. Thuế tài nguyên</w:t>
      </w:r>
    </w:p>
    <w:p>
      <w:pPr>
        <w:pStyle w:val="ListParagraph"/>
      </w:pPr>
      <w:r>
        <w:rPr>
          <w:sz w:val="22"/>
        </w:rPr>
        <w:t>D. Thuế bảo vệ môi trường</w:t>
      </w:r>
    </w:p>
    <w:p/>
    <w:p>
      <w:r>
        <w:rPr>
          <w:b/>
          <w:sz w:val="24"/>
        </w:rPr>
        <w:t>Câu 66: Câu 66: Thuế thu nhập cá nhân là?</w:t>
      </w:r>
    </w:p>
    <w:p>
      <w:pPr>
        <w:pStyle w:val="ListParagraph"/>
      </w:pPr>
      <w:r>
        <w:rPr>
          <w:sz w:val="22"/>
        </w:rPr>
        <w:t>A. Thuế trực thu</w:t>
      </w:r>
    </w:p>
    <w:p>
      <w:pPr>
        <w:pStyle w:val="ListParagraph"/>
      </w:pPr>
      <w:r>
        <w:rPr>
          <w:sz w:val="22"/>
        </w:rPr>
        <w:t>B. Thuế gián thu</w:t>
      </w:r>
    </w:p>
    <w:p>
      <w:pPr>
        <w:pStyle w:val="ListParagraph"/>
      </w:pPr>
      <w:r>
        <w:rPr>
          <w:sz w:val="22"/>
        </w:rPr>
        <w:t>C. Thuế xuất khẩu</w:t>
      </w:r>
    </w:p>
    <w:p>
      <w:pPr>
        <w:pStyle w:val="ListParagraph"/>
      </w:pPr>
      <w:r>
        <w:rPr>
          <w:sz w:val="22"/>
        </w:rPr>
        <w:t>D. Thuế nhập khẩu</w:t>
      </w:r>
    </w:p>
    <w:p/>
    <w:p>
      <w:r>
        <w:rPr>
          <w:b/>
          <w:sz w:val="24"/>
        </w:rPr>
        <w:t>Câu 67: Câu 67: Một trong các nguyên tắc của thuế là?</w:t>
      </w:r>
    </w:p>
    <w:p>
      <w:pPr>
        <w:pStyle w:val="ListParagraph"/>
      </w:pPr>
      <w:r>
        <w:rPr>
          <w:sz w:val="22"/>
        </w:rPr>
        <w:t>A. Công bằng, minh bạch</w:t>
      </w:r>
    </w:p>
    <w:p>
      <w:pPr>
        <w:pStyle w:val="ListParagraph"/>
      </w:pPr>
      <w:r>
        <w:rPr>
          <w:sz w:val="22"/>
        </w:rPr>
        <w:t>B. Tùy tiện</w:t>
      </w:r>
    </w:p>
    <w:p>
      <w:pPr>
        <w:pStyle w:val="ListParagraph"/>
      </w:pPr>
      <w:r>
        <w:rPr>
          <w:sz w:val="22"/>
        </w:rPr>
        <w:t>C. Trốn thuế</w:t>
      </w:r>
    </w:p>
    <w:p>
      <w:pPr>
        <w:pStyle w:val="ListParagraph"/>
      </w:pPr>
      <w:r>
        <w:rPr>
          <w:sz w:val="22"/>
        </w:rPr>
        <w:t>D. Miễn thuế cho mọi người</w:t>
      </w:r>
    </w:p>
    <w:p/>
    <w:p>
      <w:r>
        <w:rPr>
          <w:b/>
          <w:sz w:val="24"/>
        </w:rPr>
        <w:t>Câu 68: Câu 68: Vai trò của thuế là?</w:t>
      </w:r>
    </w:p>
    <w:p>
      <w:pPr>
        <w:pStyle w:val="ListParagraph"/>
      </w:pPr>
      <w:r>
        <w:rPr>
          <w:sz w:val="22"/>
        </w:rPr>
        <w:t>A. Ổn định kinh tế, điều tiết thu nhập</w:t>
      </w:r>
    </w:p>
    <w:p>
      <w:pPr>
        <w:pStyle w:val="ListParagraph"/>
      </w:pPr>
      <w:r>
        <w:rPr>
          <w:sz w:val="22"/>
        </w:rPr>
        <w:t>B. Làm tăng lạm phát</w:t>
      </w:r>
    </w:p>
    <w:p>
      <w:pPr>
        <w:pStyle w:val="ListParagraph"/>
      </w:pPr>
      <w:r>
        <w:rPr>
          <w:sz w:val="22"/>
        </w:rPr>
        <w:t>C. Giảm ngân sách</w:t>
      </w:r>
    </w:p>
    <w:p>
      <w:pPr>
        <w:pStyle w:val="ListParagraph"/>
      </w:pPr>
      <w:r>
        <w:rPr>
          <w:sz w:val="22"/>
        </w:rPr>
        <w:t>D. Khuyến khích trốn thuế</w:t>
      </w:r>
    </w:p>
    <w:p/>
    <w:p>
      <w:r>
        <w:rPr>
          <w:b/>
          <w:sz w:val="24"/>
        </w:rPr>
        <w:t>Câu 69: Câu 69: Ngân sách nhà nước có vai trò?</w:t>
      </w:r>
    </w:p>
    <w:p>
      <w:pPr>
        <w:pStyle w:val="ListParagraph"/>
      </w:pPr>
      <w:r>
        <w:rPr>
          <w:sz w:val="22"/>
        </w:rPr>
        <w:t>A. Cân đối thu chi, đầu tư phát triển</w:t>
      </w:r>
    </w:p>
    <w:p>
      <w:pPr>
        <w:pStyle w:val="ListParagraph"/>
      </w:pPr>
      <w:r>
        <w:rPr>
          <w:sz w:val="22"/>
        </w:rPr>
        <w:t>B. Chỉ để chi tiêu cá nhân</w:t>
      </w:r>
    </w:p>
    <w:p>
      <w:pPr>
        <w:pStyle w:val="ListParagraph"/>
      </w:pPr>
      <w:r>
        <w:rPr>
          <w:sz w:val="22"/>
        </w:rPr>
        <w:t>C. Thay thế thị trường</w:t>
      </w:r>
    </w:p>
    <w:p>
      <w:pPr>
        <w:pStyle w:val="ListParagraph"/>
      </w:pPr>
      <w:r>
        <w:rPr>
          <w:sz w:val="22"/>
        </w:rPr>
        <w:t>D. Xóa bỏ thuế</w:t>
      </w:r>
    </w:p>
    <w:p/>
    <w:p>
      <w:r>
        <w:rPr>
          <w:b/>
          <w:sz w:val="24"/>
        </w:rPr>
        <w:t>Câu 70: Câu 70: Bội chi ngân sách là?</w:t>
      </w:r>
    </w:p>
    <w:p>
      <w:pPr>
        <w:pStyle w:val="ListParagraph"/>
      </w:pPr>
      <w:r>
        <w:rPr>
          <w:sz w:val="22"/>
        </w:rPr>
        <w:t>A. Chi lớn hơn thu</w:t>
      </w:r>
    </w:p>
    <w:p>
      <w:pPr>
        <w:pStyle w:val="ListParagraph"/>
      </w:pPr>
      <w:r>
        <w:rPr>
          <w:sz w:val="22"/>
        </w:rPr>
        <w:t>B. Thu lớn hơn chi</w:t>
      </w:r>
    </w:p>
    <w:p>
      <w:pPr>
        <w:pStyle w:val="ListParagraph"/>
      </w:pPr>
      <w:r>
        <w:rPr>
          <w:sz w:val="22"/>
        </w:rPr>
        <w:t>C. Thu bằng chi</w:t>
      </w:r>
    </w:p>
    <w:p>
      <w:pPr>
        <w:pStyle w:val="ListParagraph"/>
      </w:pPr>
      <w:r>
        <w:rPr>
          <w:sz w:val="22"/>
        </w:rPr>
        <w:t>D. Không có thu</w:t>
      </w:r>
    </w:p>
    <w:p/>
    <w:p>
      <w:r>
        <w:rPr>
          <w:b/>
          <w:sz w:val="24"/>
        </w:rPr>
        <w:t>Câu 71: Câu 71: Thặng dư ngân sách là?</w:t>
      </w:r>
    </w:p>
    <w:p>
      <w:pPr>
        <w:pStyle w:val="ListParagraph"/>
      </w:pPr>
      <w:r>
        <w:rPr>
          <w:sz w:val="22"/>
        </w:rPr>
        <w:t>A. Thu lớn hơn chi</w:t>
      </w:r>
    </w:p>
    <w:p>
      <w:pPr>
        <w:pStyle w:val="ListParagraph"/>
      </w:pPr>
      <w:r>
        <w:rPr>
          <w:sz w:val="22"/>
        </w:rPr>
        <w:t>B. Chi lớn hơn thu</w:t>
      </w:r>
    </w:p>
    <w:p>
      <w:pPr>
        <w:pStyle w:val="ListParagraph"/>
      </w:pPr>
      <w:r>
        <w:rPr>
          <w:sz w:val="22"/>
        </w:rPr>
        <w:t>C. Thu bằng chi</w:t>
      </w:r>
    </w:p>
    <w:p>
      <w:pPr>
        <w:pStyle w:val="ListParagraph"/>
      </w:pPr>
      <w:r>
        <w:rPr>
          <w:sz w:val="22"/>
        </w:rPr>
        <w:t>D. Không có chi</w:t>
      </w:r>
    </w:p>
    <w:p/>
    <w:p>
      <w:r>
        <w:rPr>
          <w:b/>
          <w:sz w:val="24"/>
        </w:rPr>
        <w:t>Câu 72: Câu 72: Nợ công là?</w:t>
      </w:r>
    </w:p>
    <w:p>
      <w:pPr>
        <w:pStyle w:val="ListParagraph"/>
      </w:pPr>
      <w:r>
        <w:rPr>
          <w:sz w:val="22"/>
        </w:rPr>
        <w:t>A. Nợ của nhà nước</w:t>
      </w:r>
    </w:p>
    <w:p>
      <w:pPr>
        <w:pStyle w:val="ListParagraph"/>
      </w:pPr>
      <w:r>
        <w:rPr>
          <w:sz w:val="22"/>
        </w:rPr>
        <w:t>B. Nợ của doanh nghiệp</w:t>
      </w:r>
    </w:p>
    <w:p>
      <w:pPr>
        <w:pStyle w:val="ListParagraph"/>
      </w:pPr>
      <w:r>
        <w:rPr>
          <w:sz w:val="22"/>
        </w:rPr>
        <w:t>C. Nợ của hộ gia đình</w:t>
      </w:r>
    </w:p>
    <w:p>
      <w:pPr>
        <w:pStyle w:val="ListParagraph"/>
      </w:pPr>
      <w:r>
        <w:rPr>
          <w:sz w:val="22"/>
        </w:rPr>
        <w:t>D. Nợ của cá nhân</w:t>
      </w:r>
    </w:p>
    <w:p/>
    <w:p>
      <w:r>
        <w:rPr>
          <w:b/>
          <w:sz w:val="24"/>
        </w:rPr>
        <w:t>Câu 73: Câu 73: Mục tiêu của chính sách tài khóa là?</w:t>
      </w:r>
    </w:p>
    <w:p>
      <w:pPr>
        <w:pStyle w:val="ListParagraph"/>
      </w:pPr>
      <w:r>
        <w:rPr>
          <w:sz w:val="22"/>
        </w:rPr>
        <w:t>A. Ổn định kinh tế vĩ mô</w:t>
      </w:r>
    </w:p>
    <w:p>
      <w:pPr>
        <w:pStyle w:val="ListParagraph"/>
      </w:pPr>
      <w:r>
        <w:rPr>
          <w:sz w:val="22"/>
        </w:rPr>
        <w:t>B. Tăng lạm phát</w:t>
      </w:r>
    </w:p>
    <w:p>
      <w:pPr>
        <w:pStyle w:val="ListParagraph"/>
      </w:pPr>
      <w:r>
        <w:rPr>
          <w:sz w:val="22"/>
        </w:rPr>
        <w:t>C. Giảm việc làm</w:t>
      </w:r>
    </w:p>
    <w:p>
      <w:pPr>
        <w:pStyle w:val="ListParagraph"/>
      </w:pPr>
      <w:r>
        <w:rPr>
          <w:sz w:val="22"/>
        </w:rPr>
        <w:t>D. Tăng thất nghiệp</w:t>
      </w:r>
    </w:p>
    <w:p/>
    <w:p>
      <w:r>
        <w:rPr>
          <w:b/>
          <w:sz w:val="24"/>
        </w:rPr>
        <w:t>Câu 74: Câu 74: Khi nền kinh tế suy thoái, nhà nước có thể?</w:t>
      </w:r>
    </w:p>
    <w:p>
      <w:pPr>
        <w:pStyle w:val="ListParagraph"/>
      </w:pPr>
      <w:r>
        <w:rPr>
          <w:sz w:val="22"/>
        </w:rPr>
        <w:t>A. Tăng chi tiêu công, giảm thuế</w:t>
      </w:r>
    </w:p>
    <w:p>
      <w:pPr>
        <w:pStyle w:val="ListParagraph"/>
      </w:pPr>
      <w:r>
        <w:rPr>
          <w:sz w:val="22"/>
        </w:rPr>
        <w:t>B. Tăng thuế, giảm chi</w:t>
      </w:r>
    </w:p>
    <w:p>
      <w:pPr>
        <w:pStyle w:val="ListParagraph"/>
      </w:pPr>
      <w:r>
        <w:rPr>
          <w:sz w:val="22"/>
        </w:rPr>
        <w:t>C. Cắt giảm đầu tư</w:t>
      </w:r>
    </w:p>
    <w:p>
      <w:pPr>
        <w:pStyle w:val="ListParagraph"/>
      </w:pPr>
      <w:r>
        <w:rPr>
          <w:sz w:val="22"/>
        </w:rPr>
        <w:t>D. Tăng lãi suất</w:t>
      </w:r>
    </w:p>
    <w:p/>
    <w:p>
      <w:r>
        <w:rPr>
          <w:b/>
          <w:sz w:val="24"/>
        </w:rPr>
        <w:t>Câu 75: Câu 75: Khi nền kinh tế lạm phát cao, nhà nước có thể?</w:t>
      </w:r>
    </w:p>
    <w:p>
      <w:pPr>
        <w:pStyle w:val="ListParagraph"/>
      </w:pPr>
      <w:r>
        <w:rPr>
          <w:sz w:val="22"/>
        </w:rPr>
        <w:t>A. Giảm chi tiêu công, tăng thuế</w:t>
      </w:r>
    </w:p>
    <w:p>
      <w:pPr>
        <w:pStyle w:val="ListParagraph"/>
      </w:pPr>
      <w:r>
        <w:rPr>
          <w:sz w:val="22"/>
        </w:rPr>
        <w:t>B. Tăng chi tiêu</w:t>
      </w:r>
    </w:p>
    <w:p>
      <w:pPr>
        <w:pStyle w:val="ListParagraph"/>
      </w:pPr>
      <w:r>
        <w:rPr>
          <w:sz w:val="22"/>
        </w:rPr>
        <w:t>C. Giảm thuế</w:t>
      </w:r>
    </w:p>
    <w:p>
      <w:pPr>
        <w:pStyle w:val="ListParagraph"/>
      </w:pPr>
      <w:r>
        <w:rPr>
          <w:sz w:val="22"/>
        </w:rPr>
        <w:t>D. In tiền</w:t>
      </w:r>
    </w:p>
    <w:p/>
    <w:p>
      <w:r>
        <w:rPr>
          <w:b/>
          <w:sz w:val="24"/>
        </w:rPr>
        <w:t>Câu 76: Câu 76: Thị trường chứng khoán là?</w:t>
      </w:r>
    </w:p>
    <w:p>
      <w:pPr>
        <w:pStyle w:val="ListParagraph"/>
      </w:pPr>
      <w:r>
        <w:rPr>
          <w:sz w:val="22"/>
        </w:rPr>
        <w:t>A. Nơi mua bán cổ phiếu, trái phiếu</w:t>
      </w:r>
    </w:p>
    <w:p>
      <w:pPr>
        <w:pStyle w:val="ListParagraph"/>
      </w:pPr>
      <w:r>
        <w:rPr>
          <w:sz w:val="22"/>
        </w:rPr>
        <w:t>B. Nơi mua bán hàng nông sản</w:t>
      </w:r>
    </w:p>
    <w:p>
      <w:pPr>
        <w:pStyle w:val="ListParagraph"/>
      </w:pPr>
      <w:r>
        <w:rPr>
          <w:sz w:val="22"/>
        </w:rPr>
        <w:t>C. Nơi mua bán lao động</w:t>
      </w:r>
    </w:p>
    <w:p>
      <w:pPr>
        <w:pStyle w:val="ListParagraph"/>
      </w:pPr>
      <w:r>
        <w:rPr>
          <w:sz w:val="22"/>
        </w:rPr>
        <w:t>D. Nơi mua bán đất đai</w:t>
      </w:r>
    </w:p>
    <w:p/>
    <w:p>
      <w:r>
        <w:rPr>
          <w:b/>
          <w:sz w:val="24"/>
        </w:rPr>
        <w:t>Câu 77: Câu 77: Thị trường tiền tệ là?</w:t>
      </w:r>
    </w:p>
    <w:p>
      <w:pPr>
        <w:pStyle w:val="ListParagraph"/>
      </w:pPr>
      <w:r>
        <w:rPr>
          <w:sz w:val="22"/>
        </w:rPr>
        <w:t>A. Nơi mua bán vốn ngắn hạn</w:t>
      </w:r>
    </w:p>
    <w:p>
      <w:pPr>
        <w:pStyle w:val="ListParagraph"/>
      </w:pPr>
      <w:r>
        <w:rPr>
          <w:sz w:val="22"/>
        </w:rPr>
        <w:t>B. Nơi mua bán hàng tiêu dùng</w:t>
      </w:r>
    </w:p>
    <w:p>
      <w:pPr>
        <w:pStyle w:val="ListParagraph"/>
      </w:pPr>
      <w:r>
        <w:rPr>
          <w:sz w:val="22"/>
        </w:rPr>
        <w:t>C. Nơi mua bán lao động</w:t>
      </w:r>
    </w:p>
    <w:p>
      <w:pPr>
        <w:pStyle w:val="ListParagraph"/>
      </w:pPr>
      <w:r>
        <w:rPr>
          <w:sz w:val="22"/>
        </w:rPr>
        <w:t>D. Nơi mua bán đất đai</w:t>
      </w:r>
    </w:p>
    <w:p/>
    <w:p>
      <w:r>
        <w:rPr>
          <w:b/>
          <w:sz w:val="24"/>
        </w:rPr>
        <w:t>Câu 78: Câu 78: Thị trường lao động là?</w:t>
      </w:r>
    </w:p>
    <w:p>
      <w:pPr>
        <w:pStyle w:val="ListParagraph"/>
      </w:pPr>
      <w:r>
        <w:rPr>
          <w:sz w:val="22"/>
        </w:rPr>
        <w:t>A. Nơi mua bán sức lao động</w:t>
      </w:r>
    </w:p>
    <w:p>
      <w:pPr>
        <w:pStyle w:val="ListParagraph"/>
      </w:pPr>
      <w:r>
        <w:rPr>
          <w:sz w:val="22"/>
        </w:rPr>
        <w:t>B. Nơi mua bán hàng hóa</w:t>
      </w:r>
    </w:p>
    <w:p>
      <w:pPr>
        <w:pStyle w:val="ListParagraph"/>
      </w:pPr>
      <w:r>
        <w:rPr>
          <w:sz w:val="22"/>
        </w:rPr>
        <w:t>C. Nơi mua bán chứng khoán</w:t>
      </w:r>
    </w:p>
    <w:p>
      <w:pPr>
        <w:pStyle w:val="ListParagraph"/>
      </w:pPr>
      <w:r>
        <w:rPr>
          <w:sz w:val="22"/>
        </w:rPr>
        <w:t>D. Nơi mua bán ngoại tệ</w:t>
      </w:r>
    </w:p>
    <w:p/>
    <w:p>
      <w:r>
        <w:rPr>
          <w:b/>
          <w:sz w:val="24"/>
        </w:rPr>
        <w:t>Câu 79: Câu 79: Cung lao động phụ thuộc vào?</w:t>
      </w:r>
    </w:p>
    <w:p>
      <w:pPr>
        <w:pStyle w:val="ListParagraph"/>
      </w:pPr>
      <w:r>
        <w:rPr>
          <w:sz w:val="22"/>
        </w:rPr>
        <w:t>A. Dân số, tiền lương, điều kiện làm việc</w:t>
      </w:r>
    </w:p>
    <w:p>
      <w:pPr>
        <w:pStyle w:val="ListParagraph"/>
      </w:pPr>
      <w:r>
        <w:rPr>
          <w:sz w:val="22"/>
        </w:rPr>
        <w:t>B. Giá hàng tiêu dùng</w:t>
      </w:r>
    </w:p>
    <w:p>
      <w:pPr>
        <w:pStyle w:val="ListParagraph"/>
      </w:pPr>
      <w:r>
        <w:rPr>
          <w:sz w:val="22"/>
        </w:rPr>
        <w:t>C. Lãi suất</w:t>
      </w:r>
    </w:p>
    <w:p>
      <w:pPr>
        <w:pStyle w:val="ListParagraph"/>
      </w:pPr>
      <w:r>
        <w:rPr>
          <w:sz w:val="22"/>
        </w:rPr>
        <w:t>D. Tỷ giá</w:t>
      </w:r>
    </w:p>
    <w:p/>
    <w:p>
      <w:r>
        <w:rPr>
          <w:b/>
          <w:sz w:val="24"/>
        </w:rPr>
        <w:t>Câu 80: Câu 80: Cầu lao động phụ thuộc vào?</w:t>
      </w:r>
    </w:p>
    <w:p>
      <w:pPr>
        <w:pStyle w:val="ListParagraph"/>
      </w:pPr>
      <w:r>
        <w:rPr>
          <w:sz w:val="22"/>
        </w:rPr>
        <w:t>A. Nhu cầu sản xuất, tiền lương</w:t>
      </w:r>
    </w:p>
    <w:p>
      <w:pPr>
        <w:pStyle w:val="ListParagraph"/>
      </w:pPr>
      <w:r>
        <w:rPr>
          <w:sz w:val="22"/>
        </w:rPr>
        <w:t>B. Thời tiết</w:t>
      </w:r>
    </w:p>
    <w:p>
      <w:pPr>
        <w:pStyle w:val="ListParagraph"/>
      </w:pPr>
      <w:r>
        <w:rPr>
          <w:sz w:val="22"/>
        </w:rPr>
        <w:t>C. Sở thích cá nhân</w:t>
      </w:r>
    </w:p>
    <w:p>
      <w:pPr>
        <w:pStyle w:val="ListParagraph"/>
      </w:pPr>
      <w:r>
        <w:rPr>
          <w:sz w:val="22"/>
        </w:rPr>
        <w:t>D. Thuế</w:t>
      </w:r>
    </w:p>
    <w:p/>
    <w:p>
      <w:r>
        <w:rPr>
          <w:b/>
          <w:sz w:val="24"/>
        </w:rPr>
        <w:t>Câu 81: Câu 81: Pháp luật là?</w:t>
      </w:r>
    </w:p>
    <w:p>
      <w:pPr>
        <w:pStyle w:val="ListParagraph"/>
      </w:pPr>
      <w:r>
        <w:rPr>
          <w:sz w:val="22"/>
        </w:rPr>
        <w:t>A. Hệ thống quy tắc xử sự chung do nhà nước ban hành</w:t>
      </w:r>
    </w:p>
    <w:p>
      <w:pPr>
        <w:pStyle w:val="ListParagraph"/>
      </w:pPr>
      <w:r>
        <w:rPr>
          <w:sz w:val="22"/>
        </w:rPr>
        <w:t>B. Quy tắc đạo đức</w:t>
      </w:r>
    </w:p>
    <w:p>
      <w:pPr>
        <w:pStyle w:val="ListParagraph"/>
      </w:pPr>
      <w:r>
        <w:rPr>
          <w:sz w:val="22"/>
        </w:rPr>
        <w:t>C. Phong tục tập quán</w:t>
      </w:r>
    </w:p>
    <w:p>
      <w:pPr>
        <w:pStyle w:val="ListParagraph"/>
      </w:pPr>
      <w:r>
        <w:rPr>
          <w:sz w:val="22"/>
        </w:rPr>
        <w:t>D. Quy định của doanh nghiệp</w:t>
      </w:r>
    </w:p>
    <w:p/>
    <w:p>
      <w:r>
        <w:rPr>
          <w:b/>
          <w:sz w:val="24"/>
        </w:rPr>
        <w:t>Câu 82: Câu 82: Pháp luật có tính?</w:t>
      </w:r>
    </w:p>
    <w:p>
      <w:pPr>
        <w:pStyle w:val="ListParagraph"/>
      </w:pPr>
      <w:r>
        <w:rPr>
          <w:sz w:val="22"/>
        </w:rPr>
        <w:t>A. Bắt buộc chung</w:t>
      </w:r>
    </w:p>
    <w:p>
      <w:pPr>
        <w:pStyle w:val="ListParagraph"/>
      </w:pPr>
      <w:r>
        <w:rPr>
          <w:sz w:val="22"/>
        </w:rPr>
        <w:t>B. Tự nguyện</w:t>
      </w:r>
    </w:p>
    <w:p>
      <w:pPr>
        <w:pStyle w:val="ListParagraph"/>
      </w:pPr>
      <w:r>
        <w:rPr>
          <w:sz w:val="22"/>
        </w:rPr>
        <w:t>C. Tùy ý</w:t>
      </w:r>
    </w:p>
    <w:p>
      <w:pPr>
        <w:pStyle w:val="ListParagraph"/>
      </w:pPr>
      <w:r>
        <w:rPr>
          <w:sz w:val="22"/>
        </w:rPr>
        <w:t>D. Không bắt buộc</w:t>
      </w:r>
    </w:p>
    <w:p/>
    <w:p>
      <w:r>
        <w:rPr>
          <w:b/>
          <w:sz w:val="24"/>
        </w:rPr>
        <w:t>Câu 83: Câu 83: Văn bản quy phạm pháp luật do ai ban hành?</w:t>
      </w:r>
    </w:p>
    <w:p>
      <w:pPr>
        <w:pStyle w:val="ListParagraph"/>
      </w:pPr>
      <w:r>
        <w:rPr>
          <w:sz w:val="22"/>
        </w:rPr>
        <w:t>A. Cơ quan nhà nước có thẩm quyền</w:t>
      </w:r>
    </w:p>
    <w:p>
      <w:pPr>
        <w:pStyle w:val="ListParagraph"/>
      </w:pPr>
      <w:r>
        <w:rPr>
          <w:sz w:val="22"/>
        </w:rPr>
        <w:t>B. Doanh nghiệp</w:t>
      </w:r>
    </w:p>
    <w:p>
      <w:pPr>
        <w:pStyle w:val="ListParagraph"/>
      </w:pPr>
      <w:r>
        <w:rPr>
          <w:sz w:val="22"/>
        </w:rPr>
        <w:t>C. Hộ gia đình</w:t>
      </w:r>
    </w:p>
    <w:p>
      <w:pPr>
        <w:pStyle w:val="ListParagraph"/>
      </w:pPr>
      <w:r>
        <w:rPr>
          <w:sz w:val="22"/>
        </w:rPr>
        <w:t>D. Tổ chức xã hội</w:t>
      </w:r>
    </w:p>
    <w:p/>
    <w:p>
      <w:r>
        <w:rPr>
          <w:b/>
          <w:sz w:val="24"/>
        </w:rPr>
        <w:t>Câu 84: Câu 84: Hiến pháp là?</w:t>
      </w:r>
    </w:p>
    <w:p>
      <w:pPr>
        <w:pStyle w:val="ListParagraph"/>
      </w:pPr>
      <w:r>
        <w:rPr>
          <w:sz w:val="22"/>
        </w:rPr>
        <w:t>A. Luật cơ bản, có hiệu lực cao nhất</w:t>
      </w:r>
    </w:p>
    <w:p>
      <w:pPr>
        <w:pStyle w:val="ListParagraph"/>
      </w:pPr>
      <w:r>
        <w:rPr>
          <w:sz w:val="22"/>
        </w:rPr>
        <w:t>B. Luật do doanh nghiệp ban hành</w:t>
      </w:r>
    </w:p>
    <w:p>
      <w:pPr>
        <w:pStyle w:val="ListParagraph"/>
      </w:pPr>
      <w:r>
        <w:rPr>
          <w:sz w:val="22"/>
        </w:rPr>
        <w:t>C. Nghị định</w:t>
      </w:r>
    </w:p>
    <w:p>
      <w:pPr>
        <w:pStyle w:val="ListParagraph"/>
      </w:pPr>
      <w:r>
        <w:rPr>
          <w:sz w:val="22"/>
        </w:rPr>
        <w:t>D. Thông tư</w:t>
      </w:r>
    </w:p>
    <w:p/>
    <w:p>
      <w:r>
        <w:rPr>
          <w:b/>
          <w:sz w:val="24"/>
        </w:rPr>
        <w:t>Câu 85: Câu 85: Luật do Quốc hội ban hành là?</w:t>
      </w:r>
    </w:p>
    <w:p>
      <w:pPr>
        <w:pStyle w:val="ListParagraph"/>
      </w:pPr>
      <w:r>
        <w:rPr>
          <w:sz w:val="22"/>
        </w:rPr>
        <w:t>A. Luật</w:t>
      </w:r>
    </w:p>
    <w:p>
      <w:pPr>
        <w:pStyle w:val="ListParagraph"/>
      </w:pPr>
      <w:r>
        <w:rPr>
          <w:sz w:val="22"/>
        </w:rPr>
        <w:t>B. Nghị định</w:t>
      </w:r>
    </w:p>
    <w:p>
      <w:pPr>
        <w:pStyle w:val="ListParagraph"/>
      </w:pPr>
      <w:r>
        <w:rPr>
          <w:sz w:val="22"/>
        </w:rPr>
        <w:t>C. Thông tư</w:t>
      </w:r>
    </w:p>
    <w:p>
      <w:pPr>
        <w:pStyle w:val="ListParagraph"/>
      </w:pPr>
      <w:r>
        <w:rPr>
          <w:sz w:val="22"/>
        </w:rPr>
        <w:t>D. Quyết định</w:t>
      </w:r>
    </w:p>
    <w:p/>
    <w:p>
      <w:r>
        <w:rPr>
          <w:b/>
          <w:sz w:val="24"/>
        </w:rPr>
        <w:t>Câu 86: Câu 86: Nghị định do?</w:t>
      </w:r>
    </w:p>
    <w:p>
      <w:pPr>
        <w:pStyle w:val="ListParagraph"/>
      </w:pPr>
      <w:r>
        <w:rPr>
          <w:sz w:val="22"/>
        </w:rPr>
        <w:t>A. Chính phủ ban hành</w:t>
      </w:r>
    </w:p>
    <w:p>
      <w:pPr>
        <w:pStyle w:val="ListParagraph"/>
      </w:pPr>
      <w:r>
        <w:rPr>
          <w:sz w:val="22"/>
        </w:rPr>
        <w:t>B. Quốc hội ban hành</w:t>
      </w:r>
    </w:p>
    <w:p>
      <w:pPr>
        <w:pStyle w:val="ListParagraph"/>
      </w:pPr>
      <w:r>
        <w:rPr>
          <w:sz w:val="22"/>
        </w:rPr>
        <w:t>C. Tòa án ban hành</w:t>
      </w:r>
    </w:p>
    <w:p>
      <w:pPr>
        <w:pStyle w:val="ListParagraph"/>
      </w:pPr>
      <w:r>
        <w:rPr>
          <w:sz w:val="22"/>
        </w:rPr>
        <w:t>D. Viện kiểm sát ban hành</w:t>
      </w:r>
    </w:p>
    <w:p/>
    <w:p>
      <w:r>
        <w:rPr>
          <w:b/>
          <w:sz w:val="24"/>
        </w:rPr>
        <w:t>Câu 87: Câu 87: Thông tư do?</w:t>
      </w:r>
    </w:p>
    <w:p>
      <w:pPr>
        <w:pStyle w:val="ListParagraph"/>
      </w:pPr>
      <w:r>
        <w:rPr>
          <w:sz w:val="22"/>
        </w:rPr>
        <w:t>A. Bộ, cơ quan ngang bộ ban hành</w:t>
      </w:r>
    </w:p>
    <w:p>
      <w:pPr>
        <w:pStyle w:val="ListParagraph"/>
      </w:pPr>
      <w:r>
        <w:rPr>
          <w:sz w:val="22"/>
        </w:rPr>
        <w:t>B. Quốc hội ban hành</w:t>
      </w:r>
    </w:p>
    <w:p>
      <w:pPr>
        <w:pStyle w:val="ListParagraph"/>
      </w:pPr>
      <w:r>
        <w:rPr>
          <w:sz w:val="22"/>
        </w:rPr>
        <w:t>C. Chính phủ ban hành</w:t>
      </w:r>
    </w:p>
    <w:p>
      <w:pPr>
        <w:pStyle w:val="ListParagraph"/>
      </w:pPr>
      <w:r>
        <w:rPr>
          <w:sz w:val="22"/>
        </w:rPr>
        <w:t>D. Ủy ban nhân dân ban hành</w:t>
      </w:r>
    </w:p>
    <w:p/>
    <w:p>
      <w:r>
        <w:rPr>
          <w:b/>
          <w:sz w:val="24"/>
        </w:rPr>
        <w:t>Câu 88: Câu 88: Vi phạm pháp luật là?</w:t>
      </w:r>
    </w:p>
    <w:p>
      <w:pPr>
        <w:pStyle w:val="ListParagraph"/>
      </w:pPr>
      <w:r>
        <w:rPr>
          <w:sz w:val="22"/>
        </w:rPr>
        <w:t>A. Hành vi trái pháp luật, có lỗi, do chủ thể có năng lực trách nhiệm pháp lý</w:t>
      </w:r>
    </w:p>
    <w:p>
      <w:pPr>
        <w:pStyle w:val="ListParagraph"/>
      </w:pPr>
      <w:r>
        <w:rPr>
          <w:sz w:val="22"/>
        </w:rPr>
        <w:t>B. Hành vi đạo đức</w:t>
      </w:r>
    </w:p>
    <w:p>
      <w:pPr>
        <w:pStyle w:val="ListParagraph"/>
      </w:pPr>
      <w:r>
        <w:rPr>
          <w:sz w:val="22"/>
        </w:rPr>
        <w:t>C. Hành vi phong tục</w:t>
      </w:r>
    </w:p>
    <w:p>
      <w:pPr>
        <w:pStyle w:val="ListParagraph"/>
      </w:pPr>
      <w:r>
        <w:rPr>
          <w:sz w:val="22"/>
        </w:rPr>
        <w:t>D. Hành vi tự nguyện</w:t>
      </w:r>
    </w:p>
    <w:p/>
    <w:p>
      <w:r>
        <w:rPr>
          <w:b/>
          <w:sz w:val="24"/>
        </w:rPr>
        <w:t>Câu 89: Câu 89: Trách nhiệm pháp lý là?</w:t>
      </w:r>
    </w:p>
    <w:p>
      <w:pPr>
        <w:pStyle w:val="ListParagraph"/>
      </w:pPr>
      <w:r>
        <w:rPr>
          <w:sz w:val="22"/>
        </w:rPr>
        <w:t>A. Hậu quả bất lợi mà chủ thể vi phạm phải gánh chịu</w:t>
      </w:r>
    </w:p>
    <w:p>
      <w:pPr>
        <w:pStyle w:val="ListParagraph"/>
      </w:pPr>
      <w:r>
        <w:rPr>
          <w:sz w:val="22"/>
        </w:rPr>
        <w:t>B. Phần thưởng</w:t>
      </w:r>
    </w:p>
    <w:p>
      <w:pPr>
        <w:pStyle w:val="ListParagraph"/>
      </w:pPr>
      <w:r>
        <w:rPr>
          <w:sz w:val="22"/>
        </w:rPr>
        <w:t>C. Quyền lợi</w:t>
      </w:r>
    </w:p>
    <w:p>
      <w:pPr>
        <w:pStyle w:val="ListParagraph"/>
      </w:pPr>
      <w:r>
        <w:rPr>
          <w:sz w:val="22"/>
        </w:rPr>
        <w:t>D. Nghĩa vụ đạo đức</w:t>
      </w:r>
    </w:p>
    <w:p/>
    <w:p>
      <w:r>
        <w:rPr>
          <w:b/>
          <w:sz w:val="24"/>
        </w:rPr>
        <w:t>Câu 90: Câu 90: Công dân có nghĩa vụ?</w:t>
      </w:r>
    </w:p>
    <w:p>
      <w:pPr>
        <w:pStyle w:val="ListParagraph"/>
      </w:pPr>
      <w:r>
        <w:rPr>
          <w:sz w:val="22"/>
        </w:rPr>
        <w:t>A. Tuân theo Hiến pháp và pháp luật</w:t>
      </w:r>
    </w:p>
    <w:p>
      <w:pPr>
        <w:pStyle w:val="ListParagraph"/>
      </w:pPr>
      <w:r>
        <w:rPr>
          <w:sz w:val="22"/>
        </w:rPr>
        <w:t>B. Không cần tuân theo pháp luật</w:t>
      </w:r>
    </w:p>
    <w:p>
      <w:pPr>
        <w:pStyle w:val="ListParagraph"/>
      </w:pPr>
      <w:r>
        <w:rPr>
          <w:sz w:val="22"/>
        </w:rPr>
        <w:t>C. Tự đặt ra pháp luật</w:t>
      </w:r>
    </w:p>
    <w:p>
      <w:pPr>
        <w:pStyle w:val="ListParagraph"/>
      </w:pPr>
      <w:r>
        <w:rPr>
          <w:sz w:val="22"/>
        </w:rPr>
        <w:t>D. Miễn trách nhiệm</w:t>
      </w:r>
    </w:p>
    <w:p/>
    <w:p>
      <w:r>
        <w:rPr>
          <w:b/>
          <w:sz w:val="24"/>
        </w:rPr>
        <w:t>Câu 91: Câu 91: Quyền và nghĩa vụ của công dân do?</w:t>
      </w:r>
    </w:p>
    <w:p>
      <w:pPr>
        <w:pStyle w:val="ListParagraph"/>
      </w:pPr>
      <w:r>
        <w:rPr>
          <w:sz w:val="22"/>
        </w:rPr>
        <w:t>A. Hiến pháp và pháp luật quy định</w:t>
      </w:r>
    </w:p>
    <w:p>
      <w:pPr>
        <w:pStyle w:val="ListParagraph"/>
      </w:pPr>
      <w:r>
        <w:rPr>
          <w:sz w:val="22"/>
        </w:rPr>
        <w:t>B. Cá nhân tự quy định</w:t>
      </w:r>
    </w:p>
    <w:p>
      <w:pPr>
        <w:pStyle w:val="ListParagraph"/>
      </w:pPr>
      <w:r>
        <w:rPr>
          <w:sz w:val="22"/>
        </w:rPr>
        <w:t>C. Doanh nghiệp quy định</w:t>
      </w:r>
    </w:p>
    <w:p>
      <w:pPr>
        <w:pStyle w:val="ListParagraph"/>
      </w:pPr>
      <w:r>
        <w:rPr>
          <w:sz w:val="22"/>
        </w:rPr>
        <w:t>D. Tổ chức xã hội quy định</w:t>
      </w:r>
    </w:p>
    <w:p/>
    <w:p>
      <w:r>
        <w:rPr>
          <w:b/>
          <w:sz w:val="24"/>
        </w:rPr>
        <w:t>Câu 92: Câu 92: Bình đẳng trước pháp luật là?</w:t>
      </w:r>
    </w:p>
    <w:p>
      <w:pPr>
        <w:pStyle w:val="ListParagraph"/>
      </w:pPr>
      <w:r>
        <w:rPr>
          <w:sz w:val="22"/>
        </w:rPr>
        <w:t>A. Mọi người đều bình đẳng về quyền, nghĩa vụ, trách nhiệm</w:t>
      </w:r>
    </w:p>
    <w:p>
      <w:pPr>
        <w:pStyle w:val="ListParagraph"/>
      </w:pPr>
      <w:r>
        <w:rPr>
          <w:sz w:val="22"/>
        </w:rPr>
        <w:t>B. Người giàu có nhiều quyền hơn</w:t>
      </w:r>
    </w:p>
    <w:p>
      <w:pPr>
        <w:pStyle w:val="ListParagraph"/>
      </w:pPr>
      <w:r>
        <w:rPr>
          <w:sz w:val="22"/>
        </w:rPr>
        <w:t>C. Người nghèo ít nghĩa vụ hơn</w:t>
      </w:r>
    </w:p>
    <w:p>
      <w:pPr>
        <w:pStyle w:val="ListParagraph"/>
      </w:pPr>
      <w:r>
        <w:rPr>
          <w:sz w:val="22"/>
        </w:rPr>
        <w:t>D. Cán bộ được miễn trách nhiệm</w:t>
      </w:r>
    </w:p>
    <w:p/>
    <w:p>
      <w:r>
        <w:rPr>
          <w:b/>
          <w:sz w:val="24"/>
        </w:rPr>
        <w:t>Câu 93: Câu 93: Công dân vi phạm pháp luật sẽ?</w:t>
      </w:r>
    </w:p>
    <w:p>
      <w:pPr>
        <w:pStyle w:val="ListParagraph"/>
      </w:pPr>
      <w:r>
        <w:rPr>
          <w:sz w:val="22"/>
        </w:rPr>
        <w:t>A. Chịu trách nhiệm pháp lý</w:t>
      </w:r>
    </w:p>
    <w:p>
      <w:pPr>
        <w:pStyle w:val="ListParagraph"/>
      </w:pPr>
      <w:r>
        <w:rPr>
          <w:sz w:val="22"/>
        </w:rPr>
        <w:t>B. Được khen thưởng</w:t>
      </w:r>
    </w:p>
    <w:p>
      <w:pPr>
        <w:pStyle w:val="ListParagraph"/>
      </w:pPr>
      <w:r>
        <w:rPr>
          <w:sz w:val="22"/>
        </w:rPr>
        <w:t>C. Không bị xử lý</w:t>
      </w:r>
    </w:p>
    <w:p>
      <w:pPr>
        <w:pStyle w:val="ListParagraph"/>
      </w:pPr>
      <w:r>
        <w:rPr>
          <w:sz w:val="22"/>
        </w:rPr>
        <w:t>D. Được miễn mọi trách nhiệm</w:t>
      </w:r>
    </w:p>
    <w:p/>
    <w:p>
      <w:r>
        <w:rPr>
          <w:b/>
          <w:sz w:val="24"/>
        </w:rPr>
        <w:t>Câu 94: Câu 94: Hành vi nào là vi phạm pháp luật?</w:t>
      </w:r>
    </w:p>
    <w:p>
      <w:pPr>
        <w:pStyle w:val="ListParagraph"/>
      </w:pPr>
      <w:r>
        <w:rPr>
          <w:sz w:val="22"/>
        </w:rPr>
        <w:t>A. Trốn thuế</w:t>
      </w:r>
    </w:p>
    <w:p>
      <w:pPr>
        <w:pStyle w:val="ListParagraph"/>
      </w:pPr>
      <w:r>
        <w:rPr>
          <w:sz w:val="22"/>
        </w:rPr>
        <w:t>B. Nộp thuế đúng hạn</w:t>
      </w:r>
    </w:p>
    <w:p>
      <w:pPr>
        <w:pStyle w:val="ListParagraph"/>
      </w:pPr>
      <w:r>
        <w:rPr>
          <w:sz w:val="22"/>
        </w:rPr>
        <w:t>C. Tuân thủ luật giao thông</w:t>
      </w:r>
    </w:p>
    <w:p>
      <w:pPr>
        <w:pStyle w:val="ListParagraph"/>
      </w:pPr>
      <w:r>
        <w:rPr>
          <w:sz w:val="22"/>
        </w:rPr>
        <w:t>D. Bảo vệ môi trường</w:t>
      </w:r>
    </w:p>
    <w:p/>
    <w:p>
      <w:r>
        <w:rPr>
          <w:b/>
          <w:sz w:val="24"/>
        </w:rPr>
        <w:t>Câu 95: Câu 95: Hành vi nào thể hiện tuân thủ pháp luật?</w:t>
      </w:r>
    </w:p>
    <w:p>
      <w:pPr>
        <w:pStyle w:val="ListParagraph"/>
      </w:pPr>
      <w:r>
        <w:rPr>
          <w:sz w:val="22"/>
        </w:rPr>
        <w:t>A. Đội mũ bảo hiểm khi đi xe máy</w:t>
      </w:r>
    </w:p>
    <w:p>
      <w:pPr>
        <w:pStyle w:val="ListParagraph"/>
      </w:pPr>
      <w:r>
        <w:rPr>
          <w:sz w:val="22"/>
        </w:rPr>
        <w:t>B. Vượt đèn đỏ</w:t>
      </w:r>
    </w:p>
    <w:p>
      <w:pPr>
        <w:pStyle w:val="ListParagraph"/>
      </w:pPr>
      <w:r>
        <w:rPr>
          <w:sz w:val="22"/>
        </w:rPr>
        <w:t>C. Trốn thuế</w:t>
      </w:r>
    </w:p>
    <w:p>
      <w:pPr>
        <w:pStyle w:val="ListParagraph"/>
      </w:pPr>
      <w:r>
        <w:rPr>
          <w:sz w:val="22"/>
        </w:rPr>
        <w:t>D. Buôn lậu</w:t>
      </w:r>
    </w:p>
    <w:p/>
    <w:p>
      <w:r>
        <w:rPr>
          <w:b/>
          <w:sz w:val="24"/>
        </w:rPr>
        <w:t>Câu 96: Câu 96: Để trở thành công dân tốt, học sinh cần?</w:t>
      </w:r>
    </w:p>
    <w:p>
      <w:pPr>
        <w:pStyle w:val="ListParagraph"/>
      </w:pPr>
      <w:r>
        <w:rPr>
          <w:sz w:val="22"/>
        </w:rPr>
        <w:t>A. Học tập, tuân thủ pháp luật</w:t>
      </w:r>
    </w:p>
    <w:p>
      <w:pPr>
        <w:pStyle w:val="ListParagraph"/>
      </w:pPr>
      <w:r>
        <w:rPr>
          <w:sz w:val="22"/>
        </w:rPr>
        <w:t>B. Trốn học</w:t>
      </w:r>
    </w:p>
    <w:p>
      <w:pPr>
        <w:pStyle w:val="ListParagraph"/>
      </w:pPr>
      <w:r>
        <w:rPr>
          <w:sz w:val="22"/>
        </w:rPr>
        <w:t>C. Vi phạm giao thông</w:t>
      </w:r>
    </w:p>
    <w:p>
      <w:pPr>
        <w:pStyle w:val="ListParagraph"/>
      </w:pPr>
      <w:r>
        <w:rPr>
          <w:sz w:val="22"/>
        </w:rPr>
        <w:t>D. Gian lận thi cử</w:t>
      </w:r>
    </w:p>
    <w:p/>
    <w:p>
      <w:r>
        <w:rPr>
          <w:b/>
          <w:sz w:val="24"/>
        </w:rPr>
        <w:t>Câu 97: Câu 97: Nhà nước quản lý xã hội bằng?</w:t>
      </w:r>
    </w:p>
    <w:p>
      <w:pPr>
        <w:pStyle w:val="ListParagraph"/>
      </w:pPr>
      <w:r>
        <w:rPr>
          <w:sz w:val="22"/>
        </w:rPr>
        <w:t>A. Pháp luật</w:t>
      </w:r>
    </w:p>
    <w:p>
      <w:pPr>
        <w:pStyle w:val="ListParagraph"/>
      </w:pPr>
      <w:r>
        <w:rPr>
          <w:sz w:val="22"/>
        </w:rPr>
        <w:t>B. Phong tục</w:t>
      </w:r>
    </w:p>
    <w:p>
      <w:pPr>
        <w:pStyle w:val="ListParagraph"/>
      </w:pPr>
      <w:r>
        <w:rPr>
          <w:sz w:val="22"/>
        </w:rPr>
        <w:t>C. Đạo đức</w:t>
      </w:r>
    </w:p>
    <w:p>
      <w:pPr>
        <w:pStyle w:val="ListParagraph"/>
      </w:pPr>
      <w:r>
        <w:rPr>
          <w:sz w:val="22"/>
        </w:rPr>
        <w:t>D. Tôn giáo</w:t>
      </w:r>
    </w:p>
    <w:p/>
    <w:p>
      <w:r>
        <w:rPr>
          <w:b/>
          <w:sz w:val="24"/>
        </w:rPr>
        <w:t>Câu 98: Câu 98: Pháp luật có vai trò?</w:t>
      </w:r>
    </w:p>
    <w:p>
      <w:pPr>
        <w:pStyle w:val="ListParagraph"/>
      </w:pPr>
      <w:r>
        <w:rPr>
          <w:sz w:val="22"/>
        </w:rPr>
        <w:t>A. Ổn định xã hội, bảo vệ quyền, lợi ích hợp pháp</w:t>
      </w:r>
    </w:p>
    <w:p>
      <w:pPr>
        <w:pStyle w:val="ListParagraph"/>
      </w:pPr>
      <w:r>
        <w:rPr>
          <w:sz w:val="22"/>
        </w:rPr>
        <w:t>B. Gây mất trật tự</w:t>
      </w:r>
    </w:p>
    <w:p>
      <w:pPr>
        <w:pStyle w:val="ListParagraph"/>
      </w:pPr>
      <w:r>
        <w:rPr>
          <w:sz w:val="22"/>
        </w:rPr>
        <w:t>C. Xóa bỏ quyền công dân</w:t>
      </w:r>
    </w:p>
    <w:p>
      <w:pPr>
        <w:pStyle w:val="ListParagraph"/>
      </w:pPr>
      <w:r>
        <w:rPr>
          <w:sz w:val="22"/>
        </w:rPr>
        <w:t>D. Thay thế kinh tế</w:t>
      </w:r>
    </w:p>
    <w:p/>
    <w:p>
      <w:r>
        <w:rPr>
          <w:b/>
          <w:sz w:val="24"/>
        </w:rPr>
        <w:t>Câu 99: Câu 99: Kinh tế thị trường định hướng xã hội chủ nghĩa ở Việt Nam có đặc điểm?</w:t>
      </w:r>
    </w:p>
    <w:p>
      <w:pPr>
        <w:pStyle w:val="ListParagraph"/>
      </w:pPr>
      <w:r>
        <w:rPr>
          <w:sz w:val="22"/>
        </w:rPr>
        <w:t>A. Nhiều thành phần kinh tế, nhà nước giữ vai trò chủ đạo</w:t>
      </w:r>
    </w:p>
    <w:p>
      <w:pPr>
        <w:pStyle w:val="ListParagraph"/>
      </w:pPr>
      <w:r>
        <w:rPr>
          <w:sz w:val="22"/>
        </w:rPr>
        <w:t>B. Chỉ có kinh tế nhà nước</w:t>
      </w:r>
    </w:p>
    <w:p>
      <w:pPr>
        <w:pStyle w:val="ListParagraph"/>
      </w:pPr>
      <w:r>
        <w:rPr>
          <w:sz w:val="22"/>
        </w:rPr>
        <w:t>C. Không có cạnh tranh</w:t>
      </w:r>
    </w:p>
    <w:p>
      <w:pPr>
        <w:pStyle w:val="ListParagraph"/>
      </w:pPr>
      <w:r>
        <w:rPr>
          <w:sz w:val="22"/>
        </w:rPr>
        <w:t>D. Không có thị trường</w:t>
      </w:r>
    </w:p>
    <w:p/>
    <w:p>
      <w:r>
        <w:rPr>
          <w:b/>
          <w:sz w:val="24"/>
        </w:rPr>
        <w:t>Câu 100: Câu 100: Thành phần kinh tế nhà nước giữ vai trò?</w:t>
      </w:r>
    </w:p>
    <w:p>
      <w:pPr>
        <w:pStyle w:val="ListParagraph"/>
      </w:pPr>
      <w:r>
        <w:rPr>
          <w:sz w:val="22"/>
        </w:rPr>
        <w:t>A. Chủ đạo</w:t>
      </w:r>
    </w:p>
    <w:p>
      <w:pPr>
        <w:pStyle w:val="ListParagraph"/>
      </w:pPr>
      <w:r>
        <w:rPr>
          <w:sz w:val="22"/>
        </w:rPr>
        <w:t>B. Thứ yếu</w:t>
      </w:r>
    </w:p>
    <w:p>
      <w:pPr>
        <w:pStyle w:val="ListParagraph"/>
      </w:pPr>
      <w:r>
        <w:rPr>
          <w:sz w:val="22"/>
        </w:rPr>
        <w:t>C. Không quan trọng</w:t>
      </w:r>
    </w:p>
    <w:p>
      <w:pPr>
        <w:pStyle w:val="ListParagraph"/>
      </w:pPr>
      <w:r>
        <w:rPr>
          <w:sz w:val="22"/>
        </w:rPr>
        <w:t>D. Bị cấm</w:t>
      </w:r>
    </w:p>
    <w:p/>
    <w:p>
      <w:r>
        <w:rPr>
          <w:b/>
          <w:sz w:val="24"/>
        </w:rPr>
        <w:t>Câu 101: Câu 101: Thành phần kinh tế tư nhân được?</w:t>
      </w:r>
    </w:p>
    <w:p>
      <w:pPr>
        <w:pStyle w:val="ListParagraph"/>
      </w:pPr>
      <w:r>
        <w:rPr>
          <w:sz w:val="22"/>
        </w:rPr>
        <w:t>A. Khuyến khích phát triển</w:t>
      </w:r>
    </w:p>
    <w:p>
      <w:pPr>
        <w:pStyle w:val="ListParagraph"/>
      </w:pPr>
      <w:r>
        <w:rPr>
          <w:sz w:val="22"/>
        </w:rPr>
        <w:t>B. Cấm phát triển</w:t>
      </w:r>
    </w:p>
    <w:p>
      <w:pPr>
        <w:pStyle w:val="ListParagraph"/>
      </w:pPr>
      <w:r>
        <w:rPr>
          <w:sz w:val="22"/>
        </w:rPr>
        <w:t>C. Hạn chế hoàn toàn</w:t>
      </w:r>
    </w:p>
    <w:p>
      <w:pPr>
        <w:pStyle w:val="ListParagraph"/>
      </w:pPr>
      <w:r>
        <w:rPr>
          <w:sz w:val="22"/>
        </w:rPr>
        <w:t>D. Không được thừa nhận</w:t>
      </w:r>
    </w:p>
    <w:p/>
    <w:p>
      <w:r>
        <w:rPr>
          <w:b/>
          <w:sz w:val="24"/>
        </w:rPr>
        <w:t>Câu 102: Câu 102: Kinh tế tập thể dựa trên?</w:t>
      </w:r>
    </w:p>
    <w:p>
      <w:pPr>
        <w:pStyle w:val="ListParagraph"/>
      </w:pPr>
      <w:r>
        <w:rPr>
          <w:sz w:val="22"/>
        </w:rPr>
        <w:t>A. Sở hữu tập thể, hợp tác</w:t>
      </w:r>
    </w:p>
    <w:p>
      <w:pPr>
        <w:pStyle w:val="ListParagraph"/>
      </w:pPr>
      <w:r>
        <w:rPr>
          <w:sz w:val="22"/>
        </w:rPr>
        <w:t>B. Sở hữu tư nhân</w:t>
      </w:r>
    </w:p>
    <w:p>
      <w:pPr>
        <w:pStyle w:val="ListParagraph"/>
      </w:pPr>
      <w:r>
        <w:rPr>
          <w:sz w:val="22"/>
        </w:rPr>
        <w:t>C. Sở hữu nhà nước</w:t>
      </w:r>
    </w:p>
    <w:p>
      <w:pPr>
        <w:pStyle w:val="ListParagraph"/>
      </w:pPr>
      <w:r>
        <w:rPr>
          <w:sz w:val="22"/>
        </w:rPr>
        <w:t>D. Sở hữu nước ngoài</w:t>
      </w:r>
    </w:p>
    <w:p/>
    <w:p>
      <w:r>
        <w:rPr>
          <w:b/>
          <w:sz w:val="24"/>
        </w:rPr>
        <w:t>Câu 103: Câu 103: Kinh tế có vốn đầu tư nước ngoài được?</w:t>
      </w:r>
    </w:p>
    <w:p>
      <w:pPr>
        <w:pStyle w:val="ListParagraph"/>
      </w:pPr>
      <w:r>
        <w:rPr>
          <w:sz w:val="22"/>
        </w:rPr>
        <w:t>A. Khuyến khích, tạo điều kiện</w:t>
      </w:r>
    </w:p>
    <w:p>
      <w:pPr>
        <w:pStyle w:val="ListParagraph"/>
      </w:pPr>
      <w:r>
        <w:rPr>
          <w:sz w:val="22"/>
        </w:rPr>
        <w:t>B. Cấm</w:t>
      </w:r>
    </w:p>
    <w:p>
      <w:pPr>
        <w:pStyle w:val="ListParagraph"/>
      </w:pPr>
      <w:r>
        <w:rPr>
          <w:sz w:val="22"/>
        </w:rPr>
        <w:t>C. Hạn chế</w:t>
      </w:r>
    </w:p>
    <w:p>
      <w:pPr>
        <w:pStyle w:val="ListParagraph"/>
      </w:pPr>
      <w:r>
        <w:rPr>
          <w:sz w:val="22"/>
        </w:rPr>
        <w:t>D. Không được thừa nhận</w:t>
      </w:r>
    </w:p>
    <w:p/>
    <w:p>
      <w:r>
        <w:rPr>
          <w:b/>
          <w:sz w:val="24"/>
        </w:rPr>
        <w:t>Câu 104: Câu 104: Mục tiêu của phát triển kinh tế là?</w:t>
      </w:r>
    </w:p>
    <w:p>
      <w:pPr>
        <w:pStyle w:val="ListParagraph"/>
      </w:pPr>
      <w:r>
        <w:rPr>
          <w:sz w:val="22"/>
        </w:rPr>
        <w:t>A. Nâng cao đời sống nhân dân</w:t>
      </w:r>
    </w:p>
    <w:p>
      <w:pPr>
        <w:pStyle w:val="ListParagraph"/>
      </w:pPr>
      <w:r>
        <w:rPr>
          <w:sz w:val="22"/>
        </w:rPr>
        <w:t>B. Tăng thất nghiệp</w:t>
      </w:r>
    </w:p>
    <w:p>
      <w:pPr>
        <w:pStyle w:val="ListParagraph"/>
      </w:pPr>
      <w:r>
        <w:rPr>
          <w:sz w:val="22"/>
        </w:rPr>
        <w:t>C. Tăng lạm phát</w:t>
      </w:r>
    </w:p>
    <w:p>
      <w:pPr>
        <w:pStyle w:val="ListParagraph"/>
      </w:pPr>
      <w:r>
        <w:rPr>
          <w:sz w:val="22"/>
        </w:rPr>
        <w:t>D. Giảm thu nhập</w:t>
      </w:r>
    </w:p>
    <w:p/>
    <w:p>
      <w:r>
        <w:rPr>
          <w:b/>
          <w:sz w:val="24"/>
        </w:rPr>
        <w:t>Câu 105: Câu 105: Tăng trưởng kinh tế là?</w:t>
      </w:r>
    </w:p>
    <w:p>
      <w:pPr>
        <w:pStyle w:val="ListParagraph"/>
      </w:pPr>
      <w:r>
        <w:rPr>
          <w:sz w:val="22"/>
        </w:rPr>
        <w:t>A. Sự gia tăng thu nhập, sản lượng theo thời gian</w:t>
      </w:r>
    </w:p>
    <w:p>
      <w:pPr>
        <w:pStyle w:val="ListParagraph"/>
      </w:pPr>
      <w:r>
        <w:rPr>
          <w:sz w:val="22"/>
        </w:rPr>
        <w:t>B. Sự giảm sản lượng</w:t>
      </w:r>
    </w:p>
    <w:p>
      <w:pPr>
        <w:pStyle w:val="ListParagraph"/>
      </w:pPr>
      <w:r>
        <w:rPr>
          <w:sz w:val="22"/>
        </w:rPr>
        <w:t>C. Sự tăng thất nghiệp</w:t>
      </w:r>
    </w:p>
    <w:p>
      <w:pPr>
        <w:pStyle w:val="ListParagraph"/>
      </w:pPr>
      <w:r>
        <w:rPr>
          <w:sz w:val="22"/>
        </w:rPr>
        <w:t>D. Sự tăng lạm phát</w:t>
      </w:r>
    </w:p>
    <w:p/>
    <w:p>
      <w:r>
        <w:rPr>
          <w:b/>
          <w:sz w:val="24"/>
        </w:rPr>
        <w:t>Câu 106: Câu 106: Phát triển kinh tế bao gồm?</w:t>
      </w:r>
    </w:p>
    <w:p>
      <w:pPr>
        <w:pStyle w:val="ListParagraph"/>
      </w:pPr>
      <w:r>
        <w:rPr>
          <w:sz w:val="22"/>
        </w:rPr>
        <w:t>A. Tăng trưởng, chuyển dịch cơ cấu, tiến bộ xã hội</w:t>
      </w:r>
    </w:p>
    <w:p>
      <w:pPr>
        <w:pStyle w:val="ListParagraph"/>
      </w:pPr>
      <w:r>
        <w:rPr>
          <w:sz w:val="22"/>
        </w:rPr>
        <w:t>B. Chỉ tăng trưởng</w:t>
      </w:r>
    </w:p>
    <w:p>
      <w:pPr>
        <w:pStyle w:val="ListParagraph"/>
      </w:pPr>
      <w:r>
        <w:rPr>
          <w:sz w:val="22"/>
        </w:rPr>
        <w:t>C. Chỉ tăng dân số</w:t>
      </w:r>
    </w:p>
    <w:p>
      <w:pPr>
        <w:pStyle w:val="ListParagraph"/>
      </w:pPr>
      <w:r>
        <w:rPr>
          <w:sz w:val="22"/>
        </w:rPr>
        <w:t>D. Chỉ tăng thuế</w:t>
      </w:r>
    </w:p>
    <w:p/>
    <w:p>
      <w:r>
        <w:rPr>
          <w:b/>
          <w:sz w:val="24"/>
        </w:rPr>
        <w:t>Câu 107: Câu 107: Chuyển dịch cơ cấu kinh tế là?</w:t>
      </w:r>
    </w:p>
    <w:p>
      <w:pPr>
        <w:pStyle w:val="ListParagraph"/>
      </w:pPr>
      <w:r>
        <w:rPr>
          <w:sz w:val="22"/>
        </w:rPr>
        <w:t>A. Thay đổi tỷ trọng các ngành, lĩnh vực</w:t>
      </w:r>
    </w:p>
    <w:p>
      <w:pPr>
        <w:pStyle w:val="ListParagraph"/>
      </w:pPr>
      <w:r>
        <w:rPr>
          <w:sz w:val="22"/>
        </w:rPr>
        <w:t>B. Giữ nguyên cơ cấu</w:t>
      </w:r>
    </w:p>
    <w:p>
      <w:pPr>
        <w:pStyle w:val="ListParagraph"/>
      </w:pPr>
      <w:r>
        <w:rPr>
          <w:sz w:val="22"/>
        </w:rPr>
        <w:t>C. Giảm sản lượng</w:t>
      </w:r>
    </w:p>
    <w:p>
      <w:pPr>
        <w:pStyle w:val="ListParagraph"/>
      </w:pPr>
      <w:r>
        <w:rPr>
          <w:sz w:val="22"/>
        </w:rPr>
        <w:t>D. Tăng thất nghiệp</w:t>
      </w:r>
    </w:p>
    <w:p/>
    <w:p>
      <w:r>
        <w:rPr>
          <w:b/>
          <w:sz w:val="24"/>
        </w:rPr>
        <w:t>Câu 108: Câu 108: Lao động là?</w:t>
      </w:r>
    </w:p>
    <w:p>
      <w:pPr>
        <w:pStyle w:val="ListParagraph"/>
      </w:pPr>
      <w:r>
        <w:rPr>
          <w:sz w:val="22"/>
        </w:rPr>
        <w:t>A. Hoạt động có mục đích của con người tạo ra sản phẩm</w:t>
      </w:r>
    </w:p>
    <w:p>
      <w:pPr>
        <w:pStyle w:val="ListParagraph"/>
      </w:pPr>
      <w:r>
        <w:rPr>
          <w:sz w:val="22"/>
        </w:rPr>
        <w:t>B. Hoạt động nghỉ ngơi</w:t>
      </w:r>
    </w:p>
    <w:p>
      <w:pPr>
        <w:pStyle w:val="ListParagraph"/>
      </w:pPr>
      <w:r>
        <w:rPr>
          <w:sz w:val="22"/>
        </w:rPr>
        <w:t>C. Hoạt động tiêu dùng</w:t>
      </w:r>
    </w:p>
    <w:p>
      <w:pPr>
        <w:pStyle w:val="ListParagraph"/>
      </w:pPr>
      <w:r>
        <w:rPr>
          <w:sz w:val="22"/>
        </w:rPr>
        <w:t>D. Hoạt động tự nhiên</w:t>
      </w:r>
    </w:p>
    <w:p/>
    <w:p>
      <w:r>
        <w:rPr>
          <w:b/>
          <w:sz w:val="24"/>
        </w:rPr>
        <w:t>Câu 109: Câu 109: Việc làm là?</w:t>
      </w:r>
    </w:p>
    <w:p>
      <w:pPr>
        <w:pStyle w:val="ListParagraph"/>
      </w:pPr>
      <w:r>
        <w:rPr>
          <w:sz w:val="22"/>
        </w:rPr>
        <w:t>A. Hoạt động lao động có thu nhập</w:t>
      </w:r>
    </w:p>
    <w:p>
      <w:pPr>
        <w:pStyle w:val="ListParagraph"/>
      </w:pPr>
      <w:r>
        <w:rPr>
          <w:sz w:val="22"/>
        </w:rPr>
        <w:t>B. Hoạt động không thu nhập</w:t>
      </w:r>
    </w:p>
    <w:p>
      <w:pPr>
        <w:pStyle w:val="ListParagraph"/>
      </w:pPr>
      <w:r>
        <w:rPr>
          <w:sz w:val="22"/>
        </w:rPr>
        <w:t>C. Hoạt động giải trí</w:t>
      </w:r>
    </w:p>
    <w:p>
      <w:pPr>
        <w:pStyle w:val="ListParagraph"/>
      </w:pPr>
      <w:r>
        <w:rPr>
          <w:sz w:val="22"/>
        </w:rPr>
        <w:t>D. Hoạt động từ thiện</w:t>
      </w:r>
    </w:p>
    <w:p/>
    <w:p>
      <w:r>
        <w:rPr>
          <w:b/>
          <w:sz w:val="24"/>
        </w:rPr>
        <w:t>Câu 110: Câu 110: Thất nghiệp là?</w:t>
      </w:r>
    </w:p>
    <w:p>
      <w:pPr>
        <w:pStyle w:val="ListParagraph"/>
      </w:pPr>
      <w:r>
        <w:rPr>
          <w:sz w:val="22"/>
        </w:rPr>
        <w:t>A. Người trong độ tuổi lao động có khả năng lao động nhưng không có việc làm</w:t>
      </w:r>
    </w:p>
    <w:p>
      <w:pPr>
        <w:pStyle w:val="ListParagraph"/>
      </w:pPr>
      <w:r>
        <w:rPr>
          <w:sz w:val="22"/>
        </w:rPr>
        <w:t>B. Người đang làm việc</w:t>
      </w:r>
    </w:p>
    <w:p>
      <w:pPr>
        <w:pStyle w:val="ListParagraph"/>
      </w:pPr>
      <w:r>
        <w:rPr>
          <w:sz w:val="22"/>
        </w:rPr>
        <w:t>C. Người đi học</w:t>
      </w:r>
    </w:p>
    <w:p>
      <w:pPr>
        <w:pStyle w:val="ListParagraph"/>
      </w:pPr>
      <w:r>
        <w:rPr>
          <w:sz w:val="22"/>
        </w:rPr>
        <w:t>D. Người nghỉ hưu</w:t>
      </w:r>
    </w:p>
    <w:p/>
    <w:p>
      <w:r>
        <w:rPr>
          <w:b/>
          <w:sz w:val="24"/>
        </w:rPr>
        <w:t>Câu 111: Câu 111: Nguyên nhân thất nghiệp có thể do?</w:t>
      </w:r>
    </w:p>
    <w:p>
      <w:pPr>
        <w:pStyle w:val="ListParagraph"/>
      </w:pPr>
      <w:r>
        <w:rPr>
          <w:sz w:val="22"/>
        </w:rPr>
        <w:t>A. Kinh tế suy thoái, mất cân đối cung cầu lao động</w:t>
      </w:r>
    </w:p>
    <w:p>
      <w:pPr>
        <w:pStyle w:val="ListParagraph"/>
      </w:pPr>
      <w:r>
        <w:rPr>
          <w:sz w:val="22"/>
        </w:rPr>
        <w:t>B. Có nhiều việc làm</w:t>
      </w:r>
    </w:p>
    <w:p>
      <w:pPr>
        <w:pStyle w:val="ListParagraph"/>
      </w:pPr>
      <w:r>
        <w:rPr>
          <w:sz w:val="22"/>
        </w:rPr>
        <w:t>C. Kinh tế tăng trưởng cao</w:t>
      </w:r>
    </w:p>
    <w:p>
      <w:pPr>
        <w:pStyle w:val="ListParagraph"/>
      </w:pPr>
      <w:r>
        <w:rPr>
          <w:sz w:val="22"/>
        </w:rPr>
        <w:t>D. Dân số giảm</w:t>
      </w:r>
    </w:p>
    <w:p/>
    <w:p>
      <w:r>
        <w:rPr>
          <w:b/>
          <w:sz w:val="24"/>
        </w:rPr>
        <w:t>Câu 112: Câu 112: Lạm phát là?</w:t>
      </w:r>
    </w:p>
    <w:p>
      <w:pPr>
        <w:pStyle w:val="ListParagraph"/>
      </w:pPr>
      <w:r>
        <w:rPr>
          <w:sz w:val="22"/>
        </w:rPr>
        <w:t>A. Sự tăng liên tục của mức giá chung</w:t>
      </w:r>
    </w:p>
    <w:p>
      <w:pPr>
        <w:pStyle w:val="ListParagraph"/>
      </w:pPr>
      <w:r>
        <w:rPr>
          <w:sz w:val="22"/>
        </w:rPr>
        <w:t>B. Sự giảm liên tục của mức giá chung</w:t>
      </w:r>
    </w:p>
    <w:p>
      <w:pPr>
        <w:pStyle w:val="ListParagraph"/>
      </w:pPr>
      <w:r>
        <w:rPr>
          <w:sz w:val="22"/>
        </w:rPr>
        <w:t>C. Sự ổn định giá cả</w:t>
      </w:r>
    </w:p>
    <w:p>
      <w:pPr>
        <w:pStyle w:val="ListParagraph"/>
      </w:pPr>
      <w:r>
        <w:rPr>
          <w:sz w:val="22"/>
        </w:rPr>
        <w:t>D. Sự tăng trưởng kinh tế</w:t>
      </w:r>
    </w:p>
    <w:p/>
    <w:p>
      <w:r>
        <w:rPr>
          <w:b/>
          <w:sz w:val="24"/>
        </w:rPr>
        <w:t>Câu 113: Câu 113: Giảm phát là?</w:t>
      </w:r>
    </w:p>
    <w:p>
      <w:pPr>
        <w:pStyle w:val="ListParagraph"/>
      </w:pPr>
      <w:r>
        <w:rPr>
          <w:sz w:val="22"/>
        </w:rPr>
        <w:t>A. Sự giảm liên tục của mức giá chung</w:t>
      </w:r>
    </w:p>
    <w:p>
      <w:pPr>
        <w:pStyle w:val="ListParagraph"/>
      </w:pPr>
      <w:r>
        <w:rPr>
          <w:sz w:val="22"/>
        </w:rPr>
        <w:t>B. Sự tăng liên tục của mức giá chung</w:t>
      </w:r>
    </w:p>
    <w:p>
      <w:pPr>
        <w:pStyle w:val="ListParagraph"/>
      </w:pPr>
      <w:r>
        <w:rPr>
          <w:sz w:val="22"/>
        </w:rPr>
        <w:t>C. Sự ổn định giá cả</w:t>
      </w:r>
    </w:p>
    <w:p>
      <w:pPr>
        <w:pStyle w:val="ListParagraph"/>
      </w:pPr>
      <w:r>
        <w:rPr>
          <w:sz w:val="22"/>
        </w:rPr>
        <w:t>D. Sự tăng trưởng kinh tế</w:t>
      </w:r>
    </w:p>
    <w:p/>
    <w:p>
      <w:r>
        <w:rPr>
          <w:b/>
          <w:sz w:val="24"/>
        </w:rPr>
        <w:t>Câu 114: Câu 114: Hậu quả của lạm phát cao là?</w:t>
      </w:r>
    </w:p>
    <w:p>
      <w:pPr>
        <w:pStyle w:val="ListParagraph"/>
      </w:pPr>
      <w:r>
        <w:rPr>
          <w:sz w:val="22"/>
        </w:rPr>
        <w:t>A. Giảm giá trị tiền tệ, đời sống khó khăn</w:t>
      </w:r>
    </w:p>
    <w:p>
      <w:pPr>
        <w:pStyle w:val="ListParagraph"/>
      </w:pPr>
      <w:r>
        <w:rPr>
          <w:sz w:val="22"/>
        </w:rPr>
        <w:t>B. Tăng giá trị tiền tệ</w:t>
      </w:r>
    </w:p>
    <w:p>
      <w:pPr>
        <w:pStyle w:val="ListParagraph"/>
      </w:pPr>
      <w:r>
        <w:rPr>
          <w:sz w:val="22"/>
        </w:rPr>
        <w:t>C. Ổn định kinh tế</w:t>
      </w:r>
    </w:p>
    <w:p>
      <w:pPr>
        <w:pStyle w:val="ListParagraph"/>
      </w:pPr>
      <w:r>
        <w:rPr>
          <w:sz w:val="22"/>
        </w:rPr>
        <w:t>D. Tăng việc làm</w:t>
      </w:r>
    </w:p>
    <w:p/>
    <w:p>
      <w:r>
        <w:rPr>
          <w:b/>
          <w:sz w:val="24"/>
        </w:rPr>
        <w:t>Câu 115: Câu 115: Ngân sách nhà nước được công khai nhằm?</w:t>
      </w:r>
    </w:p>
    <w:p>
      <w:pPr>
        <w:pStyle w:val="ListParagraph"/>
      </w:pPr>
      <w:r>
        <w:rPr>
          <w:sz w:val="22"/>
        </w:rPr>
        <w:t>A. Minh bạch, giám sát</w:t>
      </w:r>
    </w:p>
    <w:p>
      <w:pPr>
        <w:pStyle w:val="ListParagraph"/>
      </w:pPr>
      <w:r>
        <w:rPr>
          <w:sz w:val="22"/>
        </w:rPr>
        <w:t>B. Che giấu thông tin</w:t>
      </w:r>
    </w:p>
    <w:p>
      <w:pPr>
        <w:pStyle w:val="ListParagraph"/>
      </w:pPr>
      <w:r>
        <w:rPr>
          <w:sz w:val="22"/>
        </w:rPr>
        <w:t>C. Tăng tham nhũng</w:t>
      </w:r>
    </w:p>
    <w:p>
      <w:pPr>
        <w:pStyle w:val="ListParagraph"/>
      </w:pPr>
      <w:r>
        <w:rPr>
          <w:sz w:val="22"/>
        </w:rPr>
        <w:t>D. Giảm thu</w:t>
      </w:r>
    </w:p>
    <w:p/>
    <w:p>
      <w:r>
        <w:rPr>
          <w:b/>
          <w:sz w:val="24"/>
        </w:rPr>
        <w:t>Câu 116: Câu 116: Thuế góp phần?</w:t>
      </w:r>
    </w:p>
    <w:p>
      <w:pPr>
        <w:pStyle w:val="ListParagraph"/>
      </w:pPr>
      <w:r>
        <w:rPr>
          <w:sz w:val="22"/>
        </w:rPr>
        <w:t>A. Điều tiết kinh tế, phân phối thu nhập</w:t>
      </w:r>
    </w:p>
    <w:p>
      <w:pPr>
        <w:pStyle w:val="ListParagraph"/>
      </w:pPr>
      <w:r>
        <w:rPr>
          <w:sz w:val="22"/>
        </w:rPr>
        <w:t>B. Tăng bất bình đẳng</w:t>
      </w:r>
    </w:p>
    <w:p>
      <w:pPr>
        <w:pStyle w:val="ListParagraph"/>
      </w:pPr>
      <w:r>
        <w:rPr>
          <w:sz w:val="22"/>
        </w:rPr>
        <w:t>C. Giảm đầu tư công</w:t>
      </w:r>
    </w:p>
    <w:p>
      <w:pPr>
        <w:pStyle w:val="ListParagraph"/>
      </w:pPr>
      <w:r>
        <w:rPr>
          <w:sz w:val="22"/>
        </w:rPr>
        <w:t>D. Tăng trốn thuế</w:t>
      </w:r>
    </w:p>
    <w:p/>
    <w:p>
      <w:r>
        <w:rPr>
          <w:b/>
          <w:sz w:val="24"/>
        </w:rPr>
        <w:t>Câu 117: Câu 117: Cơ quan thuế ở Việt Nam là?</w:t>
      </w:r>
    </w:p>
    <w:p>
      <w:pPr>
        <w:pStyle w:val="ListParagraph"/>
      </w:pPr>
      <w:r>
        <w:rPr>
          <w:sz w:val="22"/>
        </w:rPr>
        <w:t>A. Tổng cục Thuế</w:t>
      </w:r>
    </w:p>
    <w:p>
      <w:pPr>
        <w:pStyle w:val="ListParagraph"/>
      </w:pPr>
      <w:r>
        <w:rPr>
          <w:sz w:val="22"/>
        </w:rPr>
        <w:t>B. Tổng cục Thống kê</w:t>
      </w:r>
    </w:p>
    <w:p>
      <w:pPr>
        <w:pStyle w:val="ListParagraph"/>
      </w:pPr>
      <w:r>
        <w:rPr>
          <w:sz w:val="22"/>
        </w:rPr>
        <w:t>C. Bộ Kế hoạch và Đầu tư</w:t>
      </w:r>
    </w:p>
    <w:p>
      <w:pPr>
        <w:pStyle w:val="ListParagraph"/>
      </w:pPr>
      <w:r>
        <w:rPr>
          <w:sz w:val="22"/>
        </w:rPr>
        <w:t>D. Bộ Ngoại giao</w:t>
      </w:r>
    </w:p>
    <w:p/>
    <w:p>
      <w:r>
        <w:rPr>
          <w:b/>
          <w:sz w:val="24"/>
        </w:rPr>
        <w:t>Câu 118: Câu 118: Người nộp thuế có quyền?</w:t>
      </w:r>
    </w:p>
    <w:p>
      <w:pPr>
        <w:pStyle w:val="ListParagraph"/>
      </w:pPr>
      <w:r>
        <w:rPr>
          <w:sz w:val="22"/>
        </w:rPr>
        <w:t>A. Được hướng dẫn, tra cứu thông tin về thuế</w:t>
      </w:r>
    </w:p>
    <w:p>
      <w:pPr>
        <w:pStyle w:val="ListParagraph"/>
      </w:pPr>
      <w:r>
        <w:rPr>
          <w:sz w:val="22"/>
        </w:rPr>
        <w:t>B. Trốn thuế</w:t>
      </w:r>
    </w:p>
    <w:p>
      <w:pPr>
        <w:pStyle w:val="ListParagraph"/>
      </w:pPr>
      <w:r>
        <w:rPr>
          <w:sz w:val="22"/>
        </w:rPr>
        <w:t>C. Không nộp thuế</w:t>
      </w:r>
    </w:p>
    <w:p>
      <w:pPr>
        <w:pStyle w:val="ListParagraph"/>
      </w:pPr>
      <w:r>
        <w:rPr>
          <w:sz w:val="22"/>
        </w:rPr>
        <w:t>D. Gian lận thuế</w:t>
      </w:r>
    </w:p>
    <w:p/>
    <w:p>
      <w:r>
        <w:rPr>
          <w:b/>
          <w:sz w:val="24"/>
        </w:rPr>
        <w:t>Câu 119: Câu 119: Hành vi gian lận thuế bị?</w:t>
      </w:r>
    </w:p>
    <w:p>
      <w:pPr>
        <w:pStyle w:val="ListParagraph"/>
      </w:pPr>
      <w:r>
        <w:rPr>
          <w:sz w:val="22"/>
        </w:rPr>
        <w:t>A. Xử lý theo pháp luật</w:t>
      </w:r>
    </w:p>
    <w:p>
      <w:pPr>
        <w:pStyle w:val="ListParagraph"/>
      </w:pPr>
      <w:r>
        <w:rPr>
          <w:sz w:val="22"/>
        </w:rPr>
        <w:t>B. Khen thưởng</w:t>
      </w:r>
    </w:p>
    <w:p>
      <w:pPr>
        <w:pStyle w:val="ListParagraph"/>
      </w:pPr>
      <w:r>
        <w:rPr>
          <w:sz w:val="22"/>
        </w:rPr>
        <w:t>C. Miễn trách nhiệm</w:t>
      </w:r>
    </w:p>
    <w:p>
      <w:pPr>
        <w:pStyle w:val="ListParagraph"/>
      </w:pPr>
      <w:r>
        <w:rPr>
          <w:sz w:val="22"/>
        </w:rPr>
        <w:t>D. Khuyến khích</w:t>
      </w:r>
    </w:p>
    <w:p/>
    <w:p>
      <w:r>
        <w:rPr>
          <w:b/>
          <w:sz w:val="24"/>
        </w:rPr>
        <w:t>Câu 120: Câu 120: Để phát triển bền vững, cần hài hòa giữa?</w:t>
      </w:r>
    </w:p>
    <w:p>
      <w:pPr>
        <w:pStyle w:val="ListParagraph"/>
      </w:pPr>
      <w:r>
        <w:rPr>
          <w:sz w:val="22"/>
        </w:rPr>
        <w:t>A. Kinh tế, xã hội và môi trường</w:t>
      </w:r>
    </w:p>
    <w:p>
      <w:pPr>
        <w:pStyle w:val="ListParagraph"/>
      </w:pPr>
      <w:r>
        <w:rPr>
          <w:sz w:val="22"/>
        </w:rPr>
        <w:t>B. Chỉ kinh tế</w:t>
      </w:r>
    </w:p>
    <w:p>
      <w:pPr>
        <w:pStyle w:val="ListParagraph"/>
      </w:pPr>
      <w:r>
        <w:rPr>
          <w:sz w:val="22"/>
        </w:rPr>
        <w:t>C. Chỉ xã hội</w:t>
      </w:r>
    </w:p>
    <w:p>
      <w:pPr>
        <w:pStyle w:val="ListParagraph"/>
      </w:pPr>
      <w:r>
        <w:rPr>
          <w:sz w:val="22"/>
        </w:rPr>
        <w:t>D. Chỉ môi trường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A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A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A</w:t>
      </w:r>
    </w:p>
    <w:p>
      <w:r>
        <w:rPr>
          <w:b/>
        </w:rPr>
        <w:t>Câu 47: Đáp án đúng: A</w:t>
      </w:r>
    </w:p>
    <w:p>
      <w:r>
        <w:rPr>
          <w:b/>
        </w:rPr>
        <w:t>Câu 48: Đáp án đúng: A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A</w:t>
      </w:r>
    </w:p>
    <w:p>
      <w:r>
        <w:rPr>
          <w:b/>
        </w:rPr>
        <w:t>Câu 51: Đáp án đúng: A</w:t>
      </w:r>
    </w:p>
    <w:p>
      <w:r>
        <w:rPr>
          <w:b/>
        </w:rPr>
        <w:t>Câu 52: Đáp án đúng: A</w:t>
      </w:r>
    </w:p>
    <w:p>
      <w:r>
        <w:rPr>
          <w:b/>
        </w:rPr>
        <w:t>Câu 53: Đáp án đúng: A</w:t>
      </w:r>
    </w:p>
    <w:p>
      <w:r>
        <w:rPr>
          <w:b/>
        </w:rPr>
        <w:t>Câu 54: Đáp án đúng: A</w:t>
      </w:r>
    </w:p>
    <w:p>
      <w:r>
        <w:rPr>
          <w:b/>
        </w:rPr>
        <w:t>Câu 55: Đáp án đúng: A</w:t>
      </w:r>
    </w:p>
    <w:p>
      <w:r>
        <w:rPr>
          <w:b/>
        </w:rPr>
        <w:t>Câu 56: Đáp án đúng: A</w:t>
      </w:r>
    </w:p>
    <w:p>
      <w:r>
        <w:rPr>
          <w:b/>
        </w:rPr>
        <w:t>Câu 57: Đáp án đúng: A</w:t>
      </w:r>
    </w:p>
    <w:p>
      <w:r>
        <w:rPr>
          <w:b/>
        </w:rPr>
        <w:t>Câu 58: Đáp án đúng: A</w:t>
      </w:r>
    </w:p>
    <w:p>
      <w:r>
        <w:rPr>
          <w:b/>
        </w:rPr>
        <w:t>Câu 59: Đáp án đúng: A</w:t>
      </w:r>
    </w:p>
    <w:p>
      <w:r>
        <w:rPr>
          <w:b/>
        </w:rPr>
        <w:t>Câu 60: Đáp án đúng: A</w:t>
      </w:r>
    </w:p>
    <w:p>
      <w:r>
        <w:rPr>
          <w:b/>
        </w:rPr>
        <w:t>Câu 61: Đáp án đúng: A</w:t>
      </w:r>
    </w:p>
    <w:p>
      <w:r>
        <w:rPr>
          <w:b/>
        </w:rPr>
        <w:t>Câu 62: Đáp án đúng: A</w:t>
      </w:r>
    </w:p>
    <w:p>
      <w:r>
        <w:rPr>
          <w:b/>
        </w:rPr>
        <w:t>Câu 63: Đáp án đúng: A</w:t>
      </w:r>
    </w:p>
    <w:p>
      <w:r>
        <w:rPr>
          <w:b/>
        </w:rPr>
        <w:t>Câu 64: Đáp án đúng: A</w:t>
      </w:r>
    </w:p>
    <w:p>
      <w:r>
        <w:rPr>
          <w:b/>
        </w:rPr>
        <w:t>Câu 65: Đáp án đúng: A</w:t>
      </w:r>
    </w:p>
    <w:p>
      <w:r>
        <w:rPr>
          <w:b/>
        </w:rPr>
        <w:t>Câu 66: Đáp án đúng: A</w:t>
      </w:r>
    </w:p>
    <w:p>
      <w:r>
        <w:rPr>
          <w:b/>
        </w:rPr>
        <w:t>Câu 67: Đáp án đúng: A</w:t>
      </w:r>
    </w:p>
    <w:p>
      <w:r>
        <w:rPr>
          <w:b/>
        </w:rPr>
        <w:t>Câu 68: Đáp án đúng: A</w:t>
      </w:r>
    </w:p>
    <w:p>
      <w:r>
        <w:rPr>
          <w:b/>
        </w:rPr>
        <w:t>Câu 69: Đáp án đúng: A</w:t>
      </w:r>
    </w:p>
    <w:p>
      <w:r>
        <w:rPr>
          <w:b/>
        </w:rPr>
        <w:t>Câu 70: Đáp án đúng: A</w:t>
      </w:r>
    </w:p>
    <w:p>
      <w:r>
        <w:rPr>
          <w:b/>
        </w:rPr>
        <w:t>Câu 71: Đáp án đúng: A</w:t>
      </w:r>
    </w:p>
    <w:p>
      <w:r>
        <w:rPr>
          <w:b/>
        </w:rPr>
        <w:t>Câu 72: Đáp án đúng: A</w:t>
      </w:r>
    </w:p>
    <w:p>
      <w:r>
        <w:rPr>
          <w:b/>
        </w:rPr>
        <w:t>Câu 73: Đáp án đúng: A</w:t>
      </w:r>
    </w:p>
    <w:p>
      <w:r>
        <w:rPr>
          <w:b/>
        </w:rPr>
        <w:t>Câu 74: Đáp án đúng: A</w:t>
      </w:r>
    </w:p>
    <w:p>
      <w:r>
        <w:rPr>
          <w:b/>
        </w:rPr>
        <w:t>Câu 75: Đáp án đúng: A</w:t>
      </w:r>
    </w:p>
    <w:p>
      <w:r>
        <w:rPr>
          <w:b/>
        </w:rPr>
        <w:t>Câu 76: Đáp án đúng: A</w:t>
      </w:r>
    </w:p>
    <w:p>
      <w:r>
        <w:rPr>
          <w:b/>
        </w:rPr>
        <w:t>Câu 77: Đáp án đúng: A</w:t>
      </w:r>
    </w:p>
    <w:p>
      <w:r>
        <w:rPr>
          <w:b/>
        </w:rPr>
        <w:t>Câu 78: Đáp án đúng: A</w:t>
      </w:r>
    </w:p>
    <w:p>
      <w:r>
        <w:rPr>
          <w:b/>
        </w:rPr>
        <w:t>Câu 79: Đáp án đúng: A</w:t>
      </w:r>
    </w:p>
    <w:p>
      <w:r>
        <w:rPr>
          <w:b/>
        </w:rPr>
        <w:t>Câu 80: Đáp án đúng: A</w:t>
      </w:r>
    </w:p>
    <w:p>
      <w:r>
        <w:rPr>
          <w:b/>
        </w:rPr>
        <w:t>Câu 81: Đáp án đúng: A</w:t>
      </w:r>
    </w:p>
    <w:p>
      <w:r>
        <w:rPr>
          <w:b/>
        </w:rPr>
        <w:t>Câu 82: Đáp án đúng: A</w:t>
      </w:r>
    </w:p>
    <w:p>
      <w:r>
        <w:rPr>
          <w:b/>
        </w:rPr>
        <w:t>Câu 83: Đáp án đúng: A</w:t>
      </w:r>
    </w:p>
    <w:p>
      <w:r>
        <w:rPr>
          <w:b/>
        </w:rPr>
        <w:t>Câu 84: Đáp án đúng: A</w:t>
      </w:r>
    </w:p>
    <w:p>
      <w:r>
        <w:rPr>
          <w:b/>
        </w:rPr>
        <w:t>Câu 85: Đáp án đúng: A</w:t>
      </w:r>
    </w:p>
    <w:p>
      <w:r>
        <w:rPr>
          <w:b/>
        </w:rPr>
        <w:t>Câu 86: Đáp án đúng: A</w:t>
      </w:r>
    </w:p>
    <w:p>
      <w:r>
        <w:rPr>
          <w:b/>
        </w:rPr>
        <w:t>Câu 87: Đáp án đúng: A</w:t>
      </w:r>
    </w:p>
    <w:p>
      <w:r>
        <w:rPr>
          <w:b/>
        </w:rPr>
        <w:t>Câu 88: Đáp án đúng: A</w:t>
      </w:r>
    </w:p>
    <w:p>
      <w:r>
        <w:rPr>
          <w:b/>
        </w:rPr>
        <w:t>Câu 89: Đáp án đúng: A</w:t>
      </w:r>
    </w:p>
    <w:p>
      <w:r>
        <w:rPr>
          <w:b/>
        </w:rPr>
        <w:t>Câu 90: Đáp án đúng: A</w:t>
      </w:r>
    </w:p>
    <w:p>
      <w:r>
        <w:rPr>
          <w:b/>
        </w:rPr>
        <w:t>Câu 91: Đáp án đúng: A</w:t>
      </w:r>
    </w:p>
    <w:p>
      <w:r>
        <w:rPr>
          <w:b/>
        </w:rPr>
        <w:t>Câu 92: Đáp án đúng: A</w:t>
      </w:r>
    </w:p>
    <w:p>
      <w:r>
        <w:rPr>
          <w:b/>
        </w:rPr>
        <w:t>Câu 93: Đáp án đúng: A</w:t>
      </w:r>
    </w:p>
    <w:p>
      <w:r>
        <w:rPr>
          <w:b/>
        </w:rPr>
        <w:t>Câu 94: Đáp án đúng: A</w:t>
      </w:r>
    </w:p>
    <w:p>
      <w:r>
        <w:rPr>
          <w:b/>
        </w:rPr>
        <w:t>Câu 95: Đáp án đúng: A</w:t>
      </w:r>
    </w:p>
    <w:p>
      <w:r>
        <w:rPr>
          <w:b/>
        </w:rPr>
        <w:t>Câu 96: Đáp án đúng: A</w:t>
      </w:r>
    </w:p>
    <w:p>
      <w:r>
        <w:rPr>
          <w:b/>
        </w:rPr>
        <w:t>Câu 97: Đáp án đúng: A</w:t>
      </w:r>
    </w:p>
    <w:p>
      <w:r>
        <w:rPr>
          <w:b/>
        </w:rPr>
        <w:t>Câu 98: Đáp án đúng: A</w:t>
      </w:r>
    </w:p>
    <w:p>
      <w:r>
        <w:rPr>
          <w:b/>
        </w:rPr>
        <w:t>Câu 99: Đáp án đúng: A</w:t>
      </w:r>
    </w:p>
    <w:p>
      <w:r>
        <w:rPr>
          <w:b/>
        </w:rPr>
        <w:t>Câu 100: Đáp án đúng: A</w:t>
      </w:r>
    </w:p>
    <w:p>
      <w:r>
        <w:rPr>
          <w:b/>
        </w:rPr>
        <w:t>Câu 101: Đáp án đúng: A</w:t>
      </w:r>
    </w:p>
    <w:p>
      <w:r>
        <w:rPr>
          <w:b/>
        </w:rPr>
        <w:t>Câu 102: Đáp án đúng: A</w:t>
      </w:r>
    </w:p>
    <w:p>
      <w:r>
        <w:rPr>
          <w:b/>
        </w:rPr>
        <w:t>Câu 103: Đáp án đúng: A</w:t>
      </w:r>
    </w:p>
    <w:p>
      <w:r>
        <w:rPr>
          <w:b/>
        </w:rPr>
        <w:t>Câu 104: Đáp án đúng: A</w:t>
      </w:r>
    </w:p>
    <w:p>
      <w:r>
        <w:rPr>
          <w:b/>
        </w:rPr>
        <w:t>Câu 105: Đáp án đúng: A</w:t>
      </w:r>
    </w:p>
    <w:p>
      <w:r>
        <w:rPr>
          <w:b/>
        </w:rPr>
        <w:t>Câu 106: Đáp án đúng: A</w:t>
      </w:r>
    </w:p>
    <w:p>
      <w:r>
        <w:rPr>
          <w:b/>
        </w:rPr>
        <w:t>Câu 107: Đáp án đúng: A</w:t>
      </w:r>
    </w:p>
    <w:p>
      <w:r>
        <w:rPr>
          <w:b/>
        </w:rPr>
        <w:t>Câu 108: Đáp án đúng: A</w:t>
      </w:r>
    </w:p>
    <w:p>
      <w:r>
        <w:rPr>
          <w:b/>
        </w:rPr>
        <w:t>Câu 109: Đáp án đúng: A</w:t>
      </w:r>
    </w:p>
    <w:p>
      <w:r>
        <w:rPr>
          <w:b/>
        </w:rPr>
        <w:t>Câu 110: Đáp án đúng: A</w:t>
      </w:r>
    </w:p>
    <w:p>
      <w:r>
        <w:rPr>
          <w:b/>
        </w:rPr>
        <w:t>Câu 111: Đáp án đúng: A</w:t>
      </w:r>
    </w:p>
    <w:p>
      <w:r>
        <w:rPr>
          <w:b/>
        </w:rPr>
        <w:t>Câu 112: Đáp án đúng: A</w:t>
      </w:r>
    </w:p>
    <w:p>
      <w:r>
        <w:rPr>
          <w:b/>
        </w:rPr>
        <w:t>Câu 113: Đáp án đúng: A</w:t>
      </w:r>
    </w:p>
    <w:p>
      <w:r>
        <w:rPr>
          <w:b/>
        </w:rPr>
        <w:t>Câu 114: Đáp án đúng: A</w:t>
      </w:r>
    </w:p>
    <w:p>
      <w:r>
        <w:rPr>
          <w:b/>
        </w:rPr>
        <w:t>Câu 115: Đáp án đúng: A</w:t>
      </w:r>
    </w:p>
    <w:p>
      <w:r>
        <w:rPr>
          <w:b/>
        </w:rPr>
        <w:t>Câu 116: Đáp án đúng: A</w:t>
      </w:r>
    </w:p>
    <w:p>
      <w:r>
        <w:rPr>
          <w:b/>
        </w:rPr>
        <w:t>Câu 117: Đáp án đúng: A</w:t>
      </w:r>
    </w:p>
    <w:p>
      <w:r>
        <w:rPr>
          <w:b/>
        </w:rPr>
        <w:t>Câu 118: Đáp án đúng: A</w:t>
      </w:r>
    </w:p>
    <w:p>
      <w:r>
        <w:rPr>
          <w:b/>
        </w:rPr>
        <w:t>Câu 119: Đáp án đúng: A</w:t>
      </w:r>
    </w:p>
    <w:p>
      <w:r>
        <w:rPr>
          <w:b/>
        </w:rPr>
        <w:t>Câu 120: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