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thi thử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usually ______ to school by bus.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2: They ______ football every Sunday.</w:t>
      </w:r>
    </w:p>
    <w:p>
      <w:pPr>
        <w:pStyle w:val="ListParagraph"/>
      </w:pPr>
      <w:r>
        <w:rPr>
          <w:sz w:val="22"/>
        </w:rPr>
        <w:t>A. play</w:t>
      </w:r>
    </w:p>
    <w:p>
      <w:pPr>
        <w:pStyle w:val="ListParagraph"/>
      </w:pPr>
      <w:r>
        <w:rPr>
          <w:sz w:val="22"/>
        </w:rPr>
        <w:t>B. plays</w:t>
      </w:r>
    </w:p>
    <w:p>
      <w:pPr>
        <w:pStyle w:val="ListParagraph"/>
      </w:pPr>
      <w:r>
        <w:rPr>
          <w:sz w:val="22"/>
        </w:rPr>
        <w:t>C. playing</w:t>
      </w:r>
    </w:p>
    <w:p>
      <w:pPr>
        <w:pStyle w:val="ListParagraph"/>
      </w:pPr>
      <w:r>
        <w:rPr>
          <w:sz w:val="22"/>
        </w:rPr>
        <w:t>D. played</w:t>
      </w:r>
    </w:p>
    <w:p/>
    <w:p>
      <w:r>
        <w:rPr>
          <w:b/>
          <w:sz w:val="24"/>
        </w:rPr>
        <w:t>Câu 3: He ______ not like coffee.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4: ______ you often go to the cinema?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Is</w:t>
      </w:r>
    </w:p>
    <w:p/>
    <w:p>
      <w:r>
        <w:rPr>
          <w:b/>
          <w:sz w:val="24"/>
        </w:rPr>
        <w:t>Câu 5: My mother ______ breakfast at 6 a.m. every day.</w:t>
      </w:r>
    </w:p>
    <w:p>
      <w:pPr>
        <w:pStyle w:val="ListParagraph"/>
      </w:pPr>
      <w:r>
        <w:rPr>
          <w:sz w:val="22"/>
        </w:rPr>
        <w:t>A. cook</w:t>
      </w:r>
    </w:p>
    <w:p>
      <w:pPr>
        <w:pStyle w:val="ListParagraph"/>
      </w:pPr>
      <w:r>
        <w:rPr>
          <w:sz w:val="22"/>
        </w:rPr>
        <w:t>B. cooks</w:t>
      </w:r>
    </w:p>
    <w:p>
      <w:pPr>
        <w:pStyle w:val="ListParagraph"/>
      </w:pPr>
      <w:r>
        <w:rPr>
          <w:sz w:val="22"/>
        </w:rPr>
        <w:t>C. cooking</w:t>
      </w:r>
    </w:p>
    <w:p>
      <w:pPr>
        <w:pStyle w:val="ListParagraph"/>
      </w:pPr>
      <w:r>
        <w:rPr>
          <w:sz w:val="22"/>
        </w:rPr>
        <w:t>D. cooked</w:t>
      </w:r>
    </w:p>
    <w:p/>
    <w:p>
      <w:r>
        <w:rPr>
          <w:b/>
          <w:sz w:val="24"/>
        </w:rPr>
        <w:t>Câu 6: The sun ______ in the east.</w:t>
      </w:r>
    </w:p>
    <w:p>
      <w:pPr>
        <w:pStyle w:val="ListParagraph"/>
      </w:pPr>
      <w:r>
        <w:rPr>
          <w:sz w:val="22"/>
        </w:rPr>
        <w:t>A. rise</w:t>
      </w:r>
    </w:p>
    <w:p>
      <w:pPr>
        <w:pStyle w:val="ListParagraph"/>
      </w:pPr>
      <w:r>
        <w:rPr>
          <w:sz w:val="22"/>
        </w:rPr>
        <w:t>B. rises</w:t>
      </w:r>
    </w:p>
    <w:p>
      <w:pPr>
        <w:pStyle w:val="ListParagraph"/>
      </w:pPr>
      <w:r>
        <w:rPr>
          <w:sz w:val="22"/>
        </w:rPr>
        <w:t>C. rising</w:t>
      </w:r>
    </w:p>
    <w:p>
      <w:pPr>
        <w:pStyle w:val="ListParagraph"/>
      </w:pPr>
      <w:r>
        <w:rPr>
          <w:sz w:val="22"/>
        </w:rPr>
        <w:t>D. rose</w:t>
      </w:r>
    </w:p>
    <w:p/>
    <w:p>
      <w:r>
        <w:rPr>
          <w:b/>
          <w:sz w:val="24"/>
        </w:rPr>
        <w:t>Câu 7: We ______ to the same school.</w:t>
      </w:r>
    </w:p>
    <w:p>
      <w:pPr>
        <w:pStyle w:val="ListParagraph"/>
      </w:pPr>
      <w:r>
        <w:rPr>
          <w:sz w:val="22"/>
        </w:rPr>
        <w:t>A. go</w:t>
      </w:r>
    </w:p>
    <w:p>
      <w:pPr>
        <w:pStyle w:val="ListParagraph"/>
      </w:pPr>
      <w:r>
        <w:rPr>
          <w:sz w:val="22"/>
        </w:rPr>
        <w:t>B. goes</w:t>
      </w:r>
    </w:p>
    <w:p>
      <w:pPr>
        <w:pStyle w:val="ListParagraph"/>
      </w:pPr>
      <w:r>
        <w:rPr>
          <w:sz w:val="22"/>
        </w:rPr>
        <w:t>C. going</w:t>
      </w:r>
    </w:p>
    <w:p>
      <w:pPr>
        <w:pStyle w:val="ListParagraph"/>
      </w:pPr>
      <w:r>
        <w:rPr>
          <w:sz w:val="22"/>
        </w:rPr>
        <w:t>D. went</w:t>
      </w:r>
    </w:p>
    <w:p/>
    <w:p>
      <w:r>
        <w:rPr>
          <w:b/>
          <w:sz w:val="24"/>
        </w:rPr>
        <w:t>Câu 8: It ______ often rain in summer.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9: ______ she live in Hanoi?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rPr>
          <w:b/>
          <w:sz w:val="24"/>
        </w:rPr>
        <w:t>Câu 10: They ______ not watch TV in the morning.</w:t>
      </w:r>
    </w:p>
    <w:p>
      <w:pPr>
        <w:pStyle w:val="ListParagraph"/>
      </w:pPr>
      <w:r>
        <w:rPr>
          <w:sz w:val="22"/>
        </w:rPr>
        <w:t>A. do</w:t>
      </w:r>
    </w:p>
    <w:p>
      <w:pPr>
        <w:pStyle w:val="ListParagraph"/>
      </w:pPr>
      <w:r>
        <w:rPr>
          <w:sz w:val="22"/>
        </w:rPr>
        <w:t>B. does</w:t>
      </w:r>
    </w:p>
    <w:p>
      <w:pPr>
        <w:pStyle w:val="ListParagraph"/>
      </w:pPr>
      <w:r>
        <w:rPr>
          <w:sz w:val="22"/>
        </w:rPr>
        <w:t>C. is</w:t>
      </w:r>
    </w:p>
    <w:p>
      <w:pPr>
        <w:pStyle w:val="ListParagraph"/>
      </w:pPr>
      <w:r>
        <w:rPr>
          <w:sz w:val="22"/>
        </w:rPr>
        <w:t>D. are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