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lớp 9 - nhiều bài tập 50 câu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