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1 - Chục và đơn vị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1 chục bằng bao nhiêu đơn vị?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2: Số 25 gồm mấy chục và mấy đơn vị?</w:t>
      </w:r>
    </w:p>
    <w:p>
      <w:pPr>
        <w:pStyle w:val="ListParagraph"/>
      </w:pPr>
      <w:r>
        <w:rPr>
          <w:sz w:val="22"/>
        </w:rPr>
        <w:t>A. 2 chục và 5 đơn vị</w:t>
      </w:r>
    </w:p>
    <w:p>
      <w:pPr>
        <w:pStyle w:val="ListParagraph"/>
      </w:pPr>
      <w:r>
        <w:rPr>
          <w:sz w:val="22"/>
        </w:rPr>
        <w:t>B. 5 chục và 2 đơn vị</w:t>
      </w:r>
    </w:p>
    <w:p>
      <w:pPr>
        <w:pStyle w:val="ListParagraph"/>
      </w:pPr>
      <w:r>
        <w:rPr>
          <w:sz w:val="22"/>
        </w:rPr>
        <w:t>C. 2 chục và 0 đơn vị</w:t>
      </w:r>
    </w:p>
    <w:p>
      <w:pPr>
        <w:pStyle w:val="ListParagraph"/>
      </w:pPr>
      <w:r>
        <w:rPr>
          <w:sz w:val="22"/>
        </w:rPr>
        <w:t>D. 25 chục</w:t>
      </w:r>
    </w:p>
    <w:p/>
    <w:p>
      <w:r>
        <w:rPr>
          <w:b/>
          <w:sz w:val="24"/>
        </w:rPr>
        <w:t>Câu 3: Số gồm 4 chục và 3 đơn vị là số nào?</w:t>
      </w:r>
    </w:p>
    <w:p>
      <w:pPr>
        <w:pStyle w:val="ListParagraph"/>
      </w:pPr>
      <w:r>
        <w:rPr>
          <w:sz w:val="22"/>
        </w:rPr>
        <w:t>A. 34</w:t>
      </w:r>
    </w:p>
    <w:p>
      <w:pPr>
        <w:pStyle w:val="ListParagraph"/>
      </w:pPr>
      <w:r>
        <w:rPr>
          <w:sz w:val="22"/>
        </w:rPr>
        <w:t>B. 43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403</w:t>
      </w:r>
    </w:p>
    <w:p/>
    <w:p>
      <w:r>
        <w:rPr>
          <w:b/>
          <w:sz w:val="24"/>
        </w:rPr>
        <w:t>Câu 4: Số 70 gồm mấy chục và mấy đơn vị?</w:t>
      </w:r>
    </w:p>
    <w:p>
      <w:pPr>
        <w:pStyle w:val="ListParagraph"/>
      </w:pPr>
      <w:r>
        <w:rPr>
          <w:sz w:val="22"/>
        </w:rPr>
        <w:t>A. 7 chục và 0 đơn vị</w:t>
      </w:r>
    </w:p>
    <w:p>
      <w:pPr>
        <w:pStyle w:val="ListParagraph"/>
      </w:pPr>
      <w:r>
        <w:rPr>
          <w:sz w:val="22"/>
        </w:rPr>
        <w:t>B. 0 chục và 7 đơn vị</w:t>
      </w:r>
    </w:p>
    <w:p>
      <w:pPr>
        <w:pStyle w:val="ListParagraph"/>
      </w:pPr>
      <w:r>
        <w:rPr>
          <w:sz w:val="22"/>
        </w:rPr>
        <w:t>C. 7 chục và 7 đơn vị</w:t>
      </w:r>
    </w:p>
    <w:p>
      <w:pPr>
        <w:pStyle w:val="ListParagraph"/>
      </w:pPr>
      <w:r>
        <w:rPr>
          <w:sz w:val="22"/>
        </w:rPr>
        <w:t>D. 70 chục</w:t>
      </w:r>
    </w:p>
    <w:p/>
    <w:p>
      <w:r>
        <w:rPr>
          <w:b/>
          <w:sz w:val="24"/>
        </w:rPr>
        <w:t>Câu 5: Số 8 chục và 9 đơn vị viết là:</w:t>
      </w:r>
    </w:p>
    <w:p>
      <w:pPr>
        <w:pStyle w:val="ListParagraph"/>
      </w:pPr>
      <w:r>
        <w:rPr>
          <w:sz w:val="22"/>
        </w:rPr>
        <w:t>A. 89</w:t>
      </w:r>
    </w:p>
    <w:p>
      <w:pPr>
        <w:pStyle w:val="ListParagraph"/>
      </w:pPr>
      <w:r>
        <w:rPr>
          <w:sz w:val="22"/>
        </w:rPr>
        <w:t>B. 98</w:t>
      </w:r>
    </w:p>
    <w:p>
      <w:pPr>
        <w:pStyle w:val="ListParagraph"/>
      </w:pPr>
      <w:r>
        <w:rPr>
          <w:sz w:val="22"/>
        </w:rPr>
        <w:t>C. 809</w:t>
      </w:r>
    </w:p>
    <w:p>
      <w:pPr>
        <w:pStyle w:val="ListParagraph"/>
      </w:pPr>
      <w:r>
        <w:rPr>
          <w:sz w:val="22"/>
        </w:rPr>
        <w:t>D. 17</w:t>
      </w:r>
    </w:p>
    <w:p/>
    <w:p>
      <w:r>
        <w:rPr>
          <w:b/>
          <w:sz w:val="24"/>
        </w:rPr>
        <w:t>Câu 6: Trong số 56, chữ số 5 chỉ hàng gì?</w:t>
      </w:r>
    </w:p>
    <w:p>
      <w:pPr>
        <w:pStyle w:val="ListParagraph"/>
      </w:pPr>
      <w:r>
        <w:rPr>
          <w:sz w:val="22"/>
        </w:rPr>
        <w:t>A. Hàng đơn vị</w:t>
      </w:r>
    </w:p>
    <w:p>
      <w:pPr>
        <w:pStyle w:val="ListParagraph"/>
      </w:pPr>
      <w:r>
        <w:rPr>
          <w:sz w:val="22"/>
        </w:rPr>
        <w:t>B. Hàng chục</w:t>
      </w:r>
    </w:p>
    <w:p>
      <w:pPr>
        <w:pStyle w:val="ListParagraph"/>
      </w:pPr>
      <w:r>
        <w:rPr>
          <w:sz w:val="22"/>
        </w:rPr>
        <w:t>C. Hàng trăm</w:t>
      </w:r>
    </w:p>
    <w:p>
      <w:pPr>
        <w:pStyle w:val="ListParagraph"/>
      </w:pPr>
      <w:r>
        <w:rPr>
          <w:sz w:val="22"/>
        </w:rPr>
        <w:t>D. Hàng nghìn</w:t>
      </w:r>
    </w:p>
    <w:p/>
    <w:p>
      <w:r>
        <w:rPr>
          <w:b/>
          <w:sz w:val="24"/>
        </w:rPr>
        <w:t>Câu 7: Trong số 31, chữ số 1 chỉ hàng gì?</w:t>
      </w:r>
    </w:p>
    <w:p>
      <w:pPr>
        <w:pStyle w:val="ListParagraph"/>
      </w:pPr>
      <w:r>
        <w:rPr>
          <w:sz w:val="22"/>
        </w:rPr>
        <w:t>A. Hàng chục</w:t>
      </w:r>
    </w:p>
    <w:p>
      <w:pPr>
        <w:pStyle w:val="ListParagraph"/>
      </w:pPr>
      <w:r>
        <w:rPr>
          <w:sz w:val="22"/>
        </w:rPr>
        <w:t>B. Hàng đơn vị</w:t>
      </w:r>
    </w:p>
    <w:p>
      <w:pPr>
        <w:pStyle w:val="ListParagraph"/>
      </w:pPr>
      <w:r>
        <w:rPr>
          <w:sz w:val="22"/>
        </w:rPr>
        <w:t>C. Hàng trăm</w:t>
      </w:r>
    </w:p>
    <w:p>
      <w:pPr>
        <w:pStyle w:val="ListParagraph"/>
      </w:pPr>
      <w:r>
        <w:rPr>
          <w:sz w:val="22"/>
        </w:rPr>
        <w:t>D. Hàng nghìn</w:t>
      </w:r>
    </w:p>
    <w:p/>
    <w:p>
      <w:r>
        <w:rPr>
          <w:b/>
          <w:sz w:val="24"/>
        </w:rPr>
        <w:t>Câu 8: Số 40 còn được gọi là:</w:t>
      </w:r>
    </w:p>
    <w:p>
      <w:pPr>
        <w:pStyle w:val="ListParagraph"/>
      </w:pPr>
      <w:r>
        <w:rPr>
          <w:sz w:val="22"/>
        </w:rPr>
        <w:t>A. 4 chục</w:t>
      </w:r>
    </w:p>
    <w:p>
      <w:pPr>
        <w:pStyle w:val="ListParagraph"/>
      </w:pPr>
      <w:r>
        <w:rPr>
          <w:sz w:val="22"/>
        </w:rPr>
        <w:t>B. 4 đơn vị</w:t>
      </w:r>
    </w:p>
    <w:p>
      <w:pPr>
        <w:pStyle w:val="ListParagraph"/>
      </w:pPr>
      <w:r>
        <w:rPr>
          <w:sz w:val="22"/>
        </w:rPr>
        <w:t>C. 40 chục</w:t>
      </w:r>
    </w:p>
    <w:p>
      <w:pPr>
        <w:pStyle w:val="ListParagraph"/>
      </w:pPr>
      <w:r>
        <w:rPr>
          <w:sz w:val="22"/>
        </w:rPr>
        <w:t>D. 0 chục</w:t>
      </w:r>
    </w:p>
    <w:p/>
    <w:p>
      <w:r>
        <w:rPr>
          <w:b/>
          <w:sz w:val="24"/>
        </w:rPr>
        <w:t>Câu 9: Số nào gồm 9 chục và 0 đơn vị?</w:t>
      </w:r>
    </w:p>
    <w:p>
      <w:pPr>
        <w:pStyle w:val="ListParagraph"/>
      </w:pPr>
      <w:r>
        <w:rPr>
          <w:sz w:val="22"/>
        </w:rPr>
        <w:t>A. 90</w:t>
      </w:r>
    </w:p>
    <w:p>
      <w:pPr>
        <w:pStyle w:val="ListParagraph"/>
      </w:pPr>
      <w:r>
        <w:rPr>
          <w:sz w:val="22"/>
        </w:rPr>
        <w:t>B. 09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99</w:t>
      </w:r>
    </w:p>
    <w:p/>
    <w:p>
      <w:r>
        <w:rPr>
          <w:b/>
          <w:sz w:val="24"/>
        </w:rPr>
        <w:t>Câu 10: Số 12 gồm mấy chục và mấy đơn vị?</w:t>
      </w:r>
    </w:p>
    <w:p>
      <w:pPr>
        <w:pStyle w:val="ListParagraph"/>
      </w:pPr>
      <w:r>
        <w:rPr>
          <w:sz w:val="22"/>
        </w:rPr>
        <w:t>A. 1 chục và 2 đơn vị</w:t>
      </w:r>
    </w:p>
    <w:p>
      <w:pPr>
        <w:pStyle w:val="ListParagraph"/>
      </w:pPr>
      <w:r>
        <w:rPr>
          <w:sz w:val="22"/>
        </w:rPr>
        <w:t>B. 2 chục và 1 đơn vị</w:t>
      </w:r>
    </w:p>
    <w:p>
      <w:pPr>
        <w:pStyle w:val="ListParagraph"/>
      </w:pPr>
      <w:r>
        <w:rPr>
          <w:sz w:val="22"/>
        </w:rPr>
        <w:t>C. 1 chục và 0 đơn vị</w:t>
      </w:r>
    </w:p>
    <w:p>
      <w:pPr>
        <w:pStyle w:val="ListParagraph"/>
      </w:pPr>
      <w:r>
        <w:rPr>
          <w:sz w:val="22"/>
        </w:rPr>
        <w:t>D. 12 chục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