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18 câu trắc nghiệm khách quan và 2 câu tự...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Thành phần của nguyên tử gồm những hạt nào?</w:t>
      </w:r>
    </w:p>
    <w:p>
      <w:pPr>
        <w:pStyle w:val="ListParagraph"/>
      </w:pPr>
      <w:r>
        <w:rPr>
          <w:sz w:val="22"/>
        </w:rPr>
        <w:t>A. proton, neutron, electron</w:t>
      </w:r>
    </w:p>
    <w:p>
      <w:pPr>
        <w:pStyle w:val="ListParagraph"/>
      </w:pPr>
      <w:r>
        <w:rPr>
          <w:sz w:val="22"/>
        </w:rPr>
        <w:t>B. proton, neutron</w:t>
      </w:r>
    </w:p>
    <w:p>
      <w:pPr>
        <w:pStyle w:val="ListParagraph"/>
      </w:pPr>
      <w:r>
        <w:rPr>
          <w:sz w:val="22"/>
        </w:rPr>
        <w:t>C. proton, electron</w:t>
      </w:r>
    </w:p>
    <w:p>
      <w:pPr>
        <w:pStyle w:val="ListParagraph"/>
      </w:pPr>
      <w:r>
        <w:rPr>
          <w:sz w:val="22"/>
        </w:rPr>
        <w:t>D. neutron, electron</w:t>
      </w:r>
    </w:p>
    <w:p/>
    <w:p>
      <w:r>
        <w:rPr>
          <w:b/>
          <w:sz w:val="24"/>
        </w:rPr>
        <w:t>Câu 2: Hạt mang điện trong nguyên tử là</w:t>
      </w:r>
    </w:p>
    <w:p>
      <w:pPr>
        <w:pStyle w:val="ListParagraph"/>
      </w:pPr>
      <w:r>
        <w:rPr>
          <w:sz w:val="22"/>
        </w:rPr>
        <w:t>A. proton và electron</w:t>
      </w:r>
    </w:p>
    <w:p>
      <w:pPr>
        <w:pStyle w:val="ListParagraph"/>
      </w:pPr>
      <w:r>
        <w:rPr>
          <w:sz w:val="22"/>
        </w:rPr>
        <w:t>B. proton và neutron</w:t>
      </w:r>
    </w:p>
    <w:p>
      <w:pPr>
        <w:pStyle w:val="ListParagraph"/>
      </w:pPr>
      <w:r>
        <w:rPr>
          <w:sz w:val="22"/>
        </w:rPr>
        <w:t>C. neutron và electron</w:t>
      </w:r>
    </w:p>
    <w:p>
      <w:pPr>
        <w:pStyle w:val="ListParagraph"/>
      </w:pPr>
      <w:r>
        <w:rPr>
          <w:sz w:val="22"/>
        </w:rPr>
        <w:t>D. chỉ proton</w:t>
      </w:r>
    </w:p>
    <w:p/>
    <w:p>
      <w:r>
        <w:rPr>
          <w:b/>
          <w:sz w:val="24"/>
        </w:rPr>
        <w:t>Câu 3: Khối lượng của nguyên tử hầu như tập trung ở</w:t>
      </w:r>
    </w:p>
    <w:p>
      <w:pPr>
        <w:pStyle w:val="ListParagraph"/>
      </w:pPr>
      <w:r>
        <w:rPr>
          <w:sz w:val="22"/>
        </w:rPr>
        <w:t>A. hạt nhân nguyên tử</w:t>
      </w:r>
    </w:p>
    <w:p>
      <w:pPr>
        <w:pStyle w:val="ListParagraph"/>
      </w:pPr>
      <w:r>
        <w:rPr>
          <w:sz w:val="22"/>
        </w:rPr>
        <w:t>B. lớp vỏ electron</w:t>
      </w:r>
    </w:p>
    <w:p>
      <w:pPr>
        <w:pStyle w:val="ListParagraph"/>
      </w:pPr>
      <w:r>
        <w:rPr>
          <w:sz w:val="22"/>
        </w:rPr>
        <w:t>C. các electron</w:t>
      </w:r>
    </w:p>
    <w:p>
      <w:pPr>
        <w:pStyle w:val="ListParagraph"/>
      </w:pPr>
      <w:r>
        <w:rPr>
          <w:sz w:val="22"/>
        </w:rPr>
        <w:t>D. khoảng không gian giữa hạt nhân và vỏ</w:t>
      </w:r>
    </w:p>
    <w:p/>
    <w:p>
      <w:r>
        <w:rPr>
          <w:b/>
          <w:sz w:val="24"/>
        </w:rPr>
        <w:t>Câu 4: Công thức liên hệ giữa số khối A, số proton Z và số neutron N là</w:t>
      </w:r>
    </w:p>
    <w:p>
      <w:pPr>
        <w:pStyle w:val="ListParagraph"/>
      </w:pPr>
      <w:r>
        <w:rPr>
          <w:sz w:val="22"/>
        </w:rPr>
        <w:t>A. A = Z + N</w:t>
      </w:r>
    </w:p>
    <w:p>
      <w:pPr>
        <w:pStyle w:val="ListParagraph"/>
      </w:pPr>
      <w:r>
        <w:rPr>
          <w:sz w:val="22"/>
        </w:rPr>
        <w:t>B. A = Z - N</w:t>
      </w:r>
    </w:p>
    <w:p>
      <w:pPr>
        <w:pStyle w:val="ListParagraph"/>
      </w:pPr>
      <w:r>
        <w:rPr>
          <w:sz w:val="22"/>
        </w:rPr>
        <w:t>C. A = N - Z</w:t>
      </w:r>
    </w:p>
    <w:p>
      <w:pPr>
        <w:pStyle w:val="ListParagraph"/>
      </w:pPr>
      <w:r>
        <w:rPr>
          <w:sz w:val="22"/>
        </w:rPr>
        <w:t>D. A = Z.N</w:t>
      </w:r>
    </w:p>
    <w:p/>
    <w:p>
      <w:r>
        <w:rPr>
          <w:b/>
          <w:sz w:val="24"/>
        </w:rPr>
        <w:t>Câu 5: Nguyên tử $^{23}_{11}Na$ có số proton và số neutron lần lượt là</w:t>
      </w:r>
    </w:p>
    <w:p>
      <w:pPr>
        <w:pStyle w:val="ListParagraph"/>
      </w:pPr>
      <w:r>
        <w:rPr>
          <w:sz w:val="22"/>
        </w:rPr>
        <w:t>A. 11 và 12</w:t>
      </w:r>
    </w:p>
    <w:p>
      <w:pPr>
        <w:pStyle w:val="ListParagraph"/>
      </w:pPr>
      <w:r>
        <w:rPr>
          <w:sz w:val="22"/>
        </w:rPr>
        <w:t>B. 12 và 11</w:t>
      </w:r>
    </w:p>
    <w:p>
      <w:pPr>
        <w:pStyle w:val="ListParagraph"/>
      </w:pPr>
      <w:r>
        <w:rPr>
          <w:sz w:val="22"/>
        </w:rPr>
        <w:t>C. 11 và 23</w:t>
      </w:r>
    </w:p>
    <w:p>
      <w:pPr>
        <w:pStyle w:val="ListParagraph"/>
      </w:pPr>
      <w:r>
        <w:rPr>
          <w:sz w:val="22"/>
        </w:rPr>
        <w:t>D. 23 và 11</w:t>
      </w:r>
    </w:p>
    <w:p/>
    <w:p>
      <w:r>
        <w:rPr>
          <w:b/>
          <w:sz w:val="24"/>
        </w:rPr>
        <w:t>Câu 6: Đồng vị là những nguyên tử có</w:t>
      </w:r>
    </w:p>
    <w:p>
      <w:pPr>
        <w:pStyle w:val="ListParagraph"/>
      </w:pPr>
      <w:r>
        <w:rPr>
          <w:sz w:val="22"/>
        </w:rPr>
        <w:t>A. cùng số proton, khác số neutron</w:t>
      </w:r>
    </w:p>
    <w:p>
      <w:pPr>
        <w:pStyle w:val="ListParagraph"/>
      </w:pPr>
      <w:r>
        <w:rPr>
          <w:sz w:val="22"/>
        </w:rPr>
        <w:t>B. cùng số neutron, khác số proton</w:t>
      </w:r>
    </w:p>
    <w:p>
      <w:pPr>
        <w:pStyle w:val="ListParagraph"/>
      </w:pPr>
      <w:r>
        <w:rPr>
          <w:sz w:val="22"/>
        </w:rPr>
        <w:t>C. cùng số khối</w:t>
      </w:r>
    </w:p>
    <w:p>
      <w:pPr>
        <w:pStyle w:val="ListParagraph"/>
      </w:pPr>
      <w:r>
        <w:rPr>
          <w:sz w:val="22"/>
        </w:rPr>
        <w:t>D. cùng số electron, khác số proton</w:t>
      </w:r>
    </w:p>
    <w:p/>
    <w:p>
      <w:r>
        <w:rPr>
          <w:b/>
          <w:sz w:val="24"/>
        </w:rPr>
        <w:t>Câu 7: Clo có hai đồng vị bền: $^{35}Cl$ chiếm 75% và $^{37}Cl$ chiếm 25%. Nguyên tử khối trung bình của clo là</w:t>
      </w:r>
    </w:p>
    <w:p>
      <w:pPr>
        <w:pStyle w:val="ListParagraph"/>
      </w:pPr>
      <w:r>
        <w:rPr>
          <w:sz w:val="22"/>
        </w:rPr>
        <w:t>A. 35,5</w:t>
      </w:r>
    </w:p>
    <w:p>
      <w:pPr>
        <w:pStyle w:val="ListParagraph"/>
      </w:pPr>
      <w:r>
        <w:rPr>
          <w:sz w:val="22"/>
        </w:rPr>
        <w:t>B. 35,0</w:t>
      </w:r>
    </w:p>
    <w:p>
      <w:pPr>
        <w:pStyle w:val="ListParagraph"/>
      </w:pPr>
      <w:r>
        <w:rPr>
          <w:sz w:val="22"/>
        </w:rPr>
        <w:t>C. 37,0</w:t>
      </w:r>
    </w:p>
    <w:p>
      <w:pPr>
        <w:pStyle w:val="ListParagraph"/>
      </w:pPr>
      <w:r>
        <w:rPr>
          <w:sz w:val="22"/>
        </w:rPr>
        <w:t>D. 36,5</w:t>
      </w:r>
    </w:p>
    <w:p/>
    <w:p>
      <w:r>
        <w:rPr>
          <w:b/>
          <w:sz w:val="24"/>
        </w:rPr>
        <w:t>Câu 8: Phân lớp p có bao nhiêu orbital?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9: Lớp electron thứ 3 (n = 3) có tối đa bao nhiêu electron?</w:t>
      </w:r>
    </w:p>
    <w:p>
      <w:pPr>
        <w:pStyle w:val="ListParagraph"/>
      </w:pPr>
      <w:r>
        <w:rPr>
          <w:sz w:val="22"/>
        </w:rPr>
        <w:t>A. 18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2</w:t>
      </w:r>
    </w:p>
    <w:p/>
    <w:p>
      <w:r>
        <w:rPr>
          <w:b/>
          <w:sz w:val="24"/>
        </w:rPr>
        <w:t>Câu 10: Phân lớp d có tối đa bao nhiêu electron?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2</w:t>
      </w:r>
    </w:p>
    <w:p/>
    <w:p>
      <w:r>
        <w:rPr>
          <w:b/>
          <w:sz w:val="24"/>
        </w:rPr>
        <w:t>Câu 11: Cấu hình electron của nguyên tử Na (Z = 11) là</w:t>
      </w:r>
    </w:p>
    <w:p>
      <w:pPr>
        <w:pStyle w:val="ListParagraph"/>
      </w:pPr>
      <w:r>
        <w:rPr>
          <w:sz w:val="22"/>
        </w:rPr>
        <w:t>A. $1s^2 2s^2 2p^6 3s^1$</w:t>
      </w:r>
    </w:p>
    <w:p>
      <w:pPr>
        <w:pStyle w:val="ListParagraph"/>
      </w:pPr>
      <w:r>
        <w:rPr>
          <w:sz w:val="22"/>
        </w:rPr>
        <w:t>B. $1s^2 2s^2 2p^6 3s^2$</w:t>
      </w:r>
    </w:p>
    <w:p>
      <w:pPr>
        <w:pStyle w:val="ListParagraph"/>
      </w:pPr>
      <w:r>
        <w:rPr>
          <w:sz w:val="22"/>
        </w:rPr>
        <w:t>C. $1s^2 2s^2 2p^6 3s^2 3p^1$</w:t>
      </w:r>
    </w:p>
    <w:p>
      <w:pPr>
        <w:pStyle w:val="ListParagraph"/>
      </w:pPr>
      <w:r>
        <w:rPr>
          <w:sz w:val="22"/>
        </w:rPr>
        <w:t>D. $1s^2 2s^2 2p^5 3s^2$</w:t>
      </w:r>
    </w:p>
    <w:p/>
    <w:p>
      <w:r>
        <w:rPr>
          <w:b/>
          <w:sz w:val="24"/>
        </w:rPr>
        <w:t>Câu 12: Cấu hình electron của nguyên tử O (Z = 8) là</w:t>
      </w:r>
    </w:p>
    <w:p>
      <w:pPr>
        <w:pStyle w:val="ListParagraph"/>
      </w:pPr>
      <w:r>
        <w:rPr>
          <w:sz w:val="22"/>
        </w:rPr>
        <w:t>A. $1s^2 2s^2 2p^4$</w:t>
      </w:r>
    </w:p>
    <w:p>
      <w:pPr>
        <w:pStyle w:val="ListParagraph"/>
      </w:pPr>
      <w:r>
        <w:rPr>
          <w:sz w:val="22"/>
        </w:rPr>
        <w:t>B. $1s^2 2s^2 2p^6$</w:t>
      </w:r>
    </w:p>
    <w:p>
      <w:pPr>
        <w:pStyle w:val="ListParagraph"/>
      </w:pPr>
      <w:r>
        <w:rPr>
          <w:sz w:val="22"/>
        </w:rPr>
        <w:t>C. $1s^2 2s^2 2p^3$</w:t>
      </w:r>
    </w:p>
    <w:p>
      <w:pPr>
        <w:pStyle w:val="ListParagraph"/>
      </w:pPr>
      <w:r>
        <w:rPr>
          <w:sz w:val="22"/>
        </w:rPr>
        <w:t>D. $1s^2 2s^2 2p^5$</w:t>
      </w:r>
    </w:p>
    <w:p/>
    <w:p>
      <w:r>
        <w:rPr>
          <w:b/>
          <w:sz w:val="24"/>
        </w:rPr>
        <w:t>Câu 13: Nguyên tử có Z = 17 có bao nhiêu electron ở lớp ngoài cùng?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14: Nguyên tử có cấu hình electron lớp ngoài cùng là $3s^2 3p^5$ thuộc loại nguyên tố</w:t>
      </w:r>
    </w:p>
    <w:p>
      <w:pPr>
        <w:pStyle w:val="ListParagraph"/>
      </w:pPr>
      <w:r>
        <w:rPr>
          <w:sz w:val="22"/>
        </w:rPr>
        <w:t>A. phi kim</w:t>
      </w:r>
    </w:p>
    <w:p>
      <w:pPr>
        <w:pStyle w:val="ListParagraph"/>
      </w:pPr>
      <w:r>
        <w:rPr>
          <w:sz w:val="22"/>
        </w:rPr>
        <w:t>B. kim loại</w:t>
      </w:r>
    </w:p>
    <w:p>
      <w:pPr>
        <w:pStyle w:val="ListParagraph"/>
      </w:pPr>
      <w:r>
        <w:rPr>
          <w:sz w:val="22"/>
        </w:rPr>
        <w:t>C. khí hiếm</w:t>
      </w:r>
    </w:p>
    <w:p>
      <w:pPr>
        <w:pStyle w:val="ListParagraph"/>
      </w:pPr>
      <w:r>
        <w:rPr>
          <w:sz w:val="22"/>
        </w:rPr>
        <w:t>D. kim loại chuyển tiếp</w:t>
      </w:r>
    </w:p>
    <w:p/>
    <w:p>
      <w:r>
        <w:rPr>
          <w:b/>
          <w:sz w:val="24"/>
        </w:rPr>
        <w:t>Câu 15: Thứ tự sắp xếp các phân lớp electron theo chiều tăng dần mức năng lượng là</w:t>
      </w:r>
    </w:p>
    <w:p>
      <w:pPr>
        <w:pStyle w:val="ListParagraph"/>
      </w:pPr>
      <w:r>
        <w:rPr>
          <w:sz w:val="22"/>
        </w:rPr>
        <w:t>A. $1s, 2s, 2p, 3s, 3p, 4s, 3d, 4p$</w:t>
      </w:r>
    </w:p>
    <w:p>
      <w:pPr>
        <w:pStyle w:val="ListParagraph"/>
      </w:pPr>
      <w:r>
        <w:rPr>
          <w:sz w:val="22"/>
        </w:rPr>
        <w:t>B. $1s, 2s, 2p, 3s, 3p, 3d, 4s, 4p$</w:t>
      </w:r>
    </w:p>
    <w:p>
      <w:pPr>
        <w:pStyle w:val="ListParagraph"/>
      </w:pPr>
      <w:r>
        <w:rPr>
          <w:sz w:val="22"/>
        </w:rPr>
        <w:t>C. $1s, 2s, 2p, 3s, 3p, 4s, 4p, 3d$</w:t>
      </w:r>
    </w:p>
    <w:p>
      <w:pPr>
        <w:pStyle w:val="ListParagraph"/>
      </w:pPr>
      <w:r>
        <w:rPr>
          <w:sz w:val="22"/>
        </w:rPr>
        <w:t>D. $1s, 2s, 2p, 3s, 3p, 3d, 4p, 4s$</w:t>
      </w:r>
    </w:p>
    <w:p/>
    <w:p>
      <w:r>
        <w:rPr>
          <w:b/>
          <w:sz w:val="24"/>
        </w:rPr>
        <w:t>Câu 16: Mỗi orbital nguyên tử chứa tối đa bao nhiêu electron?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17: Nguyên tử Mg có Z = 12. Số electron ở lớp ngoài cùng của nguyên tử Mg là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18: Nguyên tử có cấu hình electron $1s^2 2s^2 2p^6 3s^2 3p^6 4s^1$ thuộc loại nguyên tố</w:t>
      </w:r>
    </w:p>
    <w:p>
      <w:pPr>
        <w:pStyle w:val="ListParagraph"/>
      </w:pPr>
      <w:r>
        <w:rPr>
          <w:sz w:val="22"/>
        </w:rPr>
        <w:t>A. kim loại</w:t>
      </w:r>
    </w:p>
    <w:p>
      <w:pPr>
        <w:pStyle w:val="ListParagraph"/>
      </w:pPr>
      <w:r>
        <w:rPr>
          <w:sz w:val="22"/>
        </w:rPr>
        <w:t>B. phi kim</w:t>
      </w:r>
    </w:p>
    <w:p>
      <w:pPr>
        <w:pStyle w:val="ListParagraph"/>
      </w:pPr>
      <w:r>
        <w:rPr>
          <w:sz w:val="22"/>
        </w:rPr>
        <w:t>C. khí hiếm</w:t>
      </w:r>
    </w:p>
    <w:p>
      <w:pPr>
        <w:pStyle w:val="ListParagraph"/>
      </w:pPr>
      <w:r>
        <w:rPr>
          <w:sz w:val="22"/>
        </w:rPr>
        <w:t>D. phi kim điển hình</w:t>
      </w:r>
    </w:p>
    <w:p/>
    <w:p>
      <w:r>
        <w:rPr>
          <w:b/>
          <w:sz w:val="24"/>
        </w:rPr>
        <w:t>Câu 19: Điền đáp án: Cho kí hiệu nguyên tử $^{56}_{26}Fe$. Số proton, số neutron và số electron trong nguyên tử Fe lần lượt là bao nhiêu? (Ghi theo dạng: p, n, e)</w:t>
      </w:r>
    </w:p>
    <w:p/>
    <w:p>
      <w:r>
        <w:rPr>
          <w:b/>
          <w:sz w:val="24"/>
        </w:rPr>
        <w:t>Câu 20: Điền đáp án: Viết cấu hình electron của nguyên tử nguyên tố có Z = 16.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26, 30, 26</w:t>
      </w:r>
    </w:p>
    <w:p>
      <w:r>
        <w:rPr>
          <w:b/>
        </w:rPr>
        <w:t>Câu 20: Đáp án đúng: $1s^2 2s^2 2p^6 3s^2 3p^4$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