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lớp 10 - Tiết 13: ÔN TẬP GIỮA KÌ I</w:t>
      </w:r>
    </w:p>
    <w:p>
      <w:pPr>
        <w:jc w:val="center"/>
      </w:pPr>
      <w:r>
        <w:rPr>
          <w:sz w:val="22"/>
        </w:rPr>
        <w:t>Số câu: 4    Thời gian: _____ phút    Họ và tên: _________________________</w:t>
      </w:r>
    </w:p>
    <w:p/>
    <w:p>
      <w:r>
        <w:rPr>
          <w:b/>
          <w:sz w:val="24"/>
        </w:rPr>
        <w:t>Câu 1: Quan sát hình sau và nêu tên các thành phần cấu trúc của tế bào nhân sơ tương ứng với từng vai trò sau: 1. Bảo vệ tế bào tránh được các nhân tố có hại từ bên ngoài; 2. Mang thông tin di truyền; 3. Bộ máy tổng hợp protein.</w:t>
      </w:r>
    </w:p>
    <w:p/>
    <w:p>
      <w:r>
        <w:rPr>
          <w:b/>
          <w:sz w:val="24"/>
        </w:rPr>
        <w:t>Câu 2: Điểm khác nhau giữa cấu tạo thành tế bào vi khuẩn Gram âm và vi khuẩn Gram dương là</w:t>
      </w:r>
    </w:p>
    <w:p>
      <w:pPr>
        <w:pStyle w:val="ListParagraph"/>
      </w:pPr>
      <w:r>
        <w:rPr>
          <w:sz w:val="22"/>
        </w:rPr>
        <w:t>A. thành tế bào vi khuẩn Gram âm mỏng hơn vi khuẩn Gram dương</w:t>
      </w:r>
    </w:p>
    <w:p>
      <w:pPr>
        <w:pStyle w:val="ListParagraph"/>
      </w:pPr>
      <w:r>
        <w:rPr>
          <w:sz w:val="22"/>
        </w:rPr>
        <w:t>B. thành tế bào vi khuẩn Gram âm được cấu tạo từ Peptiđôglican, ở vi khuẩn Gram dương được cấu tạo từ prôtein.</w:t>
      </w:r>
    </w:p>
    <w:p>
      <w:pPr>
        <w:pStyle w:val="ListParagraph"/>
      </w:pPr>
      <w:r>
        <w:rPr>
          <w:sz w:val="22"/>
        </w:rPr>
        <w:t>C. thành tế bào vi khuẩn Gram âm dày hơn vi khuẩn Gram dương</w:t>
      </w:r>
    </w:p>
    <w:p>
      <w:pPr>
        <w:pStyle w:val="ListParagraph"/>
      </w:pPr>
      <w:r>
        <w:rPr>
          <w:sz w:val="22"/>
        </w:rPr>
        <w:t>D. thành tế bào vi khuẩn Gram âm không có thành phần polysaccharide, ở vi khuẩn Gram dương có thành phần polysaccharide</w:t>
      </w:r>
    </w:p>
    <w:p/>
    <w:p>
      <w:r>
        <w:rPr>
          <w:b/>
          <w:sz w:val="24"/>
        </w:rPr>
        <w:t>Câu 3: Có bao nhiêu phát biểu đúng khi nói về có cấu tạo đơn giản và kích thước cơ thể nhỏ của vi khuẩn? 1. Hạn chế được sự tấn công của tế bào bạch cầu. 2. Dễ phát tán và phân bố rộng. 3. Trao đổi chất mạnh và có tốc độ phân chia nhanh. 4. Thích hợp với đời sống kí sinh.</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4: Đặc điểm nào sau đây của vi khuẩn mà được gọi là tế bào nhân sơ?</w:t>
      </w:r>
    </w:p>
    <w:p>
      <w:pPr>
        <w:pStyle w:val="ListParagraph"/>
      </w:pPr>
      <w:r>
        <w:rPr>
          <w:sz w:val="22"/>
        </w:rPr>
        <w:t>A. Có kích thước nhỏ</w:t>
      </w:r>
    </w:p>
    <w:p>
      <w:pPr>
        <w:pStyle w:val="ListParagraph"/>
      </w:pPr>
      <w:r>
        <w:rPr>
          <w:sz w:val="22"/>
        </w:rPr>
        <w:t>B. Chưa có màng nhân</w:t>
      </w:r>
    </w:p>
    <w:p>
      <w:pPr>
        <w:pStyle w:val="ListParagraph"/>
      </w:pPr>
      <w:r>
        <w:rPr>
          <w:sz w:val="22"/>
        </w:rPr>
        <w:t>C. Trong tế bào chất chỉ có riboxom</w:t>
      </w:r>
    </w:p>
    <w:p>
      <w:pPr>
        <w:pStyle w:val="ListParagraph"/>
      </w:pPr>
      <w:r>
        <w:rPr>
          <w:sz w:val="22"/>
        </w:rPr>
        <w:t>D. Không có các bào quan có màng bao bọc</w:t>
      </w:r>
    </w:p>
    <w:p/>
    <w:p>
      <w:r>
        <w:t>──────────────────────────────────────────────────</w:t>
      </w:r>
    </w:p>
    <w:p>
      <w:r>
        <w:rPr>
          <w:b/>
        </w:rPr>
        <w:t>BẢNG ĐÁP ÁN &amp; LỜI GIẢI CHI TIẾT</w:t>
      </w:r>
    </w:p>
    <w:p>
      <w:r>
        <w:rPr>
          <w:b/>
        </w:rPr>
        <w:t>Câu 1: Đáp án đúng: None</w:t>
      </w:r>
    </w:p>
    <w:p>
      <w:r>
        <w:rPr>
          <w:b/>
        </w:rPr>
        <w:t>Câu 2: Đáp án đúng: A</w:t>
      </w:r>
    </w:p>
    <w:p>
      <w:r>
        <w:rPr>
          <w:b/>
        </w:rPr>
        <w:t>Câu 3: Đáp án đúng: B</w:t>
      </w:r>
    </w:p>
    <w:p>
      <w:r>
        <w:rPr>
          <w:b/>
        </w:rPr>
        <w:t>Câu 4: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