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Địa lý Lớp 12 - Bản đồ và các phương pháp biểu hiện trên bản đồ</w:t>
      </w:r>
    </w:p>
    <w:p>
      <w:pPr>
        <w:jc w:val="center"/>
      </w:pPr>
      <w:r>
        <w:rPr>
          <w:sz w:val="22"/>
        </w:rPr>
        <w:t>Số câu: 40    Thời gian: _____ phút    Họ và tên: _________________________</w:t>
      </w:r>
    </w:p>
    <w:p/>
    <w:p>
      <w:r>
        <w:rPr>
          <w:b/>
          <w:sz w:val="24"/>
        </w:rPr>
        <w:t>Câu 1: Vị trí địa lí nước ta nằm ở đâu?</w:t>
      </w:r>
    </w:p>
    <w:p>
      <w:pPr>
        <w:pStyle w:val="ListParagraph"/>
      </w:pPr>
      <w:r>
        <w:rPr>
          <w:sz w:val="22"/>
        </w:rPr>
        <w:t>A. Rìa phía tây bán đảo Đông Dương, gần trung tâm Đông Nam Á.</w:t>
      </w:r>
    </w:p>
    <w:p>
      <w:pPr>
        <w:pStyle w:val="ListParagraph"/>
      </w:pPr>
      <w:r>
        <w:rPr>
          <w:sz w:val="22"/>
        </w:rPr>
        <w:t>B. Rìa phía đông bán đảo Đông Dương, gần trung tâm Đông Nam Á.</w:t>
      </w:r>
    </w:p>
    <w:p>
      <w:pPr>
        <w:pStyle w:val="ListParagraph"/>
      </w:pPr>
      <w:r>
        <w:rPr>
          <w:sz w:val="22"/>
        </w:rPr>
        <w:t>C. Phía nam bán đảo Đông Dương, giáp Ấn Độ Dương.</w:t>
      </w:r>
    </w:p>
    <w:p>
      <w:pPr>
        <w:pStyle w:val="ListParagraph"/>
      </w:pPr>
      <w:r>
        <w:rPr>
          <w:sz w:val="22"/>
        </w:rPr>
        <w:t>D. Phía bắc bán đảo Đông Dương, giáp Trung Quốc.</w:t>
      </w:r>
    </w:p>
    <w:p/>
    <w:p>
      <w:r>
        <w:rPr>
          <w:b/>
          <w:sz w:val="24"/>
        </w:rPr>
        <w:t>Câu 2: Điểm cực Bắc của nước ta thuộc tỉnh nào?</w:t>
      </w:r>
    </w:p>
    <w:p>
      <w:pPr>
        <w:pStyle w:val="ListParagraph"/>
      </w:pPr>
      <w:r>
        <w:rPr>
          <w:sz w:val="22"/>
        </w:rPr>
        <w:t>A. Cà Mau</w:t>
      </w:r>
    </w:p>
    <w:p>
      <w:pPr>
        <w:pStyle w:val="ListParagraph"/>
      </w:pPr>
      <w:r>
        <w:rPr>
          <w:sz w:val="22"/>
        </w:rPr>
        <w:t>B. Khánh Hòa</w:t>
      </w:r>
    </w:p>
    <w:p>
      <w:pPr>
        <w:pStyle w:val="ListParagraph"/>
      </w:pPr>
      <w:r>
        <w:rPr>
          <w:sz w:val="22"/>
        </w:rPr>
        <w:t>C. Hà Giang</w:t>
      </w:r>
    </w:p>
    <w:p>
      <w:pPr>
        <w:pStyle w:val="ListParagraph"/>
      </w:pPr>
      <w:r>
        <w:rPr>
          <w:sz w:val="22"/>
        </w:rPr>
        <w:t>D. Điện Biên</w:t>
      </w:r>
    </w:p>
    <w:p/>
    <w:p>
      <w:r>
        <w:rPr>
          <w:b/>
          <w:sz w:val="24"/>
        </w:rPr>
        <w:t>Câu 3: Điểm cực Nam của nước ta thuộc tỉnh nào?</w:t>
      </w:r>
    </w:p>
    <w:p>
      <w:pPr>
        <w:pStyle w:val="ListParagraph"/>
      </w:pPr>
      <w:r>
        <w:rPr>
          <w:sz w:val="22"/>
        </w:rPr>
        <w:t>A. Cà Mau</w:t>
      </w:r>
    </w:p>
    <w:p>
      <w:pPr>
        <w:pStyle w:val="ListParagraph"/>
      </w:pPr>
      <w:r>
        <w:rPr>
          <w:sz w:val="22"/>
        </w:rPr>
        <w:t>B. Hà Giang</w:t>
      </w:r>
    </w:p>
    <w:p>
      <w:pPr>
        <w:pStyle w:val="ListParagraph"/>
      </w:pPr>
      <w:r>
        <w:rPr>
          <w:sz w:val="22"/>
        </w:rPr>
        <w:t>C. Khánh Hòa</w:t>
      </w:r>
    </w:p>
    <w:p>
      <w:pPr>
        <w:pStyle w:val="ListParagraph"/>
      </w:pPr>
      <w:r>
        <w:rPr>
          <w:sz w:val="22"/>
        </w:rPr>
        <w:t>D. Điện Biên</w:t>
      </w:r>
    </w:p>
    <w:p/>
    <w:p>
      <w:r>
        <w:rPr>
          <w:b/>
          <w:sz w:val="24"/>
        </w:rPr>
        <w:t>Câu 4: Điểm cực Đông của nước ta thuộc tỉnh nào?</w:t>
      </w:r>
    </w:p>
    <w:p>
      <w:pPr>
        <w:pStyle w:val="ListParagraph"/>
      </w:pPr>
      <w:r>
        <w:rPr>
          <w:sz w:val="22"/>
        </w:rPr>
        <w:t>A. Hà Giang</w:t>
      </w:r>
    </w:p>
    <w:p>
      <w:pPr>
        <w:pStyle w:val="ListParagraph"/>
      </w:pPr>
      <w:r>
        <w:rPr>
          <w:sz w:val="22"/>
        </w:rPr>
        <w:t>B. Cà Mau</w:t>
      </w:r>
    </w:p>
    <w:p>
      <w:pPr>
        <w:pStyle w:val="ListParagraph"/>
      </w:pPr>
      <w:r>
        <w:rPr>
          <w:sz w:val="22"/>
        </w:rPr>
        <w:t>C. Điện Biên</w:t>
      </w:r>
    </w:p>
    <w:p>
      <w:pPr>
        <w:pStyle w:val="ListParagraph"/>
      </w:pPr>
      <w:r>
        <w:rPr>
          <w:sz w:val="22"/>
        </w:rPr>
        <w:t>D. Khánh Hòa</w:t>
      </w:r>
    </w:p>
    <w:p/>
    <w:p>
      <w:r>
        <w:rPr>
          <w:b/>
          <w:sz w:val="24"/>
        </w:rPr>
        <w:t>Câu 5: Điểm cực Tây của nước ta thuộc tỉnh nào?</w:t>
      </w:r>
    </w:p>
    <w:p>
      <w:pPr>
        <w:pStyle w:val="ListParagraph"/>
      </w:pPr>
      <w:r>
        <w:rPr>
          <w:sz w:val="22"/>
        </w:rPr>
        <w:t>A. Hà Giang</w:t>
      </w:r>
    </w:p>
    <w:p>
      <w:pPr>
        <w:pStyle w:val="ListParagraph"/>
      </w:pPr>
      <w:r>
        <w:rPr>
          <w:sz w:val="22"/>
        </w:rPr>
        <w:t>B. Điện Biên</w:t>
      </w:r>
    </w:p>
    <w:p>
      <w:pPr>
        <w:pStyle w:val="ListParagraph"/>
      </w:pPr>
      <w:r>
        <w:rPr>
          <w:sz w:val="22"/>
        </w:rPr>
        <w:t>C. Cà Mau</w:t>
      </w:r>
    </w:p>
    <w:p>
      <w:pPr>
        <w:pStyle w:val="ListParagraph"/>
      </w:pPr>
      <w:r>
        <w:rPr>
          <w:sz w:val="22"/>
        </w:rPr>
        <w:t>D. Khánh Hòa</w:t>
      </w:r>
    </w:p>
    <w:p/>
    <w:p>
      <w:r>
        <w:rPr>
          <w:b/>
          <w:sz w:val="24"/>
        </w:rPr>
        <w:t>Câu 6: Đường biên giới trên đất liền của nước ta dài khoảng bao nhiêu km?</w:t>
      </w:r>
    </w:p>
    <w:p>
      <w:pPr>
        <w:pStyle w:val="ListParagraph"/>
      </w:pPr>
      <w:r>
        <w:rPr>
          <w:sz w:val="22"/>
        </w:rPr>
        <w:t>A. 4600 km</w:t>
      </w:r>
    </w:p>
    <w:p>
      <w:pPr>
        <w:pStyle w:val="ListParagraph"/>
      </w:pPr>
      <w:r>
        <w:rPr>
          <w:sz w:val="22"/>
        </w:rPr>
        <w:t>B. 3260 km</w:t>
      </w:r>
    </w:p>
    <w:p>
      <w:pPr>
        <w:pStyle w:val="ListParagraph"/>
      </w:pPr>
      <w:r>
        <w:rPr>
          <w:sz w:val="22"/>
        </w:rPr>
        <w:t>C. 2360 km</w:t>
      </w:r>
    </w:p>
    <w:p>
      <w:pPr>
        <w:pStyle w:val="ListParagraph"/>
      </w:pPr>
      <w:r>
        <w:rPr>
          <w:sz w:val="22"/>
        </w:rPr>
        <w:t>D. 1400 km</w:t>
      </w:r>
    </w:p>
    <w:p/>
    <w:p>
      <w:r>
        <w:rPr>
          <w:b/>
          <w:sz w:val="24"/>
        </w:rPr>
        <w:t>Câu 7: Đường bờ biển nước ta dài khoảng bao nhiêu km?</w:t>
      </w:r>
    </w:p>
    <w:p>
      <w:pPr>
        <w:pStyle w:val="ListParagraph"/>
      </w:pPr>
      <w:r>
        <w:rPr>
          <w:sz w:val="22"/>
        </w:rPr>
        <w:t>A. 4600 km</w:t>
      </w:r>
    </w:p>
    <w:p>
      <w:pPr>
        <w:pStyle w:val="ListParagraph"/>
      </w:pPr>
      <w:r>
        <w:rPr>
          <w:sz w:val="22"/>
        </w:rPr>
        <w:t>B. 2360 km</w:t>
      </w:r>
    </w:p>
    <w:p>
      <w:pPr>
        <w:pStyle w:val="ListParagraph"/>
      </w:pPr>
      <w:r>
        <w:rPr>
          <w:sz w:val="22"/>
        </w:rPr>
        <w:t>C. 3260 km</w:t>
      </w:r>
    </w:p>
    <w:p>
      <w:pPr>
        <w:pStyle w:val="ListParagraph"/>
      </w:pPr>
      <w:r>
        <w:rPr>
          <w:sz w:val="22"/>
        </w:rPr>
        <w:t>D. 1400 km</w:t>
      </w:r>
    </w:p>
    <w:p/>
    <w:p>
      <w:r>
        <w:rPr>
          <w:b/>
          <w:sz w:val="24"/>
        </w:rPr>
        <w:t>Câu 8: Nước ta có bao nhiêu tỉnh, thành phố ven biển?</w:t>
      </w:r>
    </w:p>
    <w:p>
      <w:pPr>
        <w:pStyle w:val="ListParagraph"/>
      </w:pPr>
      <w:r>
        <w:rPr>
          <w:sz w:val="22"/>
        </w:rPr>
        <w:t>A. 27</w:t>
      </w:r>
    </w:p>
    <w:p>
      <w:pPr>
        <w:pStyle w:val="ListParagraph"/>
      </w:pPr>
      <w:r>
        <w:rPr>
          <w:sz w:val="22"/>
        </w:rPr>
        <w:t>B. 29</w:t>
      </w:r>
    </w:p>
    <w:p>
      <w:pPr>
        <w:pStyle w:val="ListParagraph"/>
      </w:pPr>
      <w:r>
        <w:rPr>
          <w:sz w:val="22"/>
        </w:rPr>
        <w:t>C. 30</w:t>
      </w:r>
    </w:p>
    <w:p>
      <w:pPr>
        <w:pStyle w:val="ListParagraph"/>
      </w:pPr>
      <w:r>
        <w:rPr>
          <w:sz w:val="22"/>
        </w:rPr>
        <w:t>D. 28</w:t>
      </w:r>
    </w:p>
    <w:p/>
    <w:p>
      <w:r>
        <w:rPr>
          <w:b/>
          <w:sz w:val="24"/>
        </w:rPr>
        <w:t>Câu 9: Vùng biển Việt Nam rộng khoảng bao nhiêu km²?</w:t>
      </w:r>
    </w:p>
    <w:p>
      <w:pPr>
        <w:pStyle w:val="ListParagraph"/>
      </w:pPr>
      <w:r>
        <w:rPr>
          <w:sz w:val="22"/>
        </w:rPr>
        <w:t>A. 1 triệu km²</w:t>
      </w:r>
    </w:p>
    <w:p>
      <w:pPr>
        <w:pStyle w:val="ListParagraph"/>
      </w:pPr>
      <w:r>
        <w:rPr>
          <w:sz w:val="22"/>
        </w:rPr>
        <w:t>B. 2 triệu km²</w:t>
      </w:r>
    </w:p>
    <w:p>
      <w:pPr>
        <w:pStyle w:val="ListParagraph"/>
      </w:pPr>
      <w:r>
        <w:rPr>
          <w:sz w:val="22"/>
        </w:rPr>
        <w:t>C. 0,5 triệu km²</w:t>
      </w:r>
    </w:p>
    <w:p>
      <w:pPr>
        <w:pStyle w:val="ListParagraph"/>
      </w:pPr>
      <w:r>
        <w:rPr>
          <w:sz w:val="22"/>
        </w:rPr>
        <w:t>D. 3 triệu km²</w:t>
      </w:r>
    </w:p>
    <w:p/>
    <w:p>
      <w:r>
        <w:rPr>
          <w:b/>
          <w:sz w:val="24"/>
        </w:rPr>
        <w:t>Câu 10: Nội thủy là vùng nước:</w:t>
      </w:r>
    </w:p>
    <w:p>
      <w:pPr>
        <w:pStyle w:val="ListParagraph"/>
      </w:pPr>
      <w:r>
        <w:rPr>
          <w:sz w:val="22"/>
        </w:rPr>
        <w:t>A. Nằm ngoài đường cơ sở 12 hải lý.</w:t>
      </w:r>
    </w:p>
    <w:p>
      <w:pPr>
        <w:pStyle w:val="ListParagraph"/>
      </w:pPr>
      <w:r>
        <w:rPr>
          <w:sz w:val="22"/>
        </w:rPr>
        <w:t>B. Tiếp giáp với bờ biển, ở phía trong đường cơ sở.</w:t>
      </w:r>
    </w:p>
    <w:p>
      <w:pPr>
        <w:pStyle w:val="ListParagraph"/>
      </w:pPr>
      <w:r>
        <w:rPr>
          <w:sz w:val="22"/>
        </w:rPr>
        <w:t>C. Rộng 200 hải lý tính từ đường cơ sở.</w:t>
      </w:r>
    </w:p>
    <w:p>
      <w:pPr>
        <w:pStyle w:val="ListParagraph"/>
      </w:pPr>
      <w:r>
        <w:rPr>
          <w:sz w:val="22"/>
        </w:rPr>
        <w:t>D. Nằm ngoài vùng đặc quyền kinh tế.</w:t>
      </w:r>
    </w:p>
    <w:p/>
    <w:p>
      <w:r>
        <w:rPr>
          <w:b/>
          <w:sz w:val="24"/>
        </w:rPr>
        <w:t>Câu 11: Lãnh hải của nước ta rộng bao nhiêu hải lý?</w:t>
      </w:r>
    </w:p>
    <w:p>
      <w:pPr>
        <w:pStyle w:val="ListParagraph"/>
      </w:pPr>
      <w:r>
        <w:rPr>
          <w:sz w:val="22"/>
        </w:rPr>
        <w:t>A. 24</w:t>
      </w:r>
    </w:p>
    <w:p>
      <w:pPr>
        <w:pStyle w:val="ListParagraph"/>
      </w:pPr>
      <w:r>
        <w:rPr>
          <w:sz w:val="22"/>
        </w:rPr>
        <w:t>B. 200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12: Vùng tiếp giáp lãnh hải của nước ta rộng bao nhiêu hải lý?</w:t>
      </w:r>
    </w:p>
    <w:p>
      <w:pPr>
        <w:pStyle w:val="ListParagraph"/>
      </w:pPr>
      <w:r>
        <w:rPr>
          <w:sz w:val="22"/>
        </w:rPr>
        <w:t>A. 24</w:t>
      </w:r>
    </w:p>
    <w:p>
      <w:pPr>
        <w:pStyle w:val="ListParagraph"/>
      </w:pPr>
      <w:r>
        <w:rPr>
          <w:sz w:val="22"/>
        </w:rPr>
        <w:t>B. 200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12</w:t>
      </w:r>
    </w:p>
    <w:p/>
    <w:p>
      <w:r>
        <w:rPr>
          <w:b/>
          <w:sz w:val="24"/>
        </w:rPr>
        <w:t>Câu 13: Vùng đặc quyền kinh tế của nước ta rộng bao nhiêu hải lý tính từ đường cơ sở?</w:t>
      </w:r>
    </w:p>
    <w:p>
      <w:pPr>
        <w:pStyle w:val="ListParagraph"/>
      </w:pPr>
      <w:r>
        <w:rPr>
          <w:sz w:val="22"/>
        </w:rPr>
        <w:t>A. 200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24</w:t>
      </w:r>
    </w:p>
    <w:p>
      <w:pPr>
        <w:pStyle w:val="ListParagraph"/>
      </w:pPr>
      <w:r>
        <w:rPr>
          <w:sz w:val="22"/>
        </w:rPr>
        <w:t>D. 100</w:t>
      </w:r>
    </w:p>
    <w:p/>
    <w:p>
      <w:r>
        <w:rPr>
          <w:b/>
          <w:sz w:val="24"/>
        </w:rPr>
        <w:t>Câu 14: Thềm lục địa là:</w:t>
      </w:r>
    </w:p>
    <w:p>
      <w:pPr>
        <w:pStyle w:val="ListParagraph"/>
      </w:pPr>
      <w:r>
        <w:rPr>
          <w:sz w:val="22"/>
        </w:rPr>
        <w:t>A. Vùng nước ngoài đường cơ sở 12 hải lý.</w:t>
      </w:r>
    </w:p>
    <w:p>
      <w:pPr>
        <w:pStyle w:val="ListParagraph"/>
      </w:pPr>
      <w:r>
        <w:rPr>
          <w:sz w:val="22"/>
        </w:rPr>
        <w:t>B. Vùng đất ngầm dưới biển kéo dài đến độ sâu 200 m hoặc hơn.</w:t>
      </w:r>
    </w:p>
    <w:p>
      <w:pPr>
        <w:pStyle w:val="ListParagraph"/>
      </w:pPr>
      <w:r>
        <w:rPr>
          <w:sz w:val="22"/>
        </w:rPr>
        <w:t>C. Vùng biển rộng 200 hải lý.</w:t>
      </w:r>
    </w:p>
    <w:p>
      <w:pPr>
        <w:pStyle w:val="ListParagraph"/>
      </w:pPr>
      <w:r>
        <w:rPr>
          <w:sz w:val="22"/>
        </w:rPr>
        <w:t>D. Vùng nước nội thủy.</w:t>
      </w:r>
    </w:p>
    <w:p/>
    <w:p>
      <w:r>
        <w:rPr>
          <w:b/>
          <w:sz w:val="24"/>
        </w:rPr>
        <w:t>Câu 15: Vị trí địa lí nước ta có ý nghĩa tự nhiên quan trọng là:</w:t>
      </w:r>
    </w:p>
    <w:p>
      <w:pPr>
        <w:pStyle w:val="ListParagraph"/>
      </w:pPr>
      <w:r>
        <w:rPr>
          <w:sz w:val="22"/>
        </w:rPr>
        <w:t>A. Làm cho nước ta nằm hoàn toàn trong đới ôn hòa.</w:t>
      </w:r>
    </w:p>
    <w:p>
      <w:pPr>
        <w:pStyle w:val="ListParagraph"/>
      </w:pPr>
      <w:r>
        <w:rPr>
          <w:sz w:val="22"/>
        </w:rPr>
        <w:t>B. Không chịu ảnh hưởng của biển.</w:t>
      </w:r>
    </w:p>
    <w:p>
      <w:pPr>
        <w:pStyle w:val="ListParagraph"/>
      </w:pPr>
      <w:r>
        <w:rPr>
          <w:sz w:val="22"/>
        </w:rPr>
        <w:t>C. Quy định thiên nhiên nước ta mang tính nhiệt đới ẩm gió mùa, phân hóa đa dạng.</w:t>
      </w:r>
    </w:p>
    <w:p>
      <w:pPr>
        <w:pStyle w:val="ListParagraph"/>
      </w:pPr>
      <w:r>
        <w:rPr>
          <w:sz w:val="22"/>
        </w:rPr>
        <w:t>D. Ngăn cản mọi loại gió mùa.</w:t>
      </w:r>
    </w:p>
    <w:p/>
    <w:p>
      <w:r>
        <w:rPr>
          <w:b/>
          <w:sz w:val="24"/>
        </w:rPr>
        <w:t>Câu 16: Khí hậu nước ta có đặc điểm cơ bản nào?</w:t>
      </w:r>
    </w:p>
    <w:p>
      <w:pPr>
        <w:pStyle w:val="ListParagraph"/>
      </w:pPr>
      <w:r>
        <w:rPr>
          <w:sz w:val="22"/>
        </w:rPr>
        <w:t>A. Ôn đới lục địa.</w:t>
      </w:r>
    </w:p>
    <w:p>
      <w:pPr>
        <w:pStyle w:val="ListParagraph"/>
      </w:pPr>
      <w:r>
        <w:rPr>
          <w:sz w:val="22"/>
        </w:rPr>
        <w:t>B. Cận nhiệt đới khô.</w:t>
      </w:r>
    </w:p>
    <w:p>
      <w:pPr>
        <w:pStyle w:val="ListParagraph"/>
      </w:pPr>
      <w:r>
        <w:rPr>
          <w:sz w:val="22"/>
        </w:rPr>
        <w:t>C. Hàn đới.</w:t>
      </w:r>
    </w:p>
    <w:p>
      <w:pPr>
        <w:pStyle w:val="ListParagraph"/>
      </w:pPr>
      <w:r>
        <w:rPr>
          <w:sz w:val="22"/>
        </w:rPr>
        <w:t>D. Nhiệt đới ẩm gió mùa.</w:t>
      </w:r>
    </w:p>
    <w:p/>
    <w:p>
      <w:r>
        <w:rPr>
          <w:b/>
          <w:sz w:val="24"/>
        </w:rPr>
        <w:t>Câu 17: Nguyên nhân chính làm khí hậu nước ta mang tính nhiệt đới ẩm gió mùa là:</w:t>
      </w:r>
    </w:p>
    <w:p>
      <w:pPr>
        <w:pStyle w:val="ListParagraph"/>
      </w:pPr>
      <w:r>
        <w:rPr>
          <w:sz w:val="22"/>
        </w:rPr>
        <w:t>A. Vị trí nằm trong vùng nội chí tuyến, tiếp giáp Biển Đông và hoạt động của gió mùa.</w:t>
      </w:r>
    </w:p>
    <w:p>
      <w:pPr>
        <w:pStyle w:val="ListParagraph"/>
      </w:pPr>
      <w:r>
        <w:rPr>
          <w:sz w:val="22"/>
        </w:rPr>
        <w:t>B. Nằm ở vùng vĩ độ cao, xa biển.</w:t>
      </w:r>
    </w:p>
    <w:p>
      <w:pPr>
        <w:pStyle w:val="ListParagraph"/>
      </w:pPr>
      <w:r>
        <w:rPr>
          <w:sz w:val="22"/>
        </w:rPr>
        <w:t>C. Địa hình chủ yếu là đồng bằng thấp.</w:t>
      </w:r>
    </w:p>
    <w:p>
      <w:pPr>
        <w:pStyle w:val="ListParagraph"/>
      </w:pPr>
      <w:r>
        <w:rPr>
          <w:sz w:val="22"/>
        </w:rPr>
        <w:t>D. Chịu ảnh hưởng của dòng biển lạnh.</w:t>
      </w:r>
    </w:p>
    <w:p/>
    <w:p>
      <w:r>
        <w:rPr>
          <w:b/>
          <w:sz w:val="24"/>
        </w:rPr>
        <w:t>Câu 18: Tổng bức xạ ở nước ta lớn chủ yếu do:</w:t>
      </w:r>
    </w:p>
    <w:p>
      <w:pPr>
        <w:pStyle w:val="ListParagraph"/>
      </w:pPr>
      <w:r>
        <w:rPr>
          <w:sz w:val="22"/>
        </w:rPr>
        <w:t>A. Nằm gần cực Bắc.</w:t>
      </w:r>
    </w:p>
    <w:p>
      <w:pPr>
        <w:pStyle w:val="ListParagraph"/>
      </w:pPr>
      <w:r>
        <w:rPr>
          <w:sz w:val="22"/>
        </w:rPr>
        <w:t>B. Nằm trong vùng nội chí tuyến, có hai lần Mặt Trời lên thiên đỉnh.</w:t>
      </w:r>
    </w:p>
    <w:p>
      <w:pPr>
        <w:pStyle w:val="ListParagraph"/>
      </w:pPr>
      <w:r>
        <w:rPr>
          <w:sz w:val="22"/>
        </w:rPr>
        <w:t>C. Địa hình cao.</w:t>
      </w:r>
    </w:p>
    <w:p>
      <w:pPr>
        <w:pStyle w:val="ListParagraph"/>
      </w:pPr>
      <w:r>
        <w:rPr>
          <w:sz w:val="22"/>
        </w:rPr>
        <w:t>D. Giáp biển.</w:t>
      </w:r>
    </w:p>
    <w:p/>
    <w:p>
      <w:r>
        <w:rPr>
          <w:b/>
          <w:sz w:val="24"/>
        </w:rPr>
        <w:t>Câu 19: Nhiệt độ trung bình năm của nước ta phổ biến:</w:t>
      </w:r>
    </w:p>
    <w:p>
      <w:pPr>
        <w:pStyle w:val="ListParagraph"/>
      </w:pPr>
      <w:r>
        <w:rPr>
          <w:sz w:val="22"/>
        </w:rPr>
        <w:t>A. Dưới 15°C.</w:t>
      </w:r>
    </w:p>
    <w:p>
      <w:pPr>
        <w:pStyle w:val="ListParagraph"/>
      </w:pPr>
      <w:r>
        <w:rPr>
          <w:sz w:val="22"/>
        </w:rPr>
        <w:t>B. Từ 10-15°C.</w:t>
      </w:r>
    </w:p>
    <w:p>
      <w:pPr>
        <w:pStyle w:val="ListParagraph"/>
      </w:pPr>
      <w:r>
        <w:rPr>
          <w:sz w:val="22"/>
        </w:rPr>
        <w:t>C. Trên 20°C.</w:t>
      </w:r>
    </w:p>
    <w:p>
      <w:pPr>
        <w:pStyle w:val="ListParagraph"/>
      </w:pPr>
      <w:r>
        <w:rPr>
          <w:sz w:val="22"/>
        </w:rPr>
        <w:t>D. Dưới 0°C.</w:t>
      </w:r>
    </w:p>
    <w:p/>
    <w:p>
      <w:r>
        <w:rPr>
          <w:b/>
          <w:sz w:val="24"/>
        </w:rPr>
        <w:t>Câu 20: Lượng mưa trung bình năm của nước ta phổ biến từ:</w:t>
      </w:r>
    </w:p>
    <w:p>
      <w:pPr>
        <w:pStyle w:val="ListParagraph"/>
      </w:pPr>
      <w:r>
        <w:rPr>
          <w:sz w:val="22"/>
        </w:rPr>
        <w:t>A. 500-1000 mm.</w:t>
      </w:r>
    </w:p>
    <w:p>
      <w:pPr>
        <w:pStyle w:val="ListParagraph"/>
      </w:pPr>
      <w:r>
        <w:rPr>
          <w:sz w:val="22"/>
        </w:rPr>
        <w:t>B. 2000-3000 mm.</w:t>
      </w:r>
    </w:p>
    <w:p>
      <w:pPr>
        <w:pStyle w:val="ListParagraph"/>
      </w:pPr>
      <w:r>
        <w:rPr>
          <w:sz w:val="22"/>
        </w:rPr>
        <w:t>C. Dưới 500 mm.</w:t>
      </w:r>
    </w:p>
    <w:p>
      <w:pPr>
        <w:pStyle w:val="ListParagraph"/>
      </w:pPr>
      <w:r>
        <w:rPr>
          <w:sz w:val="22"/>
        </w:rPr>
        <w:t>D. 1500-2000 mm.</w:t>
      </w:r>
    </w:p>
    <w:p/>
    <w:p>
      <w:r>
        <w:rPr>
          <w:b/>
          <w:sz w:val="24"/>
        </w:rPr>
        <w:t>Câu 21: Gió mùa mùa đông ở nước ta có hướng chủ yếu là:</w:t>
      </w:r>
    </w:p>
    <w:p>
      <w:pPr>
        <w:pStyle w:val="ListParagraph"/>
      </w:pPr>
      <w:r>
        <w:rPr>
          <w:sz w:val="22"/>
        </w:rPr>
        <w:t>A. Đông Bắc.</w:t>
      </w:r>
    </w:p>
    <w:p>
      <w:pPr>
        <w:pStyle w:val="ListParagraph"/>
      </w:pPr>
      <w:r>
        <w:rPr>
          <w:sz w:val="22"/>
        </w:rPr>
        <w:t>B. Tây Nam.</w:t>
      </w:r>
    </w:p>
    <w:p>
      <w:pPr>
        <w:pStyle w:val="ListParagraph"/>
      </w:pPr>
      <w:r>
        <w:rPr>
          <w:sz w:val="22"/>
        </w:rPr>
        <w:t>C. Đông Nam.</w:t>
      </w:r>
    </w:p>
    <w:p>
      <w:pPr>
        <w:pStyle w:val="ListParagraph"/>
      </w:pPr>
      <w:r>
        <w:rPr>
          <w:sz w:val="22"/>
        </w:rPr>
        <w:t>D. Tây Bắc.</w:t>
      </w:r>
    </w:p>
    <w:p/>
    <w:p>
      <w:r>
        <w:rPr>
          <w:b/>
          <w:sz w:val="24"/>
        </w:rPr>
        <w:t>Câu 22: Gió mùa mùa hạ ở nước ta có hướng chủ yếu là:</w:t>
      </w:r>
    </w:p>
    <w:p>
      <w:pPr>
        <w:pStyle w:val="ListParagraph"/>
      </w:pPr>
      <w:r>
        <w:rPr>
          <w:sz w:val="22"/>
        </w:rPr>
        <w:t>A. Đông Bắc.</w:t>
      </w:r>
    </w:p>
    <w:p>
      <w:pPr>
        <w:pStyle w:val="ListParagraph"/>
      </w:pPr>
      <w:r>
        <w:rPr>
          <w:sz w:val="22"/>
        </w:rPr>
        <w:t>B. Tây Nam và Đông Nam.</w:t>
      </w:r>
    </w:p>
    <w:p>
      <w:pPr>
        <w:pStyle w:val="ListParagraph"/>
      </w:pPr>
      <w:r>
        <w:rPr>
          <w:sz w:val="22"/>
        </w:rPr>
        <w:t>C. Tây Bắc.</w:t>
      </w:r>
    </w:p>
    <w:p>
      <w:pPr>
        <w:pStyle w:val="ListParagraph"/>
      </w:pPr>
      <w:r>
        <w:rPr>
          <w:sz w:val="22"/>
        </w:rPr>
        <w:t>D. Bắc.</w:t>
      </w:r>
    </w:p>
    <w:p/>
    <w:p>
      <w:r>
        <w:rPr>
          <w:b/>
          <w:sz w:val="24"/>
        </w:rPr>
        <w:t>Câu 23: Gió Tây khô nóng ở Bắc Trung Bộ nước ta là do:</w:t>
      </w:r>
    </w:p>
    <w:p>
      <w:pPr>
        <w:pStyle w:val="ListParagraph"/>
      </w:pPr>
      <w:r>
        <w:rPr>
          <w:sz w:val="22"/>
        </w:rPr>
        <w:t>A. Gió Đông Bắc vượt dãy Hoàng Liên Sơn.</w:t>
      </w:r>
    </w:p>
    <w:p>
      <w:pPr>
        <w:pStyle w:val="ListParagraph"/>
      </w:pPr>
      <w:r>
        <w:rPr>
          <w:sz w:val="22"/>
        </w:rPr>
        <w:t>B. Gió biển thổi vào.</w:t>
      </w:r>
    </w:p>
    <w:p>
      <w:pPr>
        <w:pStyle w:val="ListParagraph"/>
      </w:pPr>
      <w:r>
        <w:rPr>
          <w:sz w:val="22"/>
        </w:rPr>
        <w:t>C. Gió Tây Nam vượt dãy Trường Sơn.</w:t>
      </w:r>
    </w:p>
    <w:p>
      <w:pPr>
        <w:pStyle w:val="ListParagraph"/>
      </w:pPr>
      <w:r>
        <w:rPr>
          <w:sz w:val="22"/>
        </w:rPr>
        <w:t>D. Gió mùa Đông Nam.</w:t>
      </w:r>
    </w:p>
    <w:p/>
    <w:p>
      <w:r>
        <w:rPr>
          <w:b/>
          <w:sz w:val="24"/>
        </w:rPr>
        <w:t>Câu 24: Hệ quả của mưa lớn tập trung theo mùa ở nước ta là:</w:t>
      </w:r>
    </w:p>
    <w:p>
      <w:pPr>
        <w:pStyle w:val="ListParagraph"/>
      </w:pPr>
      <w:r>
        <w:rPr>
          <w:sz w:val="22"/>
        </w:rPr>
        <w:t>A. Hạn hán quanh năm.</w:t>
      </w:r>
    </w:p>
    <w:p>
      <w:pPr>
        <w:pStyle w:val="ListParagraph"/>
      </w:pPr>
      <w:r>
        <w:rPr>
          <w:sz w:val="22"/>
        </w:rPr>
        <w:t>B. Tuyết rơi.</w:t>
      </w:r>
    </w:p>
    <w:p>
      <w:pPr>
        <w:pStyle w:val="ListParagraph"/>
      </w:pPr>
      <w:r>
        <w:rPr>
          <w:sz w:val="22"/>
        </w:rPr>
        <w:t>C. Sa mạc hóa.</w:t>
      </w:r>
    </w:p>
    <w:p>
      <w:pPr>
        <w:pStyle w:val="ListParagraph"/>
      </w:pPr>
      <w:r>
        <w:rPr>
          <w:sz w:val="22"/>
        </w:rPr>
        <w:t>D. Ngập lụt, xói mòn đất.</w:t>
      </w:r>
    </w:p>
    <w:p/>
    <w:p>
      <w:r>
        <w:rPr>
          <w:b/>
          <w:sz w:val="24"/>
        </w:rPr>
        <w:t>Câu 25: Quá trình xâm thực mạnh ở miền đồi núi nước ta biểu hiện qua:</w:t>
      </w:r>
    </w:p>
    <w:p>
      <w:pPr>
        <w:pStyle w:val="ListParagraph"/>
      </w:pPr>
      <w:r>
        <w:rPr>
          <w:sz w:val="22"/>
        </w:rPr>
        <w:t>A. Đất trượt, đá lở, rãnh xói mòn, hang động.</w:t>
      </w:r>
    </w:p>
    <w:p>
      <w:pPr>
        <w:pStyle w:val="ListParagraph"/>
      </w:pPr>
      <w:r>
        <w:rPr>
          <w:sz w:val="22"/>
        </w:rPr>
        <w:t>B. Phù sa bồi tụ nhanh ở đồng bằng.</w:t>
      </w:r>
    </w:p>
    <w:p>
      <w:pPr>
        <w:pStyle w:val="ListParagraph"/>
      </w:pPr>
      <w:r>
        <w:rPr>
          <w:sz w:val="22"/>
        </w:rPr>
        <w:t>C. Nhiệt độ thấp quanh năm.</w:t>
      </w:r>
    </w:p>
    <w:p>
      <w:pPr>
        <w:pStyle w:val="ListParagraph"/>
      </w:pPr>
      <w:r>
        <w:rPr>
          <w:sz w:val="22"/>
        </w:rPr>
        <w:t>D. Mưa ít.</w:t>
      </w:r>
    </w:p>
    <w:p/>
    <w:p>
      <w:r>
        <w:rPr>
          <w:b/>
          <w:sz w:val="24"/>
        </w:rPr>
        <w:t>Câu 26: Đồng bằng châu thổ sông Hồng và sông Cửu Long được hình thành chủ yếu do:</w:t>
      </w:r>
    </w:p>
    <w:p>
      <w:pPr>
        <w:pStyle w:val="ListParagraph"/>
      </w:pPr>
      <w:r>
        <w:rPr>
          <w:sz w:val="22"/>
        </w:rPr>
        <w:t>A. Quá trình băng hà.</w:t>
      </w:r>
    </w:p>
    <w:p>
      <w:pPr>
        <w:pStyle w:val="ListParagraph"/>
      </w:pPr>
      <w:r>
        <w:rPr>
          <w:sz w:val="22"/>
        </w:rPr>
        <w:t>B. Quá trình bồi tụ phù sa của sông.</w:t>
      </w:r>
    </w:p>
    <w:p>
      <w:pPr>
        <w:pStyle w:val="ListParagraph"/>
      </w:pPr>
      <w:r>
        <w:rPr>
          <w:sz w:val="22"/>
        </w:rPr>
        <w:t>C. Quá trình phong hóa hóa học.</w:t>
      </w:r>
    </w:p>
    <w:p>
      <w:pPr>
        <w:pStyle w:val="ListParagraph"/>
      </w:pPr>
      <w:r>
        <w:rPr>
          <w:sz w:val="22"/>
        </w:rPr>
        <w:t>D. Hoạt động núi lửa.</w:t>
      </w:r>
    </w:p>
    <w:p/>
    <w:p>
      <w:r>
        <w:rPr>
          <w:b/>
          <w:sz w:val="24"/>
        </w:rPr>
        <w:t>Câu 27: Sông ngòi nước ta có đặc điểm:</w:t>
      </w:r>
    </w:p>
    <w:p>
      <w:pPr>
        <w:pStyle w:val="ListParagraph"/>
      </w:pPr>
      <w:r>
        <w:rPr>
          <w:sz w:val="22"/>
        </w:rPr>
        <w:t>A. Ít nước, ít phù sa, chế độ nước quanh năm.</w:t>
      </w:r>
    </w:p>
    <w:p>
      <w:pPr>
        <w:pStyle w:val="ListParagraph"/>
      </w:pPr>
      <w:r>
        <w:rPr>
          <w:sz w:val="22"/>
        </w:rPr>
        <w:t>B. Đóng băng vào mùa đông.</w:t>
      </w:r>
    </w:p>
    <w:p>
      <w:pPr>
        <w:pStyle w:val="ListParagraph"/>
      </w:pPr>
      <w:r>
        <w:rPr>
          <w:sz w:val="22"/>
        </w:rPr>
        <w:t>C. Nhiều nước, giàu phù sa, chế độ nước theo mùa.</w:t>
      </w:r>
    </w:p>
    <w:p>
      <w:pPr>
        <w:pStyle w:val="ListParagraph"/>
      </w:pPr>
      <w:r>
        <w:rPr>
          <w:sz w:val="22"/>
        </w:rPr>
        <w:t>D. Chỉ chảy về phía đông.</w:t>
      </w:r>
    </w:p>
    <w:p/>
    <w:p>
      <w:r>
        <w:rPr>
          <w:b/>
          <w:sz w:val="24"/>
        </w:rPr>
        <w:t>Câu 28: Loại đất chiếm diện tích lớn nhất ở miền đồi núi nước ta là:</w:t>
      </w:r>
    </w:p>
    <w:p>
      <w:pPr>
        <w:pStyle w:val="ListParagraph"/>
      </w:pPr>
      <w:r>
        <w:rPr>
          <w:sz w:val="22"/>
        </w:rPr>
        <w:t>A. Đất phù sa.</w:t>
      </w:r>
    </w:p>
    <w:p>
      <w:pPr>
        <w:pStyle w:val="ListParagraph"/>
      </w:pPr>
      <w:r>
        <w:rPr>
          <w:sz w:val="22"/>
        </w:rPr>
        <w:t>B. Đất mặn.</w:t>
      </w:r>
    </w:p>
    <w:p>
      <w:pPr>
        <w:pStyle w:val="ListParagraph"/>
      </w:pPr>
      <w:r>
        <w:rPr>
          <w:sz w:val="22"/>
        </w:rPr>
        <w:t>C. Đất cát.</w:t>
      </w:r>
    </w:p>
    <w:p>
      <w:pPr>
        <w:pStyle w:val="ListParagraph"/>
      </w:pPr>
      <w:r>
        <w:rPr>
          <w:sz w:val="22"/>
        </w:rPr>
        <w:t>D. Đất feralit.</w:t>
      </w:r>
    </w:p>
    <w:p/>
    <w:p>
      <w:r>
        <w:rPr>
          <w:b/>
          <w:sz w:val="24"/>
        </w:rPr>
        <w:t>Câu 29: Hệ sinh thái rừng đặc trưng của nước ta là:</w:t>
      </w:r>
    </w:p>
    <w:p>
      <w:pPr>
        <w:pStyle w:val="ListParagraph"/>
      </w:pPr>
      <w:r>
        <w:rPr>
          <w:sz w:val="22"/>
        </w:rPr>
        <w:t>A. Rừng nhiệt đới ẩm gió mùa.</w:t>
      </w:r>
    </w:p>
    <w:p>
      <w:pPr>
        <w:pStyle w:val="ListParagraph"/>
      </w:pPr>
      <w:r>
        <w:rPr>
          <w:sz w:val="22"/>
        </w:rPr>
        <w:t>B. Rừng lá kim ôn đới.</w:t>
      </w:r>
    </w:p>
    <w:p>
      <w:pPr>
        <w:pStyle w:val="ListParagraph"/>
      </w:pPr>
      <w:r>
        <w:rPr>
          <w:sz w:val="22"/>
        </w:rPr>
        <w:t>C. Rừng thảo nguyên.</w:t>
      </w:r>
    </w:p>
    <w:p>
      <w:pPr>
        <w:pStyle w:val="ListParagraph"/>
      </w:pPr>
      <w:r>
        <w:rPr>
          <w:sz w:val="22"/>
        </w:rPr>
        <w:t>D. Rừng đài nguyên.</w:t>
      </w:r>
    </w:p>
    <w:p/>
    <w:p>
      <w:r>
        <w:rPr>
          <w:b/>
          <w:sz w:val="24"/>
        </w:rPr>
        <w:t>Câu 30: Thiên nhiên nước ta phân hóa đa dạng chủ yếu theo:</w:t>
      </w:r>
    </w:p>
    <w:p>
      <w:pPr>
        <w:pStyle w:val="ListParagraph"/>
      </w:pPr>
      <w:r>
        <w:rPr>
          <w:sz w:val="22"/>
        </w:rPr>
        <w:t>A. Đông - Tây và tuổi địa chất.</w:t>
      </w:r>
    </w:p>
    <w:p>
      <w:pPr>
        <w:pStyle w:val="ListParagraph"/>
      </w:pPr>
      <w:r>
        <w:rPr>
          <w:sz w:val="22"/>
        </w:rPr>
        <w:t>B. Bắc - Nam, Đông - Tây và độ cao địa hình.</w:t>
      </w:r>
    </w:p>
    <w:p>
      <w:pPr>
        <w:pStyle w:val="ListParagraph"/>
      </w:pPr>
      <w:r>
        <w:rPr>
          <w:sz w:val="22"/>
        </w:rPr>
        <w:t>C. Vĩ độ và mùa.</w:t>
      </w:r>
    </w:p>
    <w:p>
      <w:pPr>
        <w:pStyle w:val="ListParagraph"/>
      </w:pPr>
      <w:r>
        <w:rPr>
          <w:sz w:val="22"/>
        </w:rPr>
        <w:t>D. Kinh độ và giờ.</w:t>
      </w:r>
    </w:p>
    <w:p/>
    <w:p>
      <w:r>
        <w:rPr>
          <w:b/>
          <w:sz w:val="24"/>
        </w:rPr>
        <w:t>Câu 31: Biểu hiện của tính nhiệt đới ẩm gió mùa qua sông ngòi là:</w:t>
      </w:r>
    </w:p>
    <w:p>
      <w:pPr>
        <w:pStyle w:val="ListParagraph"/>
      </w:pPr>
      <w:r>
        <w:rPr>
          <w:sz w:val="22"/>
        </w:rPr>
        <w:t>A. Sông ít nước, quanh năm.</w:t>
      </w:r>
    </w:p>
    <w:p>
      <w:pPr>
        <w:pStyle w:val="ListParagraph"/>
      </w:pPr>
      <w:r>
        <w:rPr>
          <w:sz w:val="22"/>
        </w:rPr>
        <w:t>B. Sông đóng băng về mùa đông.</w:t>
      </w:r>
    </w:p>
    <w:p>
      <w:pPr>
        <w:pStyle w:val="ListParagraph"/>
      </w:pPr>
      <w:r>
        <w:rPr>
          <w:sz w:val="22"/>
        </w:rPr>
        <w:t>C. Sông nhiều nước, giàu phù sa, mùa lũ và mùa cạn.</w:t>
      </w:r>
    </w:p>
    <w:p>
      <w:pPr>
        <w:pStyle w:val="ListParagraph"/>
      </w:pPr>
      <w:r>
        <w:rPr>
          <w:sz w:val="22"/>
        </w:rPr>
        <w:t>D. Sông chảy từ nam lên bắc.</w:t>
      </w:r>
    </w:p>
    <w:p/>
    <w:p>
      <w:r>
        <w:rPr>
          <w:b/>
          <w:sz w:val="24"/>
        </w:rPr>
        <w:t>Câu 32: Quá trình feralit hóa đất diễn ra mạnh ở nước ta là do:</w:t>
      </w:r>
    </w:p>
    <w:p>
      <w:pPr>
        <w:pStyle w:val="ListParagraph"/>
      </w:pPr>
      <w:r>
        <w:rPr>
          <w:sz w:val="22"/>
        </w:rPr>
        <w:t>A. Nhiệt độ thấp, mưa ít.</w:t>
      </w:r>
    </w:p>
    <w:p>
      <w:pPr>
        <w:pStyle w:val="ListParagraph"/>
      </w:pPr>
      <w:r>
        <w:rPr>
          <w:sz w:val="22"/>
        </w:rPr>
        <w:t>B. Đất bị ngập mặn thường xuyên.</w:t>
      </w:r>
    </w:p>
    <w:p>
      <w:pPr>
        <w:pStyle w:val="ListParagraph"/>
      </w:pPr>
      <w:r>
        <w:rPr>
          <w:sz w:val="22"/>
        </w:rPr>
        <w:t>C. Phù sa sông bồi đắp.</w:t>
      </w:r>
    </w:p>
    <w:p>
      <w:pPr>
        <w:pStyle w:val="ListParagraph"/>
      </w:pPr>
      <w:r>
        <w:rPr>
          <w:sz w:val="22"/>
        </w:rPr>
        <w:t>D. Nhiệt ẩm cao, quá trình rửa trôi các chất bazơ, tích tụ Fe và Al.</w:t>
      </w:r>
    </w:p>
    <w:p/>
    <w:p>
      <w:r>
        <w:rPr>
          <w:b/>
          <w:sz w:val="24"/>
        </w:rPr>
        <w:t>Câu 33: Nhóm đất phù sa ở nước ta chiếm khoảng bao nhiêu diện tích đất tự nhiên?</w:t>
      </w:r>
    </w:p>
    <w:p>
      <w:pPr>
        <w:pStyle w:val="ListParagraph"/>
      </w:pPr>
      <w:r>
        <w:rPr>
          <w:sz w:val="22"/>
        </w:rPr>
        <w:t>A. 24%.</w:t>
      </w:r>
    </w:p>
    <w:p>
      <w:pPr>
        <w:pStyle w:val="ListParagraph"/>
      </w:pPr>
      <w:r>
        <w:rPr>
          <w:sz w:val="22"/>
        </w:rPr>
        <w:t>B. 65%.</w:t>
      </w:r>
    </w:p>
    <w:p>
      <w:pPr>
        <w:pStyle w:val="ListParagraph"/>
      </w:pPr>
      <w:r>
        <w:rPr>
          <w:sz w:val="22"/>
        </w:rPr>
        <w:t>C. 50%.</w:t>
      </w:r>
    </w:p>
    <w:p>
      <w:pPr>
        <w:pStyle w:val="ListParagraph"/>
      </w:pPr>
      <w:r>
        <w:rPr>
          <w:sz w:val="22"/>
        </w:rPr>
        <w:t>D. 10%.</w:t>
      </w:r>
    </w:p>
    <w:p/>
    <w:p>
      <w:r>
        <w:rPr>
          <w:b/>
          <w:sz w:val="24"/>
        </w:rPr>
        <w:t>Câu 34: Rừng ngập mặn ở nước ta phát triển mạnh ở:</w:t>
      </w:r>
    </w:p>
    <w:p>
      <w:pPr>
        <w:pStyle w:val="ListParagraph"/>
      </w:pPr>
      <w:r>
        <w:rPr>
          <w:sz w:val="22"/>
        </w:rPr>
        <w:t>A. Vùng núi cao trên 2000 m.</w:t>
      </w:r>
    </w:p>
    <w:p>
      <w:pPr>
        <w:pStyle w:val="ListParagraph"/>
      </w:pPr>
      <w:r>
        <w:rPr>
          <w:sz w:val="22"/>
        </w:rPr>
        <w:t>B. Vùng đất bãi triều, cửa sông ven biển.</w:t>
      </w:r>
    </w:p>
    <w:p>
      <w:pPr>
        <w:pStyle w:val="ListParagraph"/>
      </w:pPr>
      <w:r>
        <w:rPr>
          <w:sz w:val="22"/>
        </w:rPr>
        <w:t>C. Vùng đất badan.</w:t>
      </w:r>
    </w:p>
    <w:p>
      <w:pPr>
        <w:pStyle w:val="ListParagraph"/>
      </w:pPr>
      <w:r>
        <w:rPr>
          <w:sz w:val="22"/>
        </w:rPr>
        <w:t>D. Vùng khô hạn.</w:t>
      </w:r>
    </w:p>
    <w:p/>
    <w:p>
      <w:r>
        <w:rPr>
          <w:b/>
          <w:sz w:val="24"/>
        </w:rPr>
        <w:t>Câu 35: Khí hậu nhiệt đới ẩm gió mùa có thuận lợi cho nông nghiệp nước ta là:</w:t>
      </w:r>
    </w:p>
    <w:p>
      <w:pPr>
        <w:pStyle w:val="ListParagraph"/>
      </w:pPr>
      <w:r>
        <w:rPr>
          <w:sz w:val="22"/>
        </w:rPr>
        <w:t>A. Chỉ trồng được cây ôn đới.</w:t>
      </w:r>
    </w:p>
    <w:p>
      <w:pPr>
        <w:pStyle w:val="ListParagraph"/>
      </w:pPr>
      <w:r>
        <w:rPr>
          <w:sz w:val="22"/>
        </w:rPr>
        <w:t>B. Ít sâu bệnh.</w:t>
      </w:r>
    </w:p>
    <w:p>
      <w:pPr>
        <w:pStyle w:val="ListParagraph"/>
      </w:pPr>
      <w:r>
        <w:rPr>
          <w:sz w:val="22"/>
        </w:rPr>
        <w:t>C. Đa dạng cây trồng, vật nuôi, tăng vụ, xen canh.</w:t>
      </w:r>
    </w:p>
    <w:p>
      <w:pPr>
        <w:pStyle w:val="ListParagraph"/>
      </w:pPr>
      <w:r>
        <w:rPr>
          <w:sz w:val="22"/>
        </w:rPr>
        <w:t>D. Không có thiên tai.</w:t>
      </w:r>
    </w:p>
    <w:p/>
    <w:p>
      <w:r>
        <w:rPr>
          <w:b/>
          <w:sz w:val="24"/>
        </w:rPr>
        <w:t>Câu 36: Khó khăn do khí hậu nhiệt đới ẩm gió mùa gây ra cho sản xuất nông nghiệp là:</w:t>
      </w:r>
    </w:p>
    <w:p>
      <w:pPr>
        <w:pStyle w:val="ListParagraph"/>
      </w:pPr>
      <w:r>
        <w:rPr>
          <w:sz w:val="22"/>
        </w:rPr>
        <w:t>A. Thiếu nước vào mùa mưa.</w:t>
      </w:r>
    </w:p>
    <w:p>
      <w:pPr>
        <w:pStyle w:val="ListParagraph"/>
      </w:pPr>
      <w:r>
        <w:rPr>
          <w:sz w:val="22"/>
        </w:rPr>
        <w:t>B. Tuyết rơi kéo dài.</w:t>
      </w:r>
    </w:p>
    <w:p>
      <w:pPr>
        <w:pStyle w:val="ListParagraph"/>
      </w:pPr>
      <w:r>
        <w:rPr>
          <w:sz w:val="22"/>
        </w:rPr>
        <w:t>C. Đất bị hoang mạc hóa.</w:t>
      </w:r>
    </w:p>
    <w:p>
      <w:pPr>
        <w:pStyle w:val="ListParagraph"/>
      </w:pPr>
      <w:r>
        <w:rPr>
          <w:sz w:val="22"/>
        </w:rPr>
        <w:t>D. Sâu bệnh, nấm mốc phát triển, thiên tai thường xuyên.</w:t>
      </w:r>
    </w:p>
    <w:p/>
    <w:p>
      <w:r>
        <w:rPr>
          <w:b/>
          <w:sz w:val="24"/>
        </w:rPr>
        <w:t>Câu 37: Việt Nam nằm trong múi giờ số mấy?</w:t>
      </w:r>
    </w:p>
    <w:p>
      <w:pPr>
        <w:pStyle w:val="ListParagraph"/>
      </w:pPr>
      <w:r>
        <w:rPr>
          <w:sz w:val="22"/>
        </w:rPr>
        <w:t>A. 7.</w:t>
      </w:r>
    </w:p>
    <w:p>
      <w:pPr>
        <w:pStyle w:val="ListParagraph"/>
      </w:pPr>
      <w:r>
        <w:rPr>
          <w:sz w:val="22"/>
        </w:rPr>
        <w:t>B. 8.</w:t>
      </w:r>
    </w:p>
    <w:p>
      <w:pPr>
        <w:pStyle w:val="ListParagraph"/>
      </w:pPr>
      <w:r>
        <w:rPr>
          <w:sz w:val="22"/>
        </w:rPr>
        <w:t>C. 6.</w:t>
      </w:r>
    </w:p>
    <w:p>
      <w:pPr>
        <w:pStyle w:val="ListParagraph"/>
      </w:pPr>
      <w:r>
        <w:rPr>
          <w:sz w:val="22"/>
        </w:rPr>
        <w:t>D. 9.</w:t>
      </w:r>
    </w:p>
    <w:p/>
    <w:p>
      <w:r>
        <w:rPr>
          <w:b/>
          <w:sz w:val="24"/>
        </w:rPr>
        <w:t>Câu 38: Quần đảo Hoàng Sa thuộc thành phố nào?</w:t>
      </w:r>
    </w:p>
    <w:p>
      <w:pPr>
        <w:pStyle w:val="ListParagraph"/>
      </w:pPr>
      <w:r>
        <w:rPr>
          <w:sz w:val="22"/>
        </w:rPr>
        <w:t>A. Khánh Hòa.</w:t>
      </w:r>
    </w:p>
    <w:p>
      <w:pPr>
        <w:pStyle w:val="ListParagraph"/>
      </w:pPr>
      <w:r>
        <w:rPr>
          <w:sz w:val="22"/>
        </w:rPr>
        <w:t>B. Đà Nẵng.</w:t>
      </w:r>
    </w:p>
    <w:p>
      <w:pPr>
        <w:pStyle w:val="ListParagraph"/>
      </w:pPr>
      <w:r>
        <w:rPr>
          <w:sz w:val="22"/>
        </w:rPr>
        <w:t>C. Cà Mau.</w:t>
      </w:r>
    </w:p>
    <w:p>
      <w:pPr>
        <w:pStyle w:val="ListParagraph"/>
      </w:pPr>
      <w:r>
        <w:rPr>
          <w:sz w:val="22"/>
        </w:rPr>
        <w:t>D. Hải Phòng.</w:t>
      </w:r>
    </w:p>
    <w:p/>
    <w:p>
      <w:r>
        <w:rPr>
          <w:b/>
          <w:sz w:val="24"/>
        </w:rPr>
        <w:t>Câu 39: Biển Đông ảnh hưởng đến khí hậu nước ta như thế nào?</w:t>
      </w:r>
    </w:p>
    <w:p>
      <w:pPr>
        <w:pStyle w:val="ListParagraph"/>
      </w:pPr>
      <w:r>
        <w:rPr>
          <w:sz w:val="22"/>
        </w:rPr>
        <w:t>A. Làm khí hậu khô hạn.</w:t>
      </w:r>
    </w:p>
    <w:p>
      <w:pPr>
        <w:pStyle w:val="ListParagraph"/>
      </w:pPr>
      <w:r>
        <w:rPr>
          <w:sz w:val="22"/>
        </w:rPr>
        <w:t>B. Làm nhiệt độ hạ thấp quanh năm.</w:t>
      </w:r>
    </w:p>
    <w:p>
      <w:pPr>
        <w:pStyle w:val="ListParagraph"/>
      </w:pPr>
      <w:r>
        <w:rPr>
          <w:sz w:val="22"/>
        </w:rPr>
        <w:t>C. Điều hòa nhiệt độ, tăng độ ẩm, gây mưa nhiều.</w:t>
      </w:r>
    </w:p>
    <w:p>
      <w:pPr>
        <w:pStyle w:val="ListParagraph"/>
      </w:pPr>
      <w:r>
        <w:rPr>
          <w:sz w:val="22"/>
        </w:rPr>
        <w:t>D. Không ảnh hưởng.</w:t>
      </w:r>
    </w:p>
    <w:p/>
    <w:p>
      <w:r>
        <w:rPr>
          <w:b/>
          <w:sz w:val="24"/>
        </w:rPr>
        <w:t>Câu 40: Từ Bắc vào Nam, thiên nhiên nước ta có sự phân hóa chủ yếu do:</w:t>
      </w:r>
    </w:p>
    <w:p>
      <w:pPr>
        <w:pStyle w:val="ListParagraph"/>
      </w:pPr>
      <w:r>
        <w:rPr>
          <w:sz w:val="22"/>
        </w:rPr>
        <w:t>A. Sự thay đổi kinh độ.</w:t>
      </w:r>
    </w:p>
    <w:p>
      <w:pPr>
        <w:pStyle w:val="ListParagraph"/>
      </w:pPr>
      <w:r>
        <w:rPr>
          <w:sz w:val="22"/>
        </w:rPr>
        <w:t>B. Ảnh hưởng của dòng biển nóng.</w:t>
      </w:r>
    </w:p>
    <w:p>
      <w:pPr>
        <w:pStyle w:val="ListParagraph"/>
      </w:pPr>
      <w:r>
        <w:rPr>
          <w:sz w:val="22"/>
        </w:rPr>
        <w:t>C. Sự thay đổi múi giờ.</w:t>
      </w:r>
    </w:p>
    <w:p>
      <w:pPr>
        <w:pStyle w:val="ListParagraph"/>
      </w:pPr>
      <w:r>
        <w:rPr>
          <w:sz w:val="22"/>
        </w:rPr>
        <w:t>D. Sự thay đổi vĩ độ và ảnh hưởng của địa hình.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D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C</w:t>
      </w:r>
    </w:p>
    <w:p>
      <w:r>
        <w:rPr>
          <w:b/>
        </w:rPr>
        <w:t>Câu 28: Đáp án đúng: D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C</w:t>
      </w:r>
    </w:p>
    <w:p>
      <w:r>
        <w:rPr>
          <w:b/>
        </w:rPr>
        <w:t>Câu 32: Đáp án đúng: D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C</w:t>
      </w:r>
    </w:p>
    <w:p>
      <w:r>
        <w:rPr>
          <w:b/>
        </w:rPr>
        <w:t>Câu 36: Đáp án đúng: D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C</w:t>
      </w:r>
    </w:p>
    <w:p>
      <w:r>
        <w:rPr>
          <w:b/>
        </w:rPr>
        <w:t>Câu 40: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