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15p vat li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Thì hiện tại đơn diễn tả điều gì?</w:t>
      </w:r>
    </w:p>
    <w:p>
      <w:pPr>
        <w:pStyle w:val="ListParagraph"/>
      </w:pPr>
      <w:r>
        <w:rPr>
          <w:sz w:val="22"/>
        </w:rPr>
        <w:t>A. Hành động đang xảy ra ngay lúc nói</w:t>
      </w:r>
    </w:p>
    <w:p>
      <w:pPr>
        <w:pStyle w:val="ListParagraph"/>
      </w:pPr>
      <w:r>
        <w:rPr>
          <w:sz w:val="22"/>
        </w:rPr>
        <w:t>B. Hành động đã xảy ra trong quá khứ</w:t>
      </w:r>
    </w:p>
    <w:p>
      <w:pPr>
        <w:pStyle w:val="ListParagraph"/>
      </w:pPr>
      <w:r>
        <w:rPr>
          <w:sz w:val="22"/>
        </w:rPr>
        <w:t>C. Thói quen, sự thật hiển nhiên</w:t>
      </w:r>
    </w:p>
    <w:p>
      <w:pPr>
        <w:pStyle w:val="ListParagraph"/>
      </w:pPr>
      <w:r>
        <w:rPr>
          <w:sz w:val="22"/>
        </w:rPr>
        <w:t>D. Hành động sẽ xảy ra trong tương lai</w:t>
      </w:r>
    </w:p>
    <w:p/>
    <w:p>
      <w:r>
        <w:rPr>
          <w:b/>
          <w:sz w:val="24"/>
        </w:rPr>
        <w:t>Câu 2: Công thức nào đúng cho thì hiện tại tiếp diễn?</w:t>
      </w:r>
    </w:p>
    <w:p>
      <w:pPr>
        <w:pStyle w:val="ListParagraph"/>
      </w:pPr>
      <w:r>
        <w:rPr>
          <w:sz w:val="22"/>
        </w:rPr>
        <w:t>A. S + V(s/es)</w:t>
      </w:r>
    </w:p>
    <w:p>
      <w:pPr>
        <w:pStyle w:val="ListParagraph"/>
      </w:pPr>
      <w:r>
        <w:rPr>
          <w:sz w:val="22"/>
        </w:rPr>
        <w:t>B. S + am/is/are + V-ing</w:t>
      </w:r>
    </w:p>
    <w:p>
      <w:pPr>
        <w:pStyle w:val="ListParagraph"/>
      </w:pPr>
      <w:r>
        <w:rPr>
          <w:sz w:val="22"/>
        </w:rPr>
        <w:t>C. S + have/has + V3/ed</w:t>
      </w:r>
    </w:p>
    <w:p>
      <w:pPr>
        <w:pStyle w:val="ListParagraph"/>
      </w:pPr>
      <w:r>
        <w:rPr>
          <w:sz w:val="22"/>
        </w:rPr>
        <w:t>D. S + will + V</w:t>
      </w:r>
    </w:p>
    <w:p/>
    <w:p>
      <w:r>
        <w:rPr>
          <w:b/>
          <w:sz w:val="24"/>
        </w:rPr>
        <w:t>Câu 3: Từ nào là tính từ trong các từ sau?</w:t>
      </w:r>
    </w:p>
    <w:p>
      <w:pPr>
        <w:pStyle w:val="ListParagraph"/>
      </w:pPr>
      <w:r>
        <w:rPr>
          <w:sz w:val="22"/>
        </w:rPr>
        <w:t>A. beautiful</w:t>
      </w:r>
    </w:p>
    <w:p>
      <w:pPr>
        <w:pStyle w:val="ListParagraph"/>
      </w:pPr>
      <w:r>
        <w:rPr>
          <w:sz w:val="22"/>
        </w:rPr>
        <w:t>B. beauty</w:t>
      </w:r>
    </w:p>
    <w:p>
      <w:pPr>
        <w:pStyle w:val="ListParagraph"/>
      </w:pPr>
      <w:r>
        <w:rPr>
          <w:sz w:val="22"/>
        </w:rPr>
        <w:t>C. beautify</w:t>
      </w:r>
    </w:p>
    <w:p>
      <w:pPr>
        <w:pStyle w:val="ListParagraph"/>
      </w:pPr>
      <w:r>
        <w:rPr>
          <w:sz w:val="22"/>
        </w:rPr>
        <w:t>D. beautifully</w:t>
      </w:r>
    </w:p>
    <w:p/>
    <w:p>
      <w:r>
        <w:rPr>
          <w:b/>
          <w:sz w:val="24"/>
        </w:rPr>
        <w:t>Câu 4: Chọn từ trái nghĩa với 'happy'.</w:t>
      </w:r>
    </w:p>
    <w:p>
      <w:pPr>
        <w:pStyle w:val="ListParagraph"/>
      </w:pPr>
      <w:r>
        <w:rPr>
          <w:sz w:val="22"/>
        </w:rPr>
        <w:t>A. sad</w:t>
      </w:r>
    </w:p>
    <w:p>
      <w:pPr>
        <w:pStyle w:val="ListParagraph"/>
      </w:pPr>
      <w:r>
        <w:rPr>
          <w:sz w:val="22"/>
        </w:rPr>
        <w:t>B. glad</w:t>
      </w:r>
    </w:p>
    <w:p>
      <w:pPr>
        <w:pStyle w:val="ListParagraph"/>
      </w:pPr>
      <w:r>
        <w:rPr>
          <w:sz w:val="22"/>
        </w:rPr>
        <w:t>C. joyful</w:t>
      </w:r>
    </w:p>
    <w:p>
      <w:pPr>
        <w:pStyle w:val="ListParagraph"/>
      </w:pPr>
      <w:r>
        <w:rPr>
          <w:sz w:val="22"/>
        </w:rPr>
        <w:t>D. cheerful</w:t>
      </w:r>
    </w:p>
    <w:p/>
    <w:p>
      <w:r>
        <w:rPr>
          <w:b/>
          <w:sz w:val="24"/>
        </w:rPr>
        <w:t>Câu 5: Điền vào chỗ trống: She ___ to school every day.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6: Giới từ nào điền vào chỗ trống: I am interested ___ learning English.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with</w:t>
      </w:r>
    </w:p>
    <w:p/>
    <w:p>
      <w:r>
        <w:rPr>
          <w:b/>
          <w:sz w:val="24"/>
        </w:rPr>
        <w:t>Câu 7: Câu nào là câu bị động đúng?</w:t>
      </w:r>
    </w:p>
    <w:p>
      <w:pPr>
        <w:pStyle w:val="ListParagraph"/>
      </w:pPr>
      <w:r>
        <w:rPr>
          <w:sz w:val="22"/>
        </w:rPr>
        <w:t>A. The letter was written by Mary.</w:t>
      </w:r>
    </w:p>
    <w:p>
      <w:pPr>
        <w:pStyle w:val="ListParagraph"/>
      </w:pPr>
      <w:r>
        <w:rPr>
          <w:sz w:val="22"/>
        </w:rPr>
        <w:t>B. The letter wrote by Mary.</w:t>
      </w:r>
    </w:p>
    <w:p>
      <w:pPr>
        <w:pStyle w:val="ListParagraph"/>
      </w:pPr>
      <w:r>
        <w:rPr>
          <w:sz w:val="22"/>
        </w:rPr>
        <w:t>C. The letter is write by Mary.</w:t>
      </w:r>
    </w:p>
    <w:p>
      <w:pPr>
        <w:pStyle w:val="ListParagraph"/>
      </w:pPr>
      <w:r>
        <w:rPr>
          <w:sz w:val="22"/>
        </w:rPr>
        <w:t>D. The letter writing by Mary.</w:t>
      </w:r>
    </w:p>
    <w:p/>
    <w:p>
      <w:r>
        <w:rPr>
          <w:b/>
          <w:sz w:val="24"/>
        </w:rPr>
        <w:t>Câu 8: Từ 'book' có phiên âm là gì?</w:t>
      </w:r>
    </w:p>
    <w:p>
      <w:pPr>
        <w:pStyle w:val="ListParagraph"/>
      </w:pPr>
      <w:r>
        <w:rPr>
          <w:sz w:val="22"/>
        </w:rPr>
        <w:t>A. /bʊk/</w:t>
      </w:r>
    </w:p>
    <w:p>
      <w:pPr>
        <w:pStyle w:val="ListParagraph"/>
      </w:pPr>
      <w:r>
        <w:rPr>
          <w:sz w:val="22"/>
        </w:rPr>
        <w:t>B. /buːk/</w:t>
      </w:r>
    </w:p>
    <w:p>
      <w:pPr>
        <w:pStyle w:val="ListParagraph"/>
      </w:pPr>
      <w:r>
        <w:rPr>
          <w:sz w:val="22"/>
        </w:rPr>
        <w:t>C. /bʌk/</w:t>
      </w:r>
    </w:p>
    <w:p>
      <w:pPr>
        <w:pStyle w:val="ListParagraph"/>
      </w:pPr>
      <w:r>
        <w:rPr>
          <w:sz w:val="22"/>
        </w:rPr>
        <w:t>D. /bɔːk/</w:t>
      </w:r>
    </w:p>
    <w:p/>
    <w:p>
      <w:r>
        <w:rPr>
          <w:b/>
          <w:sz w:val="24"/>
        </w:rPr>
        <w:t>Câu 9: Chọn đáp án đúng: If it ___ tomorrow, we will stay at home.</w:t>
      </w:r>
    </w:p>
    <w:p>
      <w:pPr>
        <w:pStyle w:val="ListParagraph"/>
      </w:pPr>
      <w:r>
        <w:rPr>
          <w:sz w:val="22"/>
        </w:rPr>
        <w:t>A. rains</w:t>
      </w:r>
    </w:p>
    <w:p>
      <w:pPr>
        <w:pStyle w:val="ListParagraph"/>
      </w:pPr>
      <w:r>
        <w:rPr>
          <w:sz w:val="22"/>
        </w:rPr>
        <w:t>B. will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would rain</w:t>
      </w:r>
    </w:p>
    <w:p/>
    <w:p>
      <w:r>
        <w:rPr>
          <w:b/>
          <w:sz w:val="24"/>
        </w:rPr>
        <w:t>Câu 10: Từ nào có trọng âm khác với các từ còn lại?</w:t>
      </w:r>
    </w:p>
    <w:p>
      <w:pPr>
        <w:pStyle w:val="ListParagraph"/>
      </w:pPr>
      <w:r>
        <w:rPr>
          <w:sz w:val="22"/>
        </w:rPr>
        <w:t>A. happy</w:t>
      </w:r>
    </w:p>
    <w:p>
      <w:pPr>
        <w:pStyle w:val="ListParagraph"/>
      </w:pPr>
      <w:r>
        <w:rPr>
          <w:sz w:val="22"/>
        </w:rPr>
        <w:t>B. relax</w:t>
      </w:r>
    </w:p>
    <w:p>
      <w:pPr>
        <w:pStyle w:val="ListParagraph"/>
      </w:pPr>
      <w:r>
        <w:rPr>
          <w:sz w:val="22"/>
        </w:rPr>
        <w:t>C. famous</w:t>
      </w:r>
    </w:p>
    <w:p>
      <w:pPr>
        <w:pStyle w:val="ListParagraph"/>
      </w:pPr>
      <w:r>
        <w:rPr>
          <w:sz w:val="22"/>
        </w:rPr>
        <w:t>D. music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