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kiến thức 11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Tập xác định của hàm số $y = \tan x$ là:</w:t>
      </w:r>
    </w:p>
    <w:p>
      <w:pPr>
        <w:pStyle w:val="ListParagraph"/>
      </w:pPr>
      <w:r>
        <w:rPr>
          <w:sz w:val="22"/>
        </w:rPr>
        <w:t>A. $\mathbb{R} \setminus \left\{ \frac{\pi}{2} + k\pi, k \in \mathbb{Z} \right\}$</w:t>
      </w:r>
    </w:p>
    <w:p>
      <w:pPr>
        <w:pStyle w:val="ListParagraph"/>
      </w:pPr>
      <w:r>
        <w:rPr>
          <w:sz w:val="22"/>
        </w:rPr>
        <w:t>B. $\mathbb{R} \setminus \left\{ k\pi, k \in \mathbb{Z} \right\}$</w:t>
      </w:r>
    </w:p>
    <w:p>
      <w:pPr>
        <w:pStyle w:val="ListParagraph"/>
      </w:pPr>
      <w:r>
        <w:rPr>
          <w:sz w:val="22"/>
        </w:rPr>
        <w:t>C. $\mathbb{R} \setminus \left\{ \frac{\pi}{2} + k2\pi, k \in \mathbb{Z} \right\}$</w:t>
      </w:r>
    </w:p>
    <w:p>
      <w:pPr>
        <w:pStyle w:val="ListParagraph"/>
      </w:pPr>
      <w:r>
        <w:rPr>
          <w:sz w:val="22"/>
        </w:rPr>
        <w:t>D. $\mathbb{R} \setminus \left\{ \frac{\pi}{4} + k\pi, k \in \mathbb{Z} \right\}$</w:t>
      </w:r>
    </w:p>
    <w:p/>
    <w:p>
      <w:r>
        <w:rPr>
          <w:b/>
          <w:sz w:val="24"/>
        </w:rPr>
        <w:t>Câu 2: Giá trị lớn nhất của hàm số $y = 3\sin x + 4\cos x$ là: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3: Phương trình $\sin x = \frac{1}{2}$ có nghiệm là:</w:t>
      </w:r>
    </w:p>
    <w:p>
      <w:pPr>
        <w:pStyle w:val="ListParagraph"/>
      </w:pPr>
      <w:r>
        <w:rPr>
          <w:sz w:val="22"/>
        </w:rPr>
        <w:t>A. $x = \frac{\pi}{6} + k2\pi$ hoặc $x = \frac{5\pi}{6} + k2\pi$</w:t>
      </w:r>
    </w:p>
    <w:p>
      <w:pPr>
        <w:pStyle w:val="ListParagraph"/>
      </w:pPr>
      <w:r>
        <w:rPr>
          <w:sz w:val="22"/>
        </w:rPr>
        <w:t>B. $x = \frac{\pi}{3} + k2\pi$ hoặc $x = \frac{2\pi}{3} + k2\pi$</w:t>
      </w:r>
    </w:p>
    <w:p>
      <w:pPr>
        <w:pStyle w:val="ListParagraph"/>
      </w:pPr>
      <w:r>
        <w:rPr>
          <w:sz w:val="22"/>
        </w:rPr>
        <w:t>C. $x = \frac{\pi}{6} + k\pi$ hoặc $x = \frac{5\pi}{6} + k\pi$</w:t>
      </w:r>
    </w:p>
    <w:p>
      <w:pPr>
        <w:pStyle w:val="ListParagraph"/>
      </w:pPr>
      <w:r>
        <w:rPr>
          <w:sz w:val="22"/>
        </w:rPr>
        <w:t>D. $x = \frac{\pi}{4} + k2\pi$ hoặc $x = \frac{3\pi}{4} + k2\pi$</w:t>
      </w:r>
    </w:p>
    <w:p/>
    <w:p>
      <w:r>
        <w:rPr>
          <w:b/>
          <w:sz w:val="24"/>
        </w:rPr>
        <w:t>Câu 4: Cho cấp số cộng $(u_n)$ có $u_1 = 2$ và công sai $d = 3$. Số hạng tổng quát $u_n$ là:</w:t>
      </w:r>
    </w:p>
    <w:p>
      <w:pPr>
        <w:pStyle w:val="ListParagraph"/>
      </w:pPr>
      <w:r>
        <w:rPr>
          <w:sz w:val="22"/>
        </w:rPr>
        <w:t>A. $u_n = 3n - 1$</w:t>
      </w:r>
    </w:p>
    <w:p>
      <w:pPr>
        <w:pStyle w:val="ListParagraph"/>
      </w:pPr>
      <w:r>
        <w:rPr>
          <w:sz w:val="22"/>
        </w:rPr>
        <w:t>B. $u_n = 3n + 2$</w:t>
      </w:r>
    </w:p>
    <w:p>
      <w:pPr>
        <w:pStyle w:val="ListParagraph"/>
      </w:pPr>
      <w:r>
        <w:rPr>
          <w:sz w:val="22"/>
        </w:rPr>
        <w:t>C. $u_n = 2n + 3$</w:t>
      </w:r>
    </w:p>
    <w:p>
      <w:pPr>
        <w:pStyle w:val="ListParagraph"/>
      </w:pPr>
      <w:r>
        <w:rPr>
          <w:sz w:val="22"/>
        </w:rPr>
        <w:t>D. $u_n = 2n - 1$</w:t>
      </w:r>
    </w:p>
    <w:p/>
    <w:p>
      <w:r>
        <w:rPr>
          <w:b/>
          <w:sz w:val="24"/>
        </w:rPr>
        <w:t>Câu 5: Cho cấp số nhân $(u_n)$ có $u_1 = 3$ và công bội $q = 2$. Số hạng thứ 4 của cấp số nhân là:</w:t>
      </w:r>
    </w:p>
    <w:p>
      <w:pPr>
        <w:pStyle w:val="ListParagraph"/>
      </w:pPr>
      <w:r>
        <w:rPr>
          <w:sz w:val="22"/>
        </w:rPr>
        <w:t>A. 24</w:t>
      </w:r>
    </w:p>
    <w:p>
      <w:pPr>
        <w:pStyle w:val="ListParagraph"/>
      </w:pPr>
      <w:r>
        <w:rPr>
          <w:sz w:val="22"/>
        </w:rPr>
        <w:t>B. 48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6: Trong mặt phẳng tọa độ $Oxy$, cho điểm $A(1;2)$. Ảnh của $A$ qua phép tịnh tiến theo vectơ $\vec{v} = (3;-1)$ là:</w:t>
      </w:r>
    </w:p>
    <w:p>
      <w:pPr>
        <w:pStyle w:val="ListParagraph"/>
      </w:pPr>
      <w:r>
        <w:rPr>
          <w:sz w:val="22"/>
        </w:rPr>
        <w:t>A. $A'(4;1)$</w:t>
      </w:r>
    </w:p>
    <w:p>
      <w:pPr>
        <w:pStyle w:val="ListParagraph"/>
      </w:pPr>
      <w:r>
        <w:rPr>
          <w:sz w:val="22"/>
        </w:rPr>
        <w:t>B. $A'(2;3)$</w:t>
      </w:r>
    </w:p>
    <w:p>
      <w:pPr>
        <w:pStyle w:val="ListParagraph"/>
      </w:pPr>
      <w:r>
        <w:rPr>
          <w:sz w:val="22"/>
        </w:rPr>
        <w:t>C. $A'(-2;3)$</w:t>
      </w:r>
    </w:p>
    <w:p>
      <w:pPr>
        <w:pStyle w:val="ListParagraph"/>
      </w:pPr>
      <w:r>
        <w:rPr>
          <w:sz w:val="22"/>
        </w:rPr>
        <w:t>D. $A'(4;-1)$</w:t>
      </w:r>
    </w:p>
    <w:p/>
    <w:p>
      <w:r>
        <w:rPr>
          <w:b/>
          <w:sz w:val="24"/>
        </w:rPr>
        <w:t>Câu 7: Trong mặt phẳng tọa độ $Oxy$, cho đường thẳng $d: x - 2y + 3 = 0$. Ảnh của $d$ qua phép đối xứng trục $Oy$ là đường thẳng có phương trình:</w:t>
      </w:r>
    </w:p>
    <w:p>
      <w:pPr>
        <w:pStyle w:val="ListParagraph"/>
      </w:pPr>
      <w:r>
        <w:rPr>
          <w:sz w:val="22"/>
        </w:rPr>
        <w:t>A. $x + 2y + 3 = 0$</w:t>
      </w:r>
    </w:p>
    <w:p>
      <w:pPr>
        <w:pStyle w:val="ListParagraph"/>
      </w:pPr>
      <w:r>
        <w:rPr>
          <w:sz w:val="22"/>
        </w:rPr>
        <w:t>B. $x + 2y - 3 = 0$</w:t>
      </w:r>
    </w:p>
    <w:p>
      <w:pPr>
        <w:pStyle w:val="ListParagraph"/>
      </w:pPr>
      <w:r>
        <w:rPr>
          <w:sz w:val="22"/>
        </w:rPr>
        <w:t>C. $-x - 2y + 3 = 0$</w:t>
      </w:r>
    </w:p>
    <w:p>
      <w:pPr>
        <w:pStyle w:val="ListParagraph"/>
      </w:pPr>
      <w:r>
        <w:rPr>
          <w:sz w:val="22"/>
        </w:rPr>
        <w:t>D. $x - 2y - 3 = 0$</w:t>
      </w:r>
    </w:p>
    <w:p/>
    <w:p>
      <w:r>
        <w:rPr>
          <w:b/>
          <w:sz w:val="24"/>
        </w:rPr>
        <w:t>Câu 8: Cho hình chóp $S.ABCD$ có đáy $ABCD$ là hình bình hành. Giao tuyến của hai mặt phẳng $(SAB)$ và $(SCD)$ là:</w:t>
      </w:r>
    </w:p>
    <w:p>
      <w:pPr>
        <w:pStyle w:val="ListParagraph"/>
      </w:pPr>
      <w:r>
        <w:rPr>
          <w:sz w:val="22"/>
        </w:rPr>
        <w:t>A. Đường thẳng đi qua $S$ và song song với $AB$</w:t>
      </w:r>
    </w:p>
    <w:p>
      <w:pPr>
        <w:pStyle w:val="ListParagraph"/>
      </w:pPr>
      <w:r>
        <w:rPr>
          <w:sz w:val="22"/>
        </w:rPr>
        <w:t>B. Đường thẳng $SO$ với $O$ là giao điểm của $AC$ và $BD$</w:t>
      </w:r>
    </w:p>
    <w:p>
      <w:pPr>
        <w:pStyle w:val="ListParagraph"/>
      </w:pPr>
      <w:r>
        <w:rPr>
          <w:sz w:val="22"/>
        </w:rPr>
        <w:t>C. Đường thẳng $SD$</w:t>
      </w:r>
    </w:p>
    <w:p>
      <w:pPr>
        <w:pStyle w:val="ListParagraph"/>
      </w:pPr>
      <w:r>
        <w:rPr>
          <w:sz w:val="22"/>
        </w:rPr>
        <w:t>D. Đường thẳng $SA$</w:t>
      </w:r>
    </w:p>
    <w:p/>
    <w:p>
      <w:r>
        <w:rPr>
          <w:b/>
          <w:sz w:val="24"/>
        </w:rPr>
        <w:t>Câu 9: Cho tứ diện $ABCD$. Gọi $M, N$ lần lượt là trung điểm của $AB$ và $AC$. Khẳng định nào sau đây đúng?</w:t>
      </w:r>
    </w:p>
    <w:p>
      <w:pPr>
        <w:pStyle w:val="ListParagraph"/>
      </w:pPr>
      <w:r>
        <w:rPr>
          <w:sz w:val="22"/>
        </w:rPr>
        <w:t>A. $MN \parallel (BCD)$</w:t>
      </w:r>
    </w:p>
    <w:p>
      <w:pPr>
        <w:pStyle w:val="ListParagraph"/>
      </w:pPr>
      <w:r>
        <w:rPr>
          <w:sz w:val="22"/>
        </w:rPr>
        <w:t>B. $MN \parallel (ABC)$</w:t>
      </w:r>
    </w:p>
    <w:p>
      <w:pPr>
        <w:pStyle w:val="ListParagraph"/>
      </w:pPr>
      <w:r>
        <w:rPr>
          <w:sz w:val="22"/>
        </w:rPr>
        <w:t>C. $MN \parallel (ABD)$</w:t>
      </w:r>
    </w:p>
    <w:p>
      <w:pPr>
        <w:pStyle w:val="ListParagraph"/>
      </w:pPr>
      <w:r>
        <w:rPr>
          <w:sz w:val="22"/>
        </w:rPr>
        <w:t>D. $MN \parallel (ACD)$</w:t>
      </w:r>
    </w:p>
    <w:p/>
    <w:p>
      <w:r>
        <w:rPr>
          <w:b/>
          <w:sz w:val="24"/>
        </w:rPr>
        <w:t>Câu 10: Cho hình chóp $S.ABCD$ có đáy $ABCD$ là hình thoi tâm $O$, $SA = SC$. Khẳng định nào sau đây đúng?</w:t>
      </w:r>
    </w:p>
    <w:p>
      <w:pPr>
        <w:pStyle w:val="ListParagraph"/>
      </w:pPr>
      <w:r>
        <w:rPr>
          <w:sz w:val="22"/>
        </w:rPr>
        <w:t>A. $SO \perp (ABCD)$</w:t>
      </w:r>
    </w:p>
    <w:p>
      <w:pPr>
        <w:pStyle w:val="ListParagraph"/>
      </w:pPr>
      <w:r>
        <w:rPr>
          <w:sz w:val="22"/>
        </w:rPr>
        <w:t>B. $SA \perp (ABCD)$</w:t>
      </w:r>
    </w:p>
    <w:p>
      <w:pPr>
        <w:pStyle w:val="ListParagraph"/>
      </w:pPr>
      <w:r>
        <w:rPr>
          <w:sz w:val="22"/>
        </w:rPr>
        <w:t>C. $SB \perp (ABCD)$</w:t>
      </w:r>
    </w:p>
    <w:p>
      <w:pPr>
        <w:pStyle w:val="ListParagraph"/>
      </w:pPr>
      <w:r>
        <w:rPr>
          <w:sz w:val="22"/>
        </w:rPr>
        <w:t>D. $SC \perp (ABCD)$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