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15’ Tiếng Anh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Từ "fox" có phiên âm là gì?</w:t>
      </w:r>
    </w:p>
    <w:p>
      <w:pPr>
        <w:pStyle w:val="ListParagraph"/>
      </w:pPr>
      <w:r>
        <w:rPr>
          <w:sz w:val="22"/>
        </w:rPr>
        <w:t>A. /fɒks/</w:t>
      </w:r>
    </w:p>
    <w:p>
      <w:pPr>
        <w:pStyle w:val="ListParagraph"/>
      </w:pPr>
      <w:r>
        <w:rPr>
          <w:sz w:val="22"/>
        </w:rPr>
        <w:t>B. /fɔːks/</w:t>
      </w:r>
    </w:p>
    <w:p>
      <w:pPr>
        <w:pStyle w:val="ListParagraph"/>
      </w:pPr>
      <w:r>
        <w:rPr>
          <w:sz w:val="22"/>
        </w:rPr>
        <w:t>C. /fəʊks/</w:t>
      </w:r>
    </w:p>
    <w:p>
      <w:pPr>
        <w:pStyle w:val="ListParagraph"/>
      </w:pPr>
      <w:r>
        <w:rPr>
          <w:sz w:val="22"/>
        </w:rPr>
        <w:t>D. /fʌks/</w:t>
      </w:r>
    </w:p>
    <w:p/>
    <w:p>
      <w:r>
        <w:rPr>
          <w:b/>
          <w:sz w:val="24"/>
        </w:rPr>
        <w:t>Câu 2: Từ "wolf" có phiên âm là gì?</w:t>
      </w:r>
    </w:p>
    <w:p>
      <w:pPr>
        <w:pStyle w:val="ListParagraph"/>
      </w:pPr>
      <w:r>
        <w:rPr>
          <w:sz w:val="22"/>
        </w:rPr>
        <w:t>A. /wʊlf/</w:t>
      </w:r>
    </w:p>
    <w:p>
      <w:pPr>
        <w:pStyle w:val="ListParagraph"/>
      </w:pPr>
      <w:r>
        <w:rPr>
          <w:sz w:val="22"/>
        </w:rPr>
        <w:t>B. /wɔːlf/</w:t>
      </w:r>
    </w:p>
    <w:p>
      <w:pPr>
        <w:pStyle w:val="ListParagraph"/>
      </w:pPr>
      <w:r>
        <w:rPr>
          <w:sz w:val="22"/>
        </w:rPr>
        <w:t>C. /wəʊlf/</w:t>
      </w:r>
    </w:p>
    <w:p>
      <w:pPr>
        <w:pStyle w:val="ListParagraph"/>
      </w:pPr>
      <w:r>
        <w:rPr>
          <w:sz w:val="22"/>
        </w:rPr>
        <w:t>D. /wʌlf/</w:t>
      </w:r>
    </w:p>
    <w:p/>
    <w:p>
      <w:r>
        <w:rPr>
          <w:b/>
          <w:sz w:val="24"/>
        </w:rPr>
        <w:t>Câu 3: Từ "dinosaur" có phiên âm là gì?</w:t>
      </w:r>
    </w:p>
    <w:p>
      <w:pPr>
        <w:pStyle w:val="ListParagraph"/>
      </w:pPr>
      <w:r>
        <w:rPr>
          <w:sz w:val="22"/>
        </w:rPr>
        <w:t>A. /ˈdaɪnəsɔːr/</w:t>
      </w:r>
    </w:p>
    <w:p>
      <w:pPr>
        <w:pStyle w:val="ListParagraph"/>
      </w:pPr>
      <w:r>
        <w:rPr>
          <w:sz w:val="22"/>
        </w:rPr>
        <w:t>B. /ˈdaɪnəʊsɔːr/</w:t>
      </w:r>
    </w:p>
    <w:p>
      <w:pPr>
        <w:pStyle w:val="ListParagraph"/>
      </w:pPr>
      <w:r>
        <w:rPr>
          <w:sz w:val="22"/>
        </w:rPr>
        <w:t>C. /ˈdiːnəsɔːr/</w:t>
      </w:r>
    </w:p>
    <w:p>
      <w:pPr>
        <w:pStyle w:val="ListParagraph"/>
      </w:pPr>
      <w:r>
        <w:rPr>
          <w:sz w:val="22"/>
        </w:rPr>
        <w:t>D. /ˈdaɪnəsər/</w:t>
      </w:r>
    </w:p>
    <w:p/>
    <w:p>
      <w:r>
        <w:rPr>
          <w:b/>
          <w:sz w:val="24"/>
        </w:rPr>
        <w:t>Câu 4: Từ "crab" có phiên âm là gì?</w:t>
      </w:r>
    </w:p>
    <w:p>
      <w:pPr>
        <w:pStyle w:val="ListParagraph"/>
      </w:pPr>
      <w:r>
        <w:rPr>
          <w:sz w:val="22"/>
        </w:rPr>
        <w:t>A. /kræb/</w:t>
      </w:r>
    </w:p>
    <w:p>
      <w:pPr>
        <w:pStyle w:val="ListParagraph"/>
      </w:pPr>
      <w:r>
        <w:rPr>
          <w:sz w:val="22"/>
        </w:rPr>
        <w:t>B. /krɑːb/</w:t>
      </w:r>
    </w:p>
    <w:p>
      <w:pPr>
        <w:pStyle w:val="ListParagraph"/>
      </w:pPr>
      <w:r>
        <w:rPr>
          <w:sz w:val="22"/>
        </w:rPr>
        <w:t>C. /kreɪb/</w:t>
      </w:r>
    </w:p>
    <w:p>
      <w:pPr>
        <w:pStyle w:val="ListParagraph"/>
      </w:pPr>
      <w:r>
        <w:rPr>
          <w:sz w:val="22"/>
        </w:rPr>
        <w:t>D. /krʌb/</w:t>
      </w:r>
    </w:p>
    <w:p/>
    <w:p>
      <w:r>
        <w:rPr>
          <w:b/>
          <w:sz w:val="24"/>
        </w:rPr>
        <w:t>Câu 5: Từ "snail" có phiên âm là gì?</w:t>
      </w:r>
    </w:p>
    <w:p>
      <w:pPr>
        <w:pStyle w:val="ListParagraph"/>
      </w:pPr>
      <w:r>
        <w:rPr>
          <w:sz w:val="22"/>
        </w:rPr>
        <w:t>A. /sneɪl/</w:t>
      </w:r>
    </w:p>
    <w:p>
      <w:pPr>
        <w:pStyle w:val="ListParagraph"/>
      </w:pPr>
      <w:r>
        <w:rPr>
          <w:sz w:val="22"/>
        </w:rPr>
        <w:t>B. /snaɪl/</w:t>
      </w:r>
    </w:p>
    <w:p>
      <w:pPr>
        <w:pStyle w:val="ListParagraph"/>
      </w:pPr>
      <w:r>
        <w:rPr>
          <w:sz w:val="22"/>
        </w:rPr>
        <w:t>C. /snɔɪl/</w:t>
      </w:r>
    </w:p>
    <w:p>
      <w:pPr>
        <w:pStyle w:val="ListParagraph"/>
      </w:pPr>
      <w:r>
        <w:rPr>
          <w:sz w:val="22"/>
        </w:rPr>
        <w:t>D. /sniːl/</w:t>
      </w:r>
    </w:p>
    <w:p/>
    <w:p>
      <w:r>
        <w:rPr>
          <w:b/>
          <w:sz w:val="24"/>
        </w:rPr>
        <w:t>Câu 6: Từ "frog" có phiên âm là gì?</w:t>
      </w:r>
    </w:p>
    <w:p>
      <w:pPr>
        <w:pStyle w:val="ListParagraph"/>
      </w:pPr>
      <w:r>
        <w:rPr>
          <w:sz w:val="22"/>
        </w:rPr>
        <w:t>A. /frɒɡ/</w:t>
      </w:r>
    </w:p>
    <w:p>
      <w:pPr>
        <w:pStyle w:val="ListParagraph"/>
      </w:pPr>
      <w:r>
        <w:rPr>
          <w:sz w:val="22"/>
        </w:rPr>
        <w:t>B. /frɔːɡ/</w:t>
      </w:r>
    </w:p>
    <w:p>
      <w:pPr>
        <w:pStyle w:val="ListParagraph"/>
      </w:pPr>
      <w:r>
        <w:rPr>
          <w:sz w:val="22"/>
        </w:rPr>
        <w:t>C. /frəʊɡ/</w:t>
      </w:r>
    </w:p>
    <w:p>
      <w:pPr>
        <w:pStyle w:val="ListParagraph"/>
      </w:pPr>
      <w:r>
        <w:rPr>
          <w:sz w:val="22"/>
        </w:rPr>
        <w:t>D. /frʌɡ/</w:t>
      </w:r>
    </w:p>
    <w:p/>
    <w:p>
      <w:r>
        <w:rPr>
          <w:b/>
          <w:sz w:val="24"/>
        </w:rPr>
        <w:t>Câu 7: Từ "toad" có phiên âm là gì?</w:t>
      </w:r>
    </w:p>
    <w:p>
      <w:pPr>
        <w:pStyle w:val="ListParagraph"/>
      </w:pPr>
      <w:r>
        <w:rPr>
          <w:sz w:val="22"/>
        </w:rPr>
        <w:t>A. /təʊd/</w:t>
      </w:r>
    </w:p>
    <w:p>
      <w:pPr>
        <w:pStyle w:val="ListParagraph"/>
      </w:pPr>
      <w:r>
        <w:rPr>
          <w:sz w:val="22"/>
        </w:rPr>
        <w:t>B. /taʊd/</w:t>
      </w:r>
    </w:p>
    <w:p>
      <w:pPr>
        <w:pStyle w:val="ListParagraph"/>
      </w:pPr>
      <w:r>
        <w:rPr>
          <w:sz w:val="22"/>
        </w:rPr>
        <w:t>C. /tɔːd/</w:t>
      </w:r>
    </w:p>
    <w:p>
      <w:pPr>
        <w:pStyle w:val="ListParagraph"/>
      </w:pPr>
      <w:r>
        <w:rPr>
          <w:sz w:val="22"/>
        </w:rPr>
        <w:t>D. /tuːd/</w:t>
      </w:r>
    </w:p>
    <w:p/>
    <w:p>
      <w:r>
        <w:rPr>
          <w:b/>
          <w:sz w:val="24"/>
        </w:rPr>
        <w:t>Câu 8: Từ "jelly fish" có phiên âm là gì?</w:t>
      </w:r>
    </w:p>
    <w:p>
      <w:pPr>
        <w:pStyle w:val="ListParagraph"/>
      </w:pPr>
      <w:r>
        <w:rPr>
          <w:sz w:val="22"/>
        </w:rPr>
        <w:t>A. /ˈdʒelifɪʃ/</w:t>
      </w:r>
    </w:p>
    <w:p>
      <w:pPr>
        <w:pStyle w:val="ListParagraph"/>
      </w:pPr>
      <w:r>
        <w:rPr>
          <w:sz w:val="22"/>
        </w:rPr>
        <w:t>B. /ˈdʒelɪfaɪ/</w:t>
      </w:r>
    </w:p>
    <w:p>
      <w:pPr>
        <w:pStyle w:val="ListParagraph"/>
      </w:pPr>
      <w:r>
        <w:rPr>
          <w:sz w:val="22"/>
        </w:rPr>
        <w:t>C. /ˈdʒeliːfɪʃ/</w:t>
      </w:r>
    </w:p>
    <w:p>
      <w:pPr>
        <w:pStyle w:val="ListParagraph"/>
      </w:pPr>
      <w:r>
        <w:rPr>
          <w:sz w:val="22"/>
        </w:rPr>
        <w:t>D. /ˈdʒəlifɪʃ/</w:t>
      </w:r>
    </w:p>
    <w:p/>
    <w:p>
      <w:r>
        <w:rPr>
          <w:b/>
          <w:sz w:val="24"/>
        </w:rPr>
        <w:t>Câu 9: Từ "camel" có phiên âm là gì?</w:t>
      </w:r>
    </w:p>
    <w:p>
      <w:pPr>
        <w:pStyle w:val="ListParagraph"/>
      </w:pPr>
      <w:r>
        <w:rPr>
          <w:sz w:val="22"/>
        </w:rPr>
        <w:t>A. /ˈkæməl/</w:t>
      </w:r>
    </w:p>
    <w:p>
      <w:pPr>
        <w:pStyle w:val="ListParagraph"/>
      </w:pPr>
      <w:r>
        <w:rPr>
          <w:sz w:val="22"/>
        </w:rPr>
        <w:t>B. /ˈkɑːməl/</w:t>
      </w:r>
    </w:p>
    <w:p>
      <w:pPr>
        <w:pStyle w:val="ListParagraph"/>
      </w:pPr>
      <w:r>
        <w:rPr>
          <w:sz w:val="22"/>
        </w:rPr>
        <w:t>C. /ˈkeɪməl/</w:t>
      </w:r>
    </w:p>
    <w:p>
      <w:pPr>
        <w:pStyle w:val="ListParagraph"/>
      </w:pPr>
      <w:r>
        <w:rPr>
          <w:sz w:val="22"/>
        </w:rPr>
        <w:t>D. /ˈkʌməl/</w:t>
      </w:r>
    </w:p>
    <w:p/>
    <w:p>
      <w:r>
        <w:rPr>
          <w:b/>
          <w:sz w:val="24"/>
        </w:rPr>
        <w:t>Câu 10: Từ "eagle" có phiên âm là gì?</w:t>
      </w:r>
    </w:p>
    <w:p>
      <w:pPr>
        <w:pStyle w:val="ListParagraph"/>
      </w:pPr>
      <w:r>
        <w:rPr>
          <w:sz w:val="22"/>
        </w:rPr>
        <w:t>A. /ˈiːɡəl/</w:t>
      </w:r>
    </w:p>
    <w:p>
      <w:pPr>
        <w:pStyle w:val="ListParagraph"/>
      </w:pPr>
      <w:r>
        <w:rPr>
          <w:sz w:val="22"/>
        </w:rPr>
        <w:t>B. /ˈɪɡəl/</w:t>
      </w:r>
    </w:p>
    <w:p>
      <w:pPr>
        <w:pStyle w:val="ListParagraph"/>
      </w:pPr>
      <w:r>
        <w:rPr>
          <w:sz w:val="22"/>
        </w:rPr>
        <w:t>C. /ˈeɪɡəl/</w:t>
      </w:r>
    </w:p>
    <w:p>
      <w:pPr>
        <w:pStyle w:val="ListParagraph"/>
      </w:pPr>
      <w:r>
        <w:rPr>
          <w:sz w:val="22"/>
        </w:rPr>
        <w:t>D. /ˈaɪɡəl/</w:t>
      </w:r>
    </w:p>
    <w:p/>
    <w:p>
      <w:r>
        <w:rPr>
          <w:b/>
          <w:sz w:val="24"/>
        </w:rPr>
        <w:t>Câu 11: Từ "goat" có phiên âm là gì?</w:t>
      </w:r>
    </w:p>
    <w:p>
      <w:pPr>
        <w:pStyle w:val="ListParagraph"/>
      </w:pPr>
      <w:r>
        <w:rPr>
          <w:sz w:val="22"/>
        </w:rPr>
        <w:t>A. /ɡəʊt/</w:t>
      </w:r>
    </w:p>
    <w:p>
      <w:pPr>
        <w:pStyle w:val="ListParagraph"/>
      </w:pPr>
      <w:r>
        <w:rPr>
          <w:sz w:val="22"/>
        </w:rPr>
        <w:t>B. /ɡaʊt/</w:t>
      </w:r>
    </w:p>
    <w:p>
      <w:pPr>
        <w:pStyle w:val="ListParagraph"/>
      </w:pPr>
      <w:r>
        <w:rPr>
          <w:sz w:val="22"/>
        </w:rPr>
        <w:t>C. /ɡɔːt/</w:t>
      </w:r>
    </w:p>
    <w:p>
      <w:pPr>
        <w:pStyle w:val="ListParagraph"/>
      </w:pPr>
      <w:r>
        <w:rPr>
          <w:sz w:val="22"/>
        </w:rPr>
        <w:t>D. /ɡuːt/</w:t>
      </w:r>
    </w:p>
    <w:p/>
    <w:p>
      <w:r>
        <w:rPr>
          <w:b/>
          <w:sz w:val="24"/>
        </w:rPr>
        <w:t>Câu 12: Từ "goose" có phiên âm là gì?</w:t>
      </w:r>
    </w:p>
    <w:p>
      <w:pPr>
        <w:pStyle w:val="ListParagraph"/>
      </w:pPr>
      <w:r>
        <w:rPr>
          <w:sz w:val="22"/>
        </w:rPr>
        <w:t>A. /ɡuːs/</w:t>
      </w:r>
    </w:p>
    <w:p>
      <w:pPr>
        <w:pStyle w:val="ListParagraph"/>
      </w:pPr>
      <w:r>
        <w:rPr>
          <w:sz w:val="22"/>
        </w:rPr>
        <w:t>B. /ɡʊs/</w:t>
      </w:r>
    </w:p>
    <w:p>
      <w:pPr>
        <w:pStyle w:val="ListParagraph"/>
      </w:pPr>
      <w:r>
        <w:rPr>
          <w:sz w:val="22"/>
        </w:rPr>
        <w:t>C. /ɡəʊs/</w:t>
      </w:r>
    </w:p>
    <w:p>
      <w:pPr>
        <w:pStyle w:val="ListParagraph"/>
      </w:pPr>
      <w:r>
        <w:rPr>
          <w:sz w:val="22"/>
        </w:rPr>
        <w:t>D. /ɡaʊs/</w:t>
      </w:r>
    </w:p>
    <w:p/>
    <w:p>
      <w:r>
        <w:rPr>
          <w:b/>
          <w:sz w:val="24"/>
        </w:rPr>
        <w:t>Câu 13: Từ "owl" có phiên âm là gì?</w:t>
      </w:r>
    </w:p>
    <w:p>
      <w:pPr>
        <w:pStyle w:val="ListParagraph"/>
      </w:pPr>
      <w:r>
        <w:rPr>
          <w:sz w:val="22"/>
        </w:rPr>
        <w:t>A. /aʊl/</w:t>
      </w:r>
    </w:p>
    <w:p>
      <w:pPr>
        <w:pStyle w:val="ListParagraph"/>
      </w:pPr>
      <w:r>
        <w:rPr>
          <w:sz w:val="22"/>
        </w:rPr>
        <w:t>B. /əʊl/</w:t>
      </w:r>
    </w:p>
    <w:p>
      <w:pPr>
        <w:pStyle w:val="ListParagraph"/>
      </w:pPr>
      <w:r>
        <w:rPr>
          <w:sz w:val="22"/>
        </w:rPr>
        <w:t>C. /ɔːl/</w:t>
      </w:r>
    </w:p>
    <w:p>
      <w:pPr>
        <w:pStyle w:val="ListParagraph"/>
      </w:pPr>
      <w:r>
        <w:rPr>
          <w:sz w:val="22"/>
        </w:rPr>
        <w:t>D. /uːl/</w:t>
      </w:r>
    </w:p>
    <w:p/>
    <w:p>
      <w:r>
        <w:rPr>
          <w:b/>
          <w:sz w:val="24"/>
        </w:rPr>
        <w:t>Câu 14: Từ "turtle" có phiên âm là gì?</w:t>
      </w:r>
    </w:p>
    <w:p>
      <w:pPr>
        <w:pStyle w:val="ListParagraph"/>
      </w:pPr>
      <w:r>
        <w:rPr>
          <w:sz w:val="22"/>
        </w:rPr>
        <w:t>A. /ˈtɜːrtl/</w:t>
      </w:r>
    </w:p>
    <w:p>
      <w:pPr>
        <w:pStyle w:val="ListParagraph"/>
      </w:pPr>
      <w:r>
        <w:rPr>
          <w:sz w:val="22"/>
        </w:rPr>
        <w:t>B. /ˈtɔːrtl/</w:t>
      </w:r>
    </w:p>
    <w:p>
      <w:pPr>
        <w:pStyle w:val="ListParagraph"/>
      </w:pPr>
      <w:r>
        <w:rPr>
          <w:sz w:val="22"/>
        </w:rPr>
        <w:t>C. /ˈtɑːrtl/</w:t>
      </w:r>
    </w:p>
    <w:p>
      <w:pPr>
        <w:pStyle w:val="ListParagraph"/>
      </w:pPr>
      <w:r>
        <w:rPr>
          <w:sz w:val="22"/>
        </w:rPr>
        <w:t>D. /ˈtʊərtl/</w:t>
      </w:r>
    </w:p>
    <w:p/>
    <w:p>
      <w:r>
        <w:rPr>
          <w:b/>
          <w:sz w:val="24"/>
        </w:rPr>
        <w:t>Câu 15: Từ "horse" có phiên âm là gì?</w:t>
      </w:r>
    </w:p>
    <w:p>
      <w:pPr>
        <w:pStyle w:val="ListParagraph"/>
      </w:pPr>
      <w:r>
        <w:rPr>
          <w:sz w:val="22"/>
        </w:rPr>
        <w:t>A. /hɔːrs/</w:t>
      </w:r>
    </w:p>
    <w:p>
      <w:pPr>
        <w:pStyle w:val="ListParagraph"/>
      </w:pPr>
      <w:r>
        <w:rPr>
          <w:sz w:val="22"/>
        </w:rPr>
        <w:t>B. /hɜːrs/</w:t>
      </w:r>
    </w:p>
    <w:p>
      <w:pPr>
        <w:pStyle w:val="ListParagraph"/>
      </w:pPr>
      <w:r>
        <w:rPr>
          <w:sz w:val="22"/>
        </w:rPr>
        <w:t>C. /hɑːrs/</w:t>
      </w:r>
    </w:p>
    <w:p>
      <w:pPr>
        <w:pStyle w:val="ListParagraph"/>
      </w:pPr>
      <w:r>
        <w:rPr>
          <w:sz w:val="22"/>
        </w:rPr>
        <w:t>D. /hʊərs/</w:t>
      </w:r>
    </w:p>
    <w:p/>
    <w:p>
      <w:r>
        <w:rPr>
          <w:b/>
          <w:sz w:val="24"/>
        </w:rPr>
        <w:t>Câu 16: Từ "hedgehog" có phiên âm là gì?</w:t>
      </w:r>
    </w:p>
    <w:p>
      <w:pPr>
        <w:pStyle w:val="ListParagraph"/>
      </w:pPr>
      <w:r>
        <w:rPr>
          <w:sz w:val="22"/>
        </w:rPr>
        <w:t>A. /ˈhedʒhɒɡ/</w:t>
      </w:r>
    </w:p>
    <w:p>
      <w:pPr>
        <w:pStyle w:val="ListParagraph"/>
      </w:pPr>
      <w:r>
        <w:rPr>
          <w:sz w:val="22"/>
        </w:rPr>
        <w:t>B. /ˈhedʒhɔːɡ/</w:t>
      </w:r>
    </w:p>
    <w:p>
      <w:pPr>
        <w:pStyle w:val="ListParagraph"/>
      </w:pPr>
      <w:r>
        <w:rPr>
          <w:sz w:val="22"/>
        </w:rPr>
        <w:t>C. /ˈhedʒhəʊɡ/</w:t>
      </w:r>
    </w:p>
    <w:p>
      <w:pPr>
        <w:pStyle w:val="ListParagraph"/>
      </w:pPr>
      <w:r>
        <w:rPr>
          <w:sz w:val="22"/>
        </w:rPr>
        <w:t>D. /ˈhedʒhʌɡ/</w:t>
      </w:r>
    </w:p>
    <w:p/>
    <w:p>
      <w:r>
        <w:rPr>
          <w:b/>
          <w:sz w:val="24"/>
        </w:rPr>
        <w:t>Câu 17: Từ "python" có phiên âm là gì?</w:t>
      </w:r>
    </w:p>
    <w:p>
      <w:pPr>
        <w:pStyle w:val="ListParagraph"/>
      </w:pPr>
      <w:r>
        <w:rPr>
          <w:sz w:val="22"/>
        </w:rPr>
        <w:t>A. /ˈpaɪθən/</w:t>
      </w:r>
    </w:p>
    <w:p>
      <w:pPr>
        <w:pStyle w:val="ListParagraph"/>
      </w:pPr>
      <w:r>
        <w:rPr>
          <w:sz w:val="22"/>
        </w:rPr>
        <w:t>B. /ˈpɪθən/</w:t>
      </w:r>
    </w:p>
    <w:p>
      <w:pPr>
        <w:pStyle w:val="ListParagraph"/>
      </w:pPr>
      <w:r>
        <w:rPr>
          <w:sz w:val="22"/>
        </w:rPr>
        <w:t>C. /ˈpiːθən/</w:t>
      </w:r>
    </w:p>
    <w:p>
      <w:pPr>
        <w:pStyle w:val="ListParagraph"/>
      </w:pPr>
      <w:r>
        <w:rPr>
          <w:sz w:val="22"/>
        </w:rPr>
        <w:t>D. /ˈpeɪθən/</w:t>
      </w:r>
    </w:p>
    <w:p/>
    <w:p>
      <w:r>
        <w:rPr>
          <w:b/>
          <w:sz w:val="24"/>
        </w:rPr>
        <w:t>Câu 18: Từ "mouse" có phiên âm là gì?</w:t>
      </w:r>
    </w:p>
    <w:p>
      <w:pPr>
        <w:pStyle w:val="ListParagraph"/>
      </w:pPr>
      <w:r>
        <w:rPr>
          <w:sz w:val="22"/>
        </w:rPr>
        <w:t>A. /maʊs/</w:t>
      </w:r>
    </w:p>
    <w:p>
      <w:pPr>
        <w:pStyle w:val="ListParagraph"/>
      </w:pPr>
      <w:r>
        <w:rPr>
          <w:sz w:val="22"/>
        </w:rPr>
        <w:t>B. /məʊs/</w:t>
      </w:r>
    </w:p>
    <w:p>
      <w:pPr>
        <w:pStyle w:val="ListParagraph"/>
      </w:pPr>
      <w:r>
        <w:rPr>
          <w:sz w:val="22"/>
        </w:rPr>
        <w:t>C. /mɔːs/</w:t>
      </w:r>
    </w:p>
    <w:p>
      <w:pPr>
        <w:pStyle w:val="ListParagraph"/>
      </w:pPr>
      <w:r>
        <w:rPr>
          <w:sz w:val="22"/>
        </w:rPr>
        <w:t>D. /muːs/</w:t>
      </w:r>
    </w:p>
    <w:p/>
    <w:p>
      <w:r>
        <w:rPr>
          <w:b/>
          <w:sz w:val="24"/>
        </w:rPr>
        <w:t>Câu 19: Từ "mosquito" có phiên âm là gì?</w:t>
      </w:r>
    </w:p>
    <w:p>
      <w:pPr>
        <w:pStyle w:val="ListParagraph"/>
      </w:pPr>
      <w:r>
        <w:rPr>
          <w:sz w:val="22"/>
        </w:rPr>
        <w:t>A. /məˈskiːtəʊ/</w:t>
      </w:r>
    </w:p>
    <w:p>
      <w:pPr>
        <w:pStyle w:val="ListParagraph"/>
      </w:pPr>
      <w:r>
        <w:rPr>
          <w:sz w:val="22"/>
        </w:rPr>
        <w:t>B. /mɒsˈkiːtəʊ/</w:t>
      </w:r>
    </w:p>
    <w:p>
      <w:pPr>
        <w:pStyle w:val="ListParagraph"/>
      </w:pPr>
      <w:r>
        <w:rPr>
          <w:sz w:val="22"/>
        </w:rPr>
        <w:t>C. /mʌsˈkiːtəʊ/</w:t>
      </w:r>
    </w:p>
    <w:p>
      <w:pPr>
        <w:pStyle w:val="ListParagraph"/>
      </w:pPr>
      <w:r>
        <w:rPr>
          <w:sz w:val="22"/>
        </w:rPr>
        <w:t>D. /mɪsˈkiːtəʊ/</w:t>
      </w:r>
    </w:p>
    <w:p/>
    <w:p>
      <w:r>
        <w:rPr>
          <w:b/>
          <w:sz w:val="24"/>
        </w:rPr>
        <w:t>Câu 20: Từ "fly" có phiên âm là gì?</w:t>
      </w:r>
    </w:p>
    <w:p>
      <w:pPr>
        <w:pStyle w:val="ListParagraph"/>
      </w:pPr>
      <w:r>
        <w:rPr>
          <w:sz w:val="22"/>
        </w:rPr>
        <w:t>A. /flaɪ/</w:t>
      </w:r>
    </w:p>
    <w:p>
      <w:pPr>
        <w:pStyle w:val="ListParagraph"/>
      </w:pPr>
      <w:r>
        <w:rPr>
          <w:sz w:val="22"/>
        </w:rPr>
        <w:t>B. /fleɪ/</w:t>
      </w:r>
    </w:p>
    <w:p>
      <w:pPr>
        <w:pStyle w:val="ListParagraph"/>
      </w:pPr>
      <w:r>
        <w:rPr>
          <w:sz w:val="22"/>
        </w:rPr>
        <w:t>C. /flɔɪ/</w:t>
      </w:r>
    </w:p>
    <w:p>
      <w:pPr>
        <w:pStyle w:val="ListParagraph"/>
      </w:pPr>
      <w:r>
        <w:rPr>
          <w:sz w:val="22"/>
        </w:rPr>
        <w:t>D. /fliː/</w:t>
      </w:r>
    </w:p>
    <w:p/>
    <w:p>
      <w:r>
        <w:rPr>
          <w:b/>
          <w:sz w:val="24"/>
        </w:rPr>
        <w:t>Câu 21: Từ "dragonfly" có phiên âm là gì?</w:t>
      </w:r>
    </w:p>
    <w:p>
      <w:pPr>
        <w:pStyle w:val="ListParagraph"/>
      </w:pPr>
      <w:r>
        <w:rPr>
          <w:sz w:val="22"/>
        </w:rPr>
        <w:t>A. /ˈdræɡənflaɪ/</w:t>
      </w:r>
    </w:p>
    <w:p>
      <w:pPr>
        <w:pStyle w:val="ListParagraph"/>
      </w:pPr>
      <w:r>
        <w:rPr>
          <w:sz w:val="22"/>
        </w:rPr>
        <w:t>B. /ˈdræɡənfleɪ/</w:t>
      </w:r>
    </w:p>
    <w:p>
      <w:pPr>
        <w:pStyle w:val="ListParagraph"/>
      </w:pPr>
      <w:r>
        <w:rPr>
          <w:sz w:val="22"/>
        </w:rPr>
        <w:t>C. /ˈdræɡənflɔɪ/</w:t>
      </w:r>
    </w:p>
    <w:p>
      <w:pPr>
        <w:pStyle w:val="ListParagraph"/>
      </w:pPr>
      <w:r>
        <w:rPr>
          <w:sz w:val="22"/>
        </w:rPr>
        <w:t>D. /ˈdræɡənfliː/</w:t>
      </w:r>
    </w:p>
    <w:p/>
    <w:p>
      <w:r>
        <w:rPr>
          <w:b/>
          <w:sz w:val="24"/>
        </w:rPr>
        <w:t>Câu 22: Từ "grasshopper" có phiên âm là gì?</w:t>
      </w:r>
    </w:p>
    <w:p>
      <w:pPr>
        <w:pStyle w:val="ListParagraph"/>
      </w:pPr>
      <w:r>
        <w:rPr>
          <w:sz w:val="22"/>
        </w:rPr>
        <w:t>A. /ˈɡrɑːshɒpər/</w:t>
      </w:r>
    </w:p>
    <w:p>
      <w:pPr>
        <w:pStyle w:val="ListParagraph"/>
      </w:pPr>
      <w:r>
        <w:rPr>
          <w:sz w:val="22"/>
        </w:rPr>
        <w:t>B. /ˈɡræshɒpər/</w:t>
      </w:r>
    </w:p>
    <w:p>
      <w:pPr>
        <w:pStyle w:val="ListParagraph"/>
      </w:pPr>
      <w:r>
        <w:rPr>
          <w:sz w:val="22"/>
        </w:rPr>
        <w:t>C. /ˈɡrɑːshɔːpər/</w:t>
      </w:r>
    </w:p>
    <w:p>
      <w:pPr>
        <w:pStyle w:val="ListParagraph"/>
      </w:pPr>
      <w:r>
        <w:rPr>
          <w:sz w:val="22"/>
        </w:rPr>
        <w:t>D. /ˈɡræshɔːpər/</w:t>
      </w:r>
    </w:p>
    <w:p/>
    <w:p>
      <w:r>
        <w:rPr>
          <w:b/>
          <w:sz w:val="24"/>
        </w:rPr>
        <w:t>Câu 23: Từ "flamingo" có phiên âm là gì?</w:t>
      </w:r>
    </w:p>
    <w:p>
      <w:pPr>
        <w:pStyle w:val="ListParagraph"/>
      </w:pPr>
      <w:r>
        <w:rPr>
          <w:sz w:val="22"/>
        </w:rPr>
        <w:t>A. /fləˈmɪŋɡəʊ/</w:t>
      </w:r>
    </w:p>
    <w:p>
      <w:pPr>
        <w:pStyle w:val="ListParagraph"/>
      </w:pPr>
      <w:r>
        <w:rPr>
          <w:sz w:val="22"/>
        </w:rPr>
        <w:t>B. /flæˈmɪŋɡəʊ/</w:t>
      </w:r>
    </w:p>
    <w:p>
      <w:pPr>
        <w:pStyle w:val="ListParagraph"/>
      </w:pPr>
      <w:r>
        <w:rPr>
          <w:sz w:val="22"/>
        </w:rPr>
        <w:t>C. /flɑːˈmɪŋɡəʊ/</w:t>
      </w:r>
    </w:p>
    <w:p>
      <w:pPr>
        <w:pStyle w:val="ListParagraph"/>
      </w:pPr>
      <w:r>
        <w:rPr>
          <w:sz w:val="22"/>
        </w:rPr>
        <w:t>D. /fleɪˈmɪŋɡəʊ/</w:t>
      </w:r>
    </w:p>
    <w:p/>
    <w:p>
      <w:r>
        <w:rPr>
          <w:b/>
          <w:sz w:val="24"/>
        </w:rPr>
        <w:t>Câu 24: Từ "deer" có phiên âm là gì?</w:t>
      </w:r>
    </w:p>
    <w:p>
      <w:pPr>
        <w:pStyle w:val="ListParagraph"/>
      </w:pPr>
      <w:r>
        <w:rPr>
          <w:sz w:val="22"/>
        </w:rPr>
        <w:t>A. /dɪər/</w:t>
      </w:r>
    </w:p>
    <w:p>
      <w:pPr>
        <w:pStyle w:val="ListParagraph"/>
      </w:pPr>
      <w:r>
        <w:rPr>
          <w:sz w:val="22"/>
        </w:rPr>
        <w:t>B. /deər/</w:t>
      </w:r>
    </w:p>
    <w:p>
      <w:pPr>
        <w:pStyle w:val="ListParagraph"/>
      </w:pPr>
      <w:r>
        <w:rPr>
          <w:sz w:val="22"/>
        </w:rPr>
        <w:t>C. /daɪər/</w:t>
      </w:r>
    </w:p>
    <w:p>
      <w:pPr>
        <w:pStyle w:val="ListParagraph"/>
      </w:pPr>
      <w:r>
        <w:rPr>
          <w:sz w:val="22"/>
        </w:rPr>
        <w:t>D. /dɔːr/</w:t>
      </w:r>
    </w:p>
    <w:p/>
    <w:p>
      <w:r>
        <w:rPr>
          <w:b/>
          <w:sz w:val="24"/>
        </w:rPr>
        <w:t>Câu 25: Từ "hippo" có phiên âm là gì?</w:t>
      </w:r>
    </w:p>
    <w:p>
      <w:pPr>
        <w:pStyle w:val="ListParagraph"/>
      </w:pPr>
      <w:r>
        <w:rPr>
          <w:sz w:val="22"/>
        </w:rPr>
        <w:t>A. /ˈhɪpəʊ/</w:t>
      </w:r>
    </w:p>
    <w:p>
      <w:pPr>
        <w:pStyle w:val="ListParagraph"/>
      </w:pPr>
      <w:r>
        <w:rPr>
          <w:sz w:val="22"/>
        </w:rPr>
        <w:t>B. /ˈhaɪpəʊ/</w:t>
      </w:r>
    </w:p>
    <w:p>
      <w:pPr>
        <w:pStyle w:val="ListParagraph"/>
      </w:pPr>
      <w:r>
        <w:rPr>
          <w:sz w:val="22"/>
        </w:rPr>
        <w:t>C. /ˈhiːpəʊ/</w:t>
      </w:r>
    </w:p>
    <w:p>
      <w:pPr>
        <w:pStyle w:val="ListParagraph"/>
      </w:pPr>
      <w:r>
        <w:rPr>
          <w:sz w:val="22"/>
        </w:rPr>
        <w:t>D. /ˈheɪpəʊ/</w:t>
      </w:r>
    </w:p>
    <w:p/>
    <w:p>
      <w:r>
        <w:rPr>
          <w:b/>
          <w:sz w:val="24"/>
        </w:rPr>
        <w:t>Câu 26: Từ "engineer" có phiên âm là gì?</w:t>
      </w:r>
    </w:p>
    <w:p>
      <w:pPr>
        <w:pStyle w:val="ListParagraph"/>
      </w:pPr>
      <w:r>
        <w:rPr>
          <w:sz w:val="22"/>
        </w:rPr>
        <w:t>A. /ˌendʒɪˈnɪər/</w:t>
      </w:r>
    </w:p>
    <w:p>
      <w:pPr>
        <w:pStyle w:val="ListParagraph"/>
      </w:pPr>
      <w:r>
        <w:rPr>
          <w:sz w:val="22"/>
        </w:rPr>
        <w:t>B. /ˌendʒɪˈniːər/</w:t>
      </w:r>
    </w:p>
    <w:p>
      <w:pPr>
        <w:pStyle w:val="ListParagraph"/>
      </w:pPr>
      <w:r>
        <w:rPr>
          <w:sz w:val="22"/>
        </w:rPr>
        <w:t>C. /ˌendʒɪˈnaɪər/</w:t>
      </w:r>
    </w:p>
    <w:p>
      <w:pPr>
        <w:pStyle w:val="ListParagraph"/>
      </w:pPr>
      <w:r>
        <w:rPr>
          <w:sz w:val="22"/>
        </w:rPr>
        <w:t>D. /ˌendʒɪˈneər/</w:t>
      </w:r>
    </w:p>
    <w:p/>
    <w:p>
      <w:r>
        <w:rPr>
          <w:b/>
          <w:sz w:val="24"/>
        </w:rPr>
        <w:t>Câu 27: Từ "architect" có phiên âm là gì?</w:t>
      </w:r>
    </w:p>
    <w:p>
      <w:pPr>
        <w:pStyle w:val="ListParagraph"/>
      </w:pPr>
      <w:r>
        <w:rPr>
          <w:sz w:val="22"/>
        </w:rPr>
        <w:t>A. /ˈɑːrkɪtekt/</w:t>
      </w:r>
    </w:p>
    <w:p>
      <w:pPr>
        <w:pStyle w:val="ListParagraph"/>
      </w:pPr>
      <w:r>
        <w:rPr>
          <w:sz w:val="22"/>
        </w:rPr>
        <w:t>B. /ˈɑːrkɪtɛkt/</w:t>
      </w:r>
    </w:p>
    <w:p>
      <w:pPr>
        <w:pStyle w:val="ListParagraph"/>
      </w:pPr>
      <w:r>
        <w:rPr>
          <w:sz w:val="22"/>
        </w:rPr>
        <w:t>C. /ˈɑːrkɪtækt/</w:t>
      </w:r>
    </w:p>
    <w:p>
      <w:pPr>
        <w:pStyle w:val="ListParagraph"/>
      </w:pPr>
      <w:r>
        <w:rPr>
          <w:sz w:val="22"/>
        </w:rPr>
        <w:t>D. /ˈɑːrkɪtʌkt/</w:t>
      </w:r>
    </w:p>
    <w:p/>
    <w:p>
      <w:r>
        <w:rPr>
          <w:b/>
          <w:sz w:val="24"/>
        </w:rPr>
        <w:t>Câu 28: Từ "carpenter" có phiên âm là gì?</w:t>
      </w:r>
    </w:p>
    <w:p>
      <w:pPr>
        <w:pStyle w:val="ListParagraph"/>
      </w:pPr>
      <w:r>
        <w:rPr>
          <w:sz w:val="22"/>
        </w:rPr>
        <w:t>A. /ˈkɑːrpəntər/</w:t>
      </w:r>
    </w:p>
    <w:p>
      <w:pPr>
        <w:pStyle w:val="ListParagraph"/>
      </w:pPr>
      <w:r>
        <w:rPr>
          <w:sz w:val="22"/>
        </w:rPr>
        <w:t>B. /ˈkɑːrpɪntər/</w:t>
      </w:r>
    </w:p>
    <w:p>
      <w:pPr>
        <w:pStyle w:val="ListParagraph"/>
      </w:pPr>
      <w:r>
        <w:rPr>
          <w:sz w:val="22"/>
        </w:rPr>
        <w:t>C. /ˈkɑːrpæntər/</w:t>
      </w:r>
    </w:p>
    <w:p>
      <w:pPr>
        <w:pStyle w:val="ListParagraph"/>
      </w:pPr>
      <w:r>
        <w:rPr>
          <w:sz w:val="22"/>
        </w:rPr>
        <w:t>D. /ˈkɑːrpʌntər/</w:t>
      </w:r>
    </w:p>
    <w:p/>
    <w:p>
      <w:r>
        <w:rPr>
          <w:b/>
          <w:sz w:val="24"/>
        </w:rPr>
        <w:t>Câu 29: Từ "mechanic" có phiên âm là gì?</w:t>
      </w:r>
    </w:p>
    <w:p>
      <w:pPr>
        <w:pStyle w:val="ListParagraph"/>
      </w:pPr>
      <w:r>
        <w:rPr>
          <w:sz w:val="22"/>
        </w:rPr>
        <w:t>A. /mɪˈkænɪk/</w:t>
      </w:r>
    </w:p>
    <w:p>
      <w:pPr>
        <w:pStyle w:val="ListParagraph"/>
      </w:pPr>
      <w:r>
        <w:rPr>
          <w:sz w:val="22"/>
        </w:rPr>
        <w:t>B. /məˈkænɪk/</w:t>
      </w:r>
    </w:p>
    <w:p>
      <w:pPr>
        <w:pStyle w:val="ListParagraph"/>
      </w:pPr>
      <w:r>
        <w:rPr>
          <w:sz w:val="22"/>
        </w:rPr>
        <w:t>C. /mɪˈkɑːnɪk/</w:t>
      </w:r>
    </w:p>
    <w:p>
      <w:pPr>
        <w:pStyle w:val="ListParagraph"/>
      </w:pPr>
      <w:r>
        <w:rPr>
          <w:sz w:val="22"/>
        </w:rPr>
        <w:t>D. /məˈkɑːnɪk/</w:t>
      </w:r>
    </w:p>
    <w:p/>
    <w:p>
      <w:r>
        <w:rPr>
          <w:b/>
          <w:sz w:val="24"/>
        </w:rPr>
        <w:t>Câu 30: Từ "plumber" có phiên âm là gì?</w:t>
      </w:r>
    </w:p>
    <w:p>
      <w:pPr>
        <w:pStyle w:val="ListParagraph"/>
      </w:pPr>
      <w:r>
        <w:rPr>
          <w:sz w:val="22"/>
        </w:rPr>
        <w:t>A. /ˈplʌmər/</w:t>
      </w:r>
    </w:p>
    <w:p>
      <w:pPr>
        <w:pStyle w:val="ListParagraph"/>
      </w:pPr>
      <w:r>
        <w:rPr>
          <w:sz w:val="22"/>
        </w:rPr>
        <w:t>B. /ˈpluːmər/</w:t>
      </w:r>
    </w:p>
    <w:p>
      <w:pPr>
        <w:pStyle w:val="ListParagraph"/>
      </w:pPr>
      <w:r>
        <w:rPr>
          <w:sz w:val="22"/>
        </w:rPr>
        <w:t>C. /ˈplʊmər/</w:t>
      </w:r>
    </w:p>
    <w:p>
      <w:pPr>
        <w:pStyle w:val="ListParagraph"/>
      </w:pPr>
      <w:r>
        <w:rPr>
          <w:sz w:val="22"/>
        </w:rPr>
        <w:t>D. /ˈpləʊmər/</w:t>
      </w:r>
    </w:p>
    <w:p/>
    <w:p>
      <w:r>
        <w:rPr>
          <w:b/>
          <w:sz w:val="24"/>
        </w:rPr>
        <w:t>Câu 31: Từ "accountant" có phiên âm là gì?</w:t>
      </w:r>
    </w:p>
    <w:p>
      <w:pPr>
        <w:pStyle w:val="ListParagraph"/>
      </w:pPr>
      <w:r>
        <w:rPr>
          <w:sz w:val="22"/>
        </w:rPr>
        <w:t>A. /əˈkaʊntənt/</w:t>
      </w:r>
    </w:p>
    <w:p>
      <w:pPr>
        <w:pStyle w:val="ListParagraph"/>
      </w:pPr>
      <w:r>
        <w:rPr>
          <w:sz w:val="22"/>
        </w:rPr>
        <w:t>B. /æˈkaʊntənt/</w:t>
      </w:r>
    </w:p>
    <w:p>
      <w:pPr>
        <w:pStyle w:val="ListParagraph"/>
      </w:pPr>
      <w:r>
        <w:rPr>
          <w:sz w:val="22"/>
        </w:rPr>
        <w:t>C. /ɑːˈkaʊntənt/</w:t>
      </w:r>
    </w:p>
    <w:p>
      <w:pPr>
        <w:pStyle w:val="ListParagraph"/>
      </w:pPr>
      <w:r>
        <w:rPr>
          <w:sz w:val="22"/>
        </w:rPr>
        <w:t>D. /ʌˈkaʊntənt/</w:t>
      </w:r>
    </w:p>
    <w:p/>
    <w:p>
      <w:r>
        <w:rPr>
          <w:b/>
          <w:sz w:val="24"/>
        </w:rPr>
        <w:t>Câu 32: Từ "secretary" có phiên âm là gì?</w:t>
      </w:r>
    </w:p>
    <w:p>
      <w:pPr>
        <w:pStyle w:val="ListParagraph"/>
      </w:pPr>
      <w:r>
        <w:rPr>
          <w:sz w:val="22"/>
        </w:rPr>
        <w:t>A. /ˈsekrəteri/</w:t>
      </w:r>
    </w:p>
    <w:p>
      <w:pPr>
        <w:pStyle w:val="ListParagraph"/>
      </w:pPr>
      <w:r>
        <w:rPr>
          <w:sz w:val="22"/>
        </w:rPr>
        <w:t>B. /ˈsekrɪteri/</w:t>
      </w:r>
    </w:p>
    <w:p>
      <w:pPr>
        <w:pStyle w:val="ListParagraph"/>
      </w:pPr>
      <w:r>
        <w:rPr>
          <w:sz w:val="22"/>
        </w:rPr>
        <w:t>C. /ˈsekræteri/</w:t>
      </w:r>
    </w:p>
    <w:p>
      <w:pPr>
        <w:pStyle w:val="ListParagraph"/>
      </w:pPr>
      <w:r>
        <w:rPr>
          <w:sz w:val="22"/>
        </w:rPr>
        <w:t>D. /ˈsekrʌteri/</w:t>
      </w:r>
    </w:p>
    <w:p/>
    <w:p>
      <w:r>
        <w:rPr>
          <w:b/>
          <w:sz w:val="24"/>
        </w:rPr>
        <w:t>Câu 33: Từ "cashier" có phiên âm là gì?</w:t>
      </w:r>
    </w:p>
    <w:p>
      <w:pPr>
        <w:pStyle w:val="ListParagraph"/>
      </w:pPr>
      <w:r>
        <w:rPr>
          <w:sz w:val="22"/>
        </w:rPr>
        <w:t>A. /kæˈʃɪər/</w:t>
      </w:r>
    </w:p>
    <w:p>
      <w:pPr>
        <w:pStyle w:val="ListParagraph"/>
      </w:pPr>
      <w:r>
        <w:rPr>
          <w:sz w:val="22"/>
        </w:rPr>
        <w:t>B. /kəˈʃɪər/</w:t>
      </w:r>
    </w:p>
    <w:p>
      <w:pPr>
        <w:pStyle w:val="ListParagraph"/>
      </w:pPr>
      <w:r>
        <w:rPr>
          <w:sz w:val="22"/>
        </w:rPr>
        <w:t>C. /kɑːˈʃɪər/</w:t>
      </w:r>
    </w:p>
    <w:p>
      <w:pPr>
        <w:pStyle w:val="ListParagraph"/>
      </w:pPr>
      <w:r>
        <w:rPr>
          <w:sz w:val="22"/>
        </w:rPr>
        <w:t>D. /keɪˈʃɪər/</w:t>
      </w:r>
    </w:p>
    <w:p/>
    <w:p>
      <w:r>
        <w:rPr>
          <w:b/>
          <w:sz w:val="24"/>
        </w:rPr>
        <w:t>Câu 34: Từ "manager" có phiên âm là gì?</w:t>
      </w:r>
    </w:p>
    <w:p>
      <w:pPr>
        <w:pStyle w:val="ListParagraph"/>
      </w:pPr>
      <w:r>
        <w:rPr>
          <w:sz w:val="22"/>
        </w:rPr>
        <w:t>A. /ˈmænɪdʒər/</w:t>
      </w:r>
    </w:p>
    <w:p>
      <w:pPr>
        <w:pStyle w:val="ListParagraph"/>
      </w:pPr>
      <w:r>
        <w:rPr>
          <w:sz w:val="22"/>
        </w:rPr>
        <w:t>B. /ˈmænədʒər/</w:t>
      </w:r>
    </w:p>
    <w:p>
      <w:pPr>
        <w:pStyle w:val="ListParagraph"/>
      </w:pPr>
      <w:r>
        <w:rPr>
          <w:sz w:val="22"/>
        </w:rPr>
        <w:t>C. /ˈmænɪdʒɪər/</w:t>
      </w:r>
    </w:p>
    <w:p>
      <w:pPr>
        <w:pStyle w:val="ListParagraph"/>
      </w:pPr>
      <w:r>
        <w:rPr>
          <w:sz w:val="22"/>
        </w:rPr>
        <w:t>D. /ˈmænɪdʒɔːr/</w:t>
      </w:r>
    </w:p>
    <w:p/>
    <w:p>
      <w:r>
        <w:rPr>
          <w:b/>
          <w:sz w:val="24"/>
        </w:rPr>
        <w:t>Câu 35: Từ "artist" có phiên âm là gì?</w:t>
      </w:r>
    </w:p>
    <w:p>
      <w:pPr>
        <w:pStyle w:val="ListParagraph"/>
      </w:pPr>
      <w:r>
        <w:rPr>
          <w:sz w:val="22"/>
        </w:rPr>
        <w:t>A. /ˈɑːrtɪst/</w:t>
      </w:r>
    </w:p>
    <w:p>
      <w:pPr>
        <w:pStyle w:val="ListParagraph"/>
      </w:pPr>
      <w:r>
        <w:rPr>
          <w:sz w:val="22"/>
        </w:rPr>
        <w:t>B. /ˈɑːrtəst/</w:t>
      </w:r>
    </w:p>
    <w:p>
      <w:pPr>
        <w:pStyle w:val="ListParagraph"/>
      </w:pPr>
      <w:r>
        <w:rPr>
          <w:sz w:val="22"/>
        </w:rPr>
        <w:t>C. /ˈɑːrtɪst/</w:t>
      </w:r>
    </w:p>
    <w:p>
      <w:pPr>
        <w:pStyle w:val="ListParagraph"/>
      </w:pPr>
      <w:r>
        <w:rPr>
          <w:sz w:val="22"/>
        </w:rPr>
        <w:t>D. /ˈɑːrtæst/</w:t>
      </w:r>
    </w:p>
    <w:p/>
    <w:p>
      <w:r>
        <w:rPr>
          <w:b/>
          <w:sz w:val="24"/>
        </w:rPr>
        <w:t>Câu 36: Từ "actor" có phiên âm là gì?</w:t>
      </w:r>
    </w:p>
    <w:p>
      <w:pPr>
        <w:pStyle w:val="ListParagraph"/>
      </w:pPr>
      <w:r>
        <w:rPr>
          <w:sz w:val="22"/>
        </w:rPr>
        <w:t>A. /ˈæktər/</w:t>
      </w:r>
    </w:p>
    <w:p>
      <w:pPr>
        <w:pStyle w:val="ListParagraph"/>
      </w:pPr>
      <w:r>
        <w:rPr>
          <w:sz w:val="22"/>
        </w:rPr>
        <w:t>B. /ˈæktɔːr/</w:t>
      </w:r>
    </w:p>
    <w:p>
      <w:pPr>
        <w:pStyle w:val="ListParagraph"/>
      </w:pPr>
      <w:r>
        <w:rPr>
          <w:sz w:val="22"/>
        </w:rPr>
        <w:t>C. /ˈæktɪər/</w:t>
      </w:r>
    </w:p>
    <w:p>
      <w:pPr>
        <w:pStyle w:val="ListParagraph"/>
      </w:pPr>
      <w:r>
        <w:rPr>
          <w:sz w:val="22"/>
        </w:rPr>
        <w:t>D. /ˈæktʊər/</w:t>
      </w:r>
    </w:p>
    <w:p/>
    <w:p>
      <w:r>
        <w:rPr>
          <w:b/>
          <w:sz w:val="24"/>
        </w:rPr>
        <w:t>Câu 37: Từ "waiter" có phiên âm là gì?</w:t>
      </w:r>
    </w:p>
    <w:p>
      <w:pPr>
        <w:pStyle w:val="ListParagraph"/>
      </w:pPr>
      <w:r>
        <w:rPr>
          <w:sz w:val="22"/>
        </w:rPr>
        <w:t>A. /ˈweɪtər/</w:t>
      </w:r>
    </w:p>
    <w:p>
      <w:pPr>
        <w:pStyle w:val="ListParagraph"/>
      </w:pPr>
      <w:r>
        <w:rPr>
          <w:sz w:val="22"/>
        </w:rPr>
        <w:t>B. /ˈwaɪtər/</w:t>
      </w:r>
    </w:p>
    <w:p>
      <w:pPr>
        <w:pStyle w:val="ListParagraph"/>
      </w:pPr>
      <w:r>
        <w:rPr>
          <w:sz w:val="22"/>
        </w:rPr>
        <w:t>C. /ˈwɔɪtər/</w:t>
      </w:r>
    </w:p>
    <w:p>
      <w:pPr>
        <w:pStyle w:val="ListParagraph"/>
      </w:pPr>
      <w:r>
        <w:rPr>
          <w:sz w:val="22"/>
        </w:rPr>
        <w:t>D. /ˈwiːtər/</w:t>
      </w:r>
    </w:p>
    <w:p/>
    <w:p>
      <w:r>
        <w:rPr>
          <w:b/>
          <w:sz w:val="24"/>
        </w:rPr>
        <w:t>Câu 38: Từ "flight attendant" có phiên âm là gì?</w:t>
      </w:r>
    </w:p>
    <w:p>
      <w:pPr>
        <w:pStyle w:val="ListParagraph"/>
      </w:pPr>
      <w:r>
        <w:rPr>
          <w:sz w:val="22"/>
        </w:rPr>
        <w:t>A. /flaɪt əˈtendənt/</w:t>
      </w:r>
    </w:p>
    <w:p>
      <w:pPr>
        <w:pStyle w:val="ListParagraph"/>
      </w:pPr>
      <w:r>
        <w:rPr>
          <w:sz w:val="22"/>
        </w:rPr>
        <w:t>B. /flaɪt əˈtendənt/</w:t>
      </w:r>
    </w:p>
    <w:p>
      <w:pPr>
        <w:pStyle w:val="ListParagraph"/>
      </w:pPr>
      <w:r>
        <w:rPr>
          <w:sz w:val="22"/>
        </w:rPr>
        <w:t>C. /flaɪt əˈtendənt/</w:t>
      </w:r>
    </w:p>
    <w:p>
      <w:pPr>
        <w:pStyle w:val="ListParagraph"/>
      </w:pPr>
      <w:r>
        <w:rPr>
          <w:sz w:val="22"/>
        </w:rPr>
        <w:t>D. /flaɪt əˈtendənt/</w:t>
      </w:r>
    </w:p>
    <w:p/>
    <w:p>
      <w:r>
        <w:rPr>
          <w:b/>
          <w:sz w:val="24"/>
        </w:rPr>
        <w:t>Câu 39: Từ "surgeon" có phiên âm là gì?</w:t>
      </w:r>
    </w:p>
    <w:p>
      <w:pPr>
        <w:pStyle w:val="ListParagraph"/>
      </w:pPr>
      <w:r>
        <w:rPr>
          <w:sz w:val="22"/>
        </w:rPr>
        <w:t>A. /ˈsɜːrdʒən/</w:t>
      </w:r>
    </w:p>
    <w:p>
      <w:pPr>
        <w:pStyle w:val="ListParagraph"/>
      </w:pPr>
      <w:r>
        <w:rPr>
          <w:sz w:val="22"/>
        </w:rPr>
        <w:t>B. /ˈsɜːrdʒɪən/</w:t>
      </w:r>
    </w:p>
    <w:p>
      <w:pPr>
        <w:pStyle w:val="ListParagraph"/>
      </w:pPr>
      <w:r>
        <w:rPr>
          <w:sz w:val="22"/>
        </w:rPr>
        <w:t>C. /ˈsɜːrdʒɔːn/</w:t>
      </w:r>
    </w:p>
    <w:p>
      <w:pPr>
        <w:pStyle w:val="ListParagraph"/>
      </w:pPr>
      <w:r>
        <w:rPr>
          <w:sz w:val="22"/>
        </w:rPr>
        <w:t>D. /ˈsɜːrdʒʊn/</w:t>
      </w:r>
    </w:p>
    <w:p/>
    <w:p>
      <w:r>
        <w:rPr>
          <w:b/>
          <w:sz w:val="24"/>
        </w:rPr>
        <w:t>Câu 40: Từ "vet" có phiên âm là gì?</w:t>
      </w:r>
    </w:p>
    <w:p>
      <w:pPr>
        <w:pStyle w:val="ListParagraph"/>
      </w:pPr>
      <w:r>
        <w:rPr>
          <w:sz w:val="22"/>
        </w:rPr>
        <w:t>A. /vet/</w:t>
      </w:r>
    </w:p>
    <w:p>
      <w:pPr>
        <w:pStyle w:val="ListParagraph"/>
      </w:pPr>
      <w:r>
        <w:rPr>
          <w:sz w:val="22"/>
        </w:rPr>
        <w:t>B. /vɪt/</w:t>
      </w:r>
    </w:p>
    <w:p>
      <w:pPr>
        <w:pStyle w:val="ListParagraph"/>
      </w:pPr>
      <w:r>
        <w:rPr>
          <w:sz w:val="22"/>
        </w:rPr>
        <w:t>C. /væt/</w:t>
      </w:r>
    </w:p>
    <w:p>
      <w:pPr>
        <w:pStyle w:val="ListParagraph"/>
      </w:pPr>
      <w:r>
        <w:rPr>
          <w:sz w:val="22"/>
        </w:rPr>
        <w:t>D. /vʌt/</w:t>
      </w:r>
    </w:p>
    <w:p/>
    <w:p>
      <w:r>
        <w:rPr>
          <w:b/>
          <w:sz w:val="24"/>
        </w:rPr>
        <w:t>Câu 41: Từ "dentist" có phiên âm là gì?</w:t>
      </w:r>
    </w:p>
    <w:p>
      <w:pPr>
        <w:pStyle w:val="ListParagraph"/>
      </w:pPr>
      <w:r>
        <w:rPr>
          <w:sz w:val="22"/>
        </w:rPr>
        <w:t>A. /ˈdentɪst/</w:t>
      </w:r>
    </w:p>
    <w:p>
      <w:pPr>
        <w:pStyle w:val="ListParagraph"/>
      </w:pPr>
      <w:r>
        <w:rPr>
          <w:sz w:val="22"/>
        </w:rPr>
        <w:t>B. /ˈdentəst/</w:t>
      </w:r>
    </w:p>
    <w:p>
      <w:pPr>
        <w:pStyle w:val="ListParagraph"/>
      </w:pPr>
      <w:r>
        <w:rPr>
          <w:sz w:val="22"/>
        </w:rPr>
        <w:t>C. /ˈdentæst/</w:t>
      </w:r>
    </w:p>
    <w:p>
      <w:pPr>
        <w:pStyle w:val="ListParagraph"/>
      </w:pPr>
      <w:r>
        <w:rPr>
          <w:sz w:val="22"/>
        </w:rPr>
        <w:t>D. /ˈdentʌst/</w:t>
      </w:r>
    </w:p>
    <w:p/>
    <w:p>
      <w:r>
        <w:rPr>
          <w:b/>
          <w:sz w:val="24"/>
        </w:rPr>
        <w:t>Câu 42: Từ "driver" có phiên âm là gì?</w:t>
      </w:r>
    </w:p>
    <w:p>
      <w:pPr>
        <w:pStyle w:val="ListParagraph"/>
      </w:pPr>
      <w:r>
        <w:rPr>
          <w:sz w:val="22"/>
        </w:rPr>
        <w:t>A. /ˈdraɪvər/</w:t>
      </w:r>
    </w:p>
    <w:p>
      <w:pPr>
        <w:pStyle w:val="ListParagraph"/>
      </w:pPr>
      <w:r>
        <w:rPr>
          <w:sz w:val="22"/>
        </w:rPr>
        <w:t>B. /ˈdraɪvɔːr/</w:t>
      </w:r>
    </w:p>
    <w:p>
      <w:pPr>
        <w:pStyle w:val="ListParagraph"/>
      </w:pPr>
      <w:r>
        <w:rPr>
          <w:sz w:val="22"/>
        </w:rPr>
        <w:t>C. /ˈdraɪvɪər/</w:t>
      </w:r>
    </w:p>
    <w:p>
      <w:pPr>
        <w:pStyle w:val="ListParagraph"/>
      </w:pPr>
      <w:r>
        <w:rPr>
          <w:sz w:val="22"/>
        </w:rPr>
        <w:t>D. /ˈdraɪvʊər/</w:t>
      </w:r>
    </w:p>
    <w:p/>
    <w:p>
      <w:r>
        <w:rPr>
          <w:b/>
          <w:sz w:val="24"/>
        </w:rPr>
        <w:t>Câu 43: Từ "cook" có phiên âm là gì?</w:t>
      </w:r>
    </w:p>
    <w:p>
      <w:pPr>
        <w:pStyle w:val="ListParagraph"/>
      </w:pPr>
      <w:r>
        <w:rPr>
          <w:sz w:val="22"/>
        </w:rPr>
        <w:t>A. /kʊk/</w:t>
      </w:r>
    </w:p>
    <w:p>
      <w:pPr>
        <w:pStyle w:val="ListParagraph"/>
      </w:pPr>
      <w:r>
        <w:rPr>
          <w:sz w:val="22"/>
        </w:rPr>
        <w:t>B. /kuːk/</w:t>
      </w:r>
    </w:p>
    <w:p>
      <w:pPr>
        <w:pStyle w:val="ListParagraph"/>
      </w:pPr>
      <w:r>
        <w:rPr>
          <w:sz w:val="22"/>
        </w:rPr>
        <w:t>C. /kəʊk/</w:t>
      </w:r>
    </w:p>
    <w:p>
      <w:pPr>
        <w:pStyle w:val="ListParagraph"/>
      </w:pPr>
      <w:r>
        <w:rPr>
          <w:sz w:val="22"/>
        </w:rPr>
        <w:t>D. /kaʊk/</w:t>
      </w:r>
    </w:p>
    <w:p/>
    <w:p>
      <w:r>
        <w:rPr>
          <w:b/>
          <w:sz w:val="24"/>
        </w:rPr>
        <w:t>Câu 44: Từ "florist" có phiên âm là gì?</w:t>
      </w:r>
    </w:p>
    <w:p>
      <w:pPr>
        <w:pStyle w:val="ListParagraph"/>
      </w:pPr>
      <w:r>
        <w:rPr>
          <w:sz w:val="22"/>
        </w:rPr>
        <w:t>A. /ˈflɔːrɪst/</w:t>
      </w:r>
    </w:p>
    <w:p>
      <w:pPr>
        <w:pStyle w:val="ListParagraph"/>
      </w:pPr>
      <w:r>
        <w:rPr>
          <w:sz w:val="22"/>
        </w:rPr>
        <w:t>B. /ˈflɒrɪst/</w:t>
      </w:r>
    </w:p>
    <w:p>
      <w:pPr>
        <w:pStyle w:val="ListParagraph"/>
      </w:pPr>
      <w:r>
        <w:rPr>
          <w:sz w:val="22"/>
        </w:rPr>
        <w:t>C. /ˈfləʊrɪst/</w:t>
      </w:r>
    </w:p>
    <w:p>
      <w:pPr>
        <w:pStyle w:val="ListParagraph"/>
      </w:pPr>
      <w:r>
        <w:rPr>
          <w:sz w:val="22"/>
        </w:rPr>
        <w:t>D. /ˈflaʊrɪst/</w:t>
      </w:r>
    </w:p>
    <w:p/>
    <w:p>
      <w:r>
        <w:rPr>
          <w:b/>
          <w:sz w:val="24"/>
        </w:rPr>
        <w:t>Câu 45: Từ "vender" có phiên âm là gì?</w:t>
      </w:r>
    </w:p>
    <w:p>
      <w:pPr>
        <w:pStyle w:val="ListParagraph"/>
      </w:pPr>
      <w:r>
        <w:rPr>
          <w:sz w:val="22"/>
        </w:rPr>
        <w:t>A. /ˈvendər/</w:t>
      </w:r>
    </w:p>
    <w:p>
      <w:pPr>
        <w:pStyle w:val="ListParagraph"/>
      </w:pPr>
      <w:r>
        <w:rPr>
          <w:sz w:val="22"/>
        </w:rPr>
        <w:t>B. /ˈvɪndər/</w:t>
      </w:r>
    </w:p>
    <w:p>
      <w:pPr>
        <w:pStyle w:val="ListParagraph"/>
      </w:pPr>
      <w:r>
        <w:rPr>
          <w:sz w:val="22"/>
        </w:rPr>
        <w:t>C. /ˈvændər/</w:t>
      </w:r>
    </w:p>
    <w:p>
      <w:pPr>
        <w:pStyle w:val="ListParagraph"/>
      </w:pPr>
      <w:r>
        <w:rPr>
          <w:sz w:val="22"/>
        </w:rPr>
        <w:t>D. /ˈvʌndər/</w:t>
      </w:r>
    </w:p>
    <w:p/>
    <w:p>
      <w:r>
        <w:rPr>
          <w:b/>
          <w:sz w:val="24"/>
        </w:rPr>
        <w:t>Câu 46: Từ "butcher" có phiên âm là gì?</w:t>
      </w:r>
    </w:p>
    <w:p>
      <w:pPr>
        <w:pStyle w:val="ListParagraph"/>
      </w:pPr>
      <w:r>
        <w:rPr>
          <w:sz w:val="22"/>
        </w:rPr>
        <w:t>A. /ˈbʊtʃər/</w:t>
      </w:r>
    </w:p>
    <w:p>
      <w:pPr>
        <w:pStyle w:val="ListParagraph"/>
      </w:pPr>
      <w:r>
        <w:rPr>
          <w:sz w:val="22"/>
        </w:rPr>
        <w:t>B. /ˈbuːtʃər/</w:t>
      </w:r>
    </w:p>
    <w:p>
      <w:pPr>
        <w:pStyle w:val="ListParagraph"/>
      </w:pPr>
      <w:r>
        <w:rPr>
          <w:sz w:val="22"/>
        </w:rPr>
        <w:t>C. /ˈbʌtʃər/</w:t>
      </w:r>
    </w:p>
    <w:p>
      <w:pPr>
        <w:pStyle w:val="ListParagraph"/>
      </w:pPr>
      <w:r>
        <w:rPr>
          <w:sz w:val="22"/>
        </w:rPr>
        <w:t>D. /ˈbætʃər/</w:t>
      </w:r>
    </w:p>
    <w:p/>
    <w:p>
      <w:r>
        <w:rPr>
          <w:b/>
          <w:sz w:val="24"/>
        </w:rPr>
        <w:t>Câu 47: Từ "journalist" có phiên âm là gì?</w:t>
      </w:r>
    </w:p>
    <w:p>
      <w:pPr>
        <w:pStyle w:val="ListParagraph"/>
      </w:pPr>
      <w:r>
        <w:rPr>
          <w:sz w:val="22"/>
        </w:rPr>
        <w:t>A. /ˈdʒɜːrnəlɪst/</w:t>
      </w:r>
    </w:p>
    <w:p>
      <w:pPr>
        <w:pStyle w:val="ListParagraph"/>
      </w:pPr>
      <w:r>
        <w:rPr>
          <w:sz w:val="22"/>
        </w:rPr>
        <w:t>B. /ˈdʒɔːrnəlɪst/</w:t>
      </w:r>
    </w:p>
    <w:p>
      <w:pPr>
        <w:pStyle w:val="ListParagraph"/>
      </w:pPr>
      <w:r>
        <w:rPr>
          <w:sz w:val="22"/>
        </w:rPr>
        <w:t>C. /ˈdʒɑːrnəlɪst/</w:t>
      </w:r>
    </w:p>
    <w:p>
      <w:pPr>
        <w:pStyle w:val="ListParagraph"/>
      </w:pPr>
      <w:r>
        <w:rPr>
          <w:sz w:val="22"/>
        </w:rPr>
        <w:t>D. /ˈdʒʊərnəlɪst/</w:t>
      </w:r>
    </w:p>
    <w:p/>
    <w:p>
      <w:r>
        <w:rPr>
          <w:b/>
          <w:sz w:val="24"/>
        </w:rPr>
        <w:t>Câu 48: Từ "electrician" có phiên âm là gì?</w:t>
      </w:r>
    </w:p>
    <w:p>
      <w:pPr>
        <w:pStyle w:val="ListParagraph"/>
      </w:pPr>
      <w:r>
        <w:rPr>
          <w:sz w:val="22"/>
        </w:rPr>
        <w:t>A. /ɪˌlekˈtrɪʃn/</w:t>
      </w:r>
    </w:p>
    <w:p>
      <w:pPr>
        <w:pStyle w:val="ListParagraph"/>
      </w:pPr>
      <w:r>
        <w:rPr>
          <w:sz w:val="22"/>
        </w:rPr>
        <w:t>B. /ɪˌlekˈtrɪʃən/</w:t>
      </w:r>
    </w:p>
    <w:p>
      <w:pPr>
        <w:pStyle w:val="ListParagraph"/>
      </w:pPr>
      <w:r>
        <w:rPr>
          <w:sz w:val="22"/>
        </w:rPr>
        <w:t>C. /ɪˌlekˈtrɪʃiən/</w:t>
      </w:r>
    </w:p>
    <w:p>
      <w:pPr>
        <w:pStyle w:val="ListParagraph"/>
      </w:pPr>
      <w:r>
        <w:rPr>
          <w:sz w:val="22"/>
        </w:rPr>
        <w:t>D. /ɪˌlekˈtrɪʃɪn/</w:t>
      </w:r>
    </w:p>
    <w:p/>
    <w:p>
      <w:r>
        <w:rPr>
          <w:b/>
          <w:sz w:val="24"/>
        </w:rPr>
        <w:t>Câu 49: Từ "businessman" có phiên âm là gì?</w:t>
      </w:r>
    </w:p>
    <w:p>
      <w:pPr>
        <w:pStyle w:val="ListParagraph"/>
      </w:pPr>
      <w:r>
        <w:rPr>
          <w:sz w:val="22"/>
        </w:rPr>
        <w:t>A. /ˈbɪznəsmæn/</w:t>
      </w:r>
    </w:p>
    <w:p>
      <w:pPr>
        <w:pStyle w:val="ListParagraph"/>
      </w:pPr>
      <w:r>
        <w:rPr>
          <w:sz w:val="22"/>
        </w:rPr>
        <w:t>B. /ˈbɪznɪsmæn/</w:t>
      </w:r>
    </w:p>
    <w:p>
      <w:pPr>
        <w:pStyle w:val="ListParagraph"/>
      </w:pPr>
      <w:r>
        <w:rPr>
          <w:sz w:val="22"/>
        </w:rPr>
        <w:t>C. /ˈbɪznæsmæn/</w:t>
      </w:r>
    </w:p>
    <w:p>
      <w:pPr>
        <w:pStyle w:val="ListParagraph"/>
      </w:pPr>
      <w:r>
        <w:rPr>
          <w:sz w:val="22"/>
        </w:rPr>
        <w:t>D. /ˈbɪznʌsmæn/</w:t>
      </w:r>
    </w:p>
    <w:p/>
    <w:p>
      <w:r>
        <w:rPr>
          <w:b/>
          <w:sz w:val="24"/>
        </w:rPr>
        <w:t>Câu 50: Từ "beggar" có phiên âm là gì?</w:t>
      </w:r>
    </w:p>
    <w:p>
      <w:pPr>
        <w:pStyle w:val="ListParagraph"/>
      </w:pPr>
      <w:r>
        <w:rPr>
          <w:sz w:val="22"/>
        </w:rPr>
        <w:t>A. /ˈbeɡər/</w:t>
      </w:r>
    </w:p>
    <w:p>
      <w:pPr>
        <w:pStyle w:val="ListParagraph"/>
      </w:pPr>
      <w:r>
        <w:rPr>
          <w:sz w:val="22"/>
        </w:rPr>
        <w:t>B. /ˈbeɪɡər/</w:t>
      </w:r>
    </w:p>
    <w:p>
      <w:pPr>
        <w:pStyle w:val="ListParagraph"/>
      </w:pPr>
      <w:r>
        <w:rPr>
          <w:sz w:val="22"/>
        </w:rPr>
        <w:t>C. /ˈbaɪɡər/</w:t>
      </w:r>
    </w:p>
    <w:p>
      <w:pPr>
        <w:pStyle w:val="ListParagraph"/>
      </w:pPr>
      <w:r>
        <w:rPr>
          <w:sz w:val="22"/>
        </w:rPr>
        <w:t>D. /ˈbiːɡər/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