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Tạo 18 câu trắc nghiệm khách quan và 2 câu tự...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Hạt nào sau đây không mang điện?</w:t>
      </w:r>
    </w:p>
    <w:p>
      <w:pPr>
        <w:pStyle w:val="ListParagraph"/>
      </w:pPr>
      <w:r>
        <w:rPr>
          <w:sz w:val="22"/>
        </w:rPr>
        <w:t>A. proton</w:t>
      </w:r>
    </w:p>
    <w:p>
      <w:pPr>
        <w:pStyle w:val="ListParagraph"/>
      </w:pPr>
      <w:r>
        <w:rPr>
          <w:sz w:val="22"/>
        </w:rPr>
        <w:t>B. neutron</w:t>
      </w:r>
    </w:p>
    <w:p>
      <w:pPr>
        <w:pStyle w:val="ListParagraph"/>
      </w:pPr>
      <w:r>
        <w:rPr>
          <w:sz w:val="22"/>
        </w:rPr>
        <w:t>C. electron</w:t>
      </w:r>
    </w:p>
    <w:p>
      <w:pPr>
        <w:pStyle w:val="ListParagraph"/>
      </w:pPr>
      <w:r>
        <w:rPr>
          <w:sz w:val="22"/>
        </w:rPr>
        <w:t>D. hạt nhân</w:t>
      </w:r>
    </w:p>
    <w:p/>
    <w:p>
      <w:r>
        <w:rPr>
          <w:b/>
          <w:sz w:val="24"/>
        </w:rPr>
        <w:t>Câu 2: Điện tích của electron là bao nhiêu?</w:t>
      </w:r>
    </w:p>
    <w:p>
      <w:pPr>
        <w:pStyle w:val="ListParagraph"/>
      </w:pPr>
      <w:r>
        <w:rPr>
          <w:sz w:val="22"/>
        </w:rPr>
        <w:t>A. +1</w:t>
      </w:r>
    </w:p>
    <w:p>
      <w:pPr>
        <w:pStyle w:val="ListParagraph"/>
      </w:pPr>
      <w:r>
        <w:rPr>
          <w:sz w:val="22"/>
        </w:rPr>
        <w:t>B. -1</w:t>
      </w:r>
    </w:p>
    <w:p>
      <w:pPr>
        <w:pStyle w:val="ListParagraph"/>
      </w:pPr>
      <w:r>
        <w:rPr>
          <w:sz w:val="22"/>
        </w:rPr>
        <w:t>C. 0</w:t>
      </w:r>
    </w:p>
    <w:p>
      <w:pPr>
        <w:pStyle w:val="ListParagraph"/>
      </w:pPr>
      <w:r>
        <w:rPr>
          <w:sz w:val="22"/>
        </w:rPr>
        <w:t>D. +2</w:t>
      </w:r>
    </w:p>
    <w:p/>
    <w:p>
      <w:r>
        <w:rPr>
          <w:b/>
          <w:sz w:val="24"/>
        </w:rPr>
        <w:t>Câu 3: Nguyên tử được cấu tạo từ những hạt nào?</w:t>
      </w:r>
    </w:p>
    <w:p>
      <w:pPr>
        <w:pStyle w:val="ListParagraph"/>
      </w:pPr>
      <w:r>
        <w:rPr>
          <w:sz w:val="22"/>
        </w:rPr>
        <w:t>A. proton và electron</w:t>
      </w:r>
    </w:p>
    <w:p>
      <w:pPr>
        <w:pStyle w:val="ListParagraph"/>
      </w:pPr>
      <w:r>
        <w:rPr>
          <w:sz w:val="22"/>
        </w:rPr>
        <w:t>B. proton, neutron và electron</w:t>
      </w:r>
    </w:p>
    <w:p>
      <w:pPr>
        <w:pStyle w:val="ListParagraph"/>
      </w:pPr>
      <w:r>
        <w:rPr>
          <w:sz w:val="22"/>
        </w:rPr>
        <w:t>C. proton và neutron</w:t>
      </w:r>
    </w:p>
    <w:p>
      <w:pPr>
        <w:pStyle w:val="ListParagraph"/>
      </w:pPr>
      <w:r>
        <w:rPr>
          <w:sz w:val="22"/>
        </w:rPr>
        <w:t>D. neutron và electron</w:t>
      </w:r>
    </w:p>
    <w:p/>
    <w:p>
      <w:r>
        <w:rPr>
          <w:b/>
          <w:sz w:val="24"/>
        </w:rPr>
        <w:t>Câu 4: Số khối A của nguyên tử bằng</w:t>
      </w:r>
    </w:p>
    <w:p>
      <w:pPr>
        <w:pStyle w:val="ListParagraph"/>
      </w:pPr>
      <w:r>
        <w:rPr>
          <w:sz w:val="22"/>
        </w:rPr>
        <w:t>A. Z + N</w:t>
      </w:r>
    </w:p>
    <w:p>
      <w:pPr>
        <w:pStyle w:val="ListParagraph"/>
      </w:pPr>
      <w:r>
        <w:rPr>
          <w:sz w:val="22"/>
        </w:rPr>
        <w:t>B. Z + P</w:t>
      </w:r>
    </w:p>
    <w:p>
      <w:pPr>
        <w:pStyle w:val="ListParagraph"/>
      </w:pPr>
      <w:r>
        <w:rPr>
          <w:sz w:val="22"/>
        </w:rPr>
        <w:t>C. N + E</w:t>
      </w:r>
    </w:p>
    <w:p>
      <w:pPr>
        <w:pStyle w:val="ListParagraph"/>
      </w:pPr>
      <w:r>
        <w:rPr>
          <w:sz w:val="22"/>
        </w:rPr>
        <w:t>D. Z + E</w:t>
      </w:r>
    </w:p>
    <w:p/>
    <w:p>
      <w:r>
        <w:rPr>
          <w:b/>
          <w:sz w:val="24"/>
        </w:rPr>
        <w:t>Câu 5: Kí hiệu nguyên tử $^{A}_{Z}X$ cho biết</w:t>
      </w:r>
    </w:p>
    <w:p>
      <w:pPr>
        <w:pStyle w:val="ListParagraph"/>
      </w:pPr>
      <w:r>
        <w:rPr>
          <w:sz w:val="22"/>
        </w:rPr>
        <w:t>A. số proton và số neutron</w:t>
      </w:r>
    </w:p>
    <w:p>
      <w:pPr>
        <w:pStyle w:val="ListParagraph"/>
      </w:pPr>
      <w:r>
        <w:rPr>
          <w:sz w:val="22"/>
        </w:rPr>
        <w:t>B. số proton và số khối</w:t>
      </w:r>
    </w:p>
    <w:p>
      <w:pPr>
        <w:pStyle w:val="ListParagraph"/>
      </w:pPr>
      <w:r>
        <w:rPr>
          <w:sz w:val="22"/>
        </w:rPr>
        <w:t>C. số electron và số neutron</w:t>
      </w:r>
    </w:p>
    <w:p>
      <w:pPr>
        <w:pStyle w:val="ListParagraph"/>
      </w:pPr>
      <w:r>
        <w:rPr>
          <w:sz w:val="22"/>
        </w:rPr>
        <w:t>D. số khối và số electron</w:t>
      </w:r>
    </w:p>
    <w:p/>
    <w:p>
      <w:r>
        <w:rPr>
          <w:b/>
          <w:sz w:val="24"/>
        </w:rPr>
        <w:t>Câu 6: Đồng vị là các nguyên tử có cùng</w:t>
      </w:r>
    </w:p>
    <w:p>
      <w:pPr>
        <w:pStyle w:val="ListParagraph"/>
      </w:pPr>
      <w:r>
        <w:rPr>
          <w:sz w:val="22"/>
        </w:rPr>
        <w:t>A. số neutron</w:t>
      </w:r>
    </w:p>
    <w:p>
      <w:pPr>
        <w:pStyle w:val="ListParagraph"/>
      </w:pPr>
      <w:r>
        <w:rPr>
          <w:sz w:val="22"/>
        </w:rPr>
        <w:t>B. số proton</w:t>
      </w:r>
    </w:p>
    <w:p>
      <w:pPr>
        <w:pStyle w:val="ListParagraph"/>
      </w:pPr>
      <w:r>
        <w:rPr>
          <w:sz w:val="22"/>
        </w:rPr>
        <w:t>C. số khối</w:t>
      </w:r>
    </w:p>
    <w:p>
      <w:pPr>
        <w:pStyle w:val="ListParagraph"/>
      </w:pPr>
      <w:r>
        <w:rPr>
          <w:sz w:val="22"/>
        </w:rPr>
        <w:t>D. số electron lớp ngoài cùng</w:t>
      </w:r>
    </w:p>
    <w:p/>
    <w:p>
      <w:r>
        <w:rPr>
          <w:b/>
          <w:sz w:val="24"/>
        </w:rPr>
        <w:t>Câu 7: Nguyên tử khối trung bình của nguyên tố có hai đồng vị $^{35}_{17}Cl$ (75,77%) và $^{37}_{17}Cl$ (24,23%) là</w:t>
      </w:r>
    </w:p>
    <w:p>
      <w:pPr>
        <w:pStyle w:val="ListParagraph"/>
      </w:pPr>
      <w:r>
        <w:rPr>
          <w:sz w:val="22"/>
        </w:rPr>
        <w:t>A. 35,48</w:t>
      </w:r>
    </w:p>
    <w:p>
      <w:pPr>
        <w:pStyle w:val="ListParagraph"/>
      </w:pPr>
      <w:r>
        <w:rPr>
          <w:sz w:val="22"/>
        </w:rPr>
        <w:t>B. 35,50</w:t>
      </w:r>
    </w:p>
    <w:p>
      <w:pPr>
        <w:pStyle w:val="ListParagraph"/>
      </w:pPr>
      <w:r>
        <w:rPr>
          <w:sz w:val="22"/>
        </w:rPr>
        <w:t>C. 35,45</w:t>
      </w:r>
    </w:p>
    <w:p>
      <w:pPr>
        <w:pStyle w:val="ListParagraph"/>
      </w:pPr>
      <w:r>
        <w:rPr>
          <w:sz w:val="22"/>
        </w:rPr>
        <w:t>D. 36,00</w:t>
      </w:r>
    </w:p>
    <w:p/>
    <w:p>
      <w:r>
        <w:rPr>
          <w:b/>
          <w:sz w:val="24"/>
        </w:rPr>
        <w:t>Câu 8: Lớp electron thứ n có tối đa bao nhiêu electron?</w:t>
      </w:r>
    </w:p>
    <w:p>
      <w:pPr>
        <w:pStyle w:val="ListParagraph"/>
      </w:pPr>
      <w:r>
        <w:rPr>
          <w:sz w:val="22"/>
        </w:rPr>
        <w:t>A. n</w:t>
      </w:r>
    </w:p>
    <w:p>
      <w:pPr>
        <w:pStyle w:val="ListParagraph"/>
      </w:pPr>
      <w:r>
        <w:rPr>
          <w:sz w:val="22"/>
        </w:rPr>
        <w:t>B. 2n</w:t>
      </w:r>
    </w:p>
    <w:p>
      <w:pPr>
        <w:pStyle w:val="ListParagraph"/>
      </w:pPr>
      <w:r>
        <w:rPr>
          <w:sz w:val="22"/>
        </w:rPr>
        <w:t>C. 2n^2</w:t>
      </w:r>
    </w:p>
    <w:p>
      <w:pPr>
        <w:pStyle w:val="ListParagraph"/>
      </w:pPr>
      <w:r>
        <w:rPr>
          <w:sz w:val="22"/>
        </w:rPr>
        <w:t>D. n^2</w:t>
      </w:r>
    </w:p>
    <w:p/>
    <w:p>
      <w:r>
        <w:rPr>
          <w:b/>
          <w:sz w:val="24"/>
        </w:rPr>
        <w:t>Câu 9: Phân lớp s, p, d, f có số orbital lần lượt là</w:t>
      </w:r>
    </w:p>
    <w:p>
      <w:pPr>
        <w:pStyle w:val="ListParagraph"/>
      </w:pPr>
      <w:r>
        <w:rPr>
          <w:sz w:val="22"/>
        </w:rPr>
        <w:t>A. 1, 3, 5, 7</w:t>
      </w:r>
    </w:p>
    <w:p>
      <w:pPr>
        <w:pStyle w:val="ListParagraph"/>
      </w:pPr>
      <w:r>
        <w:rPr>
          <w:sz w:val="22"/>
        </w:rPr>
        <w:t>B. 1, 2, 3, 4</w:t>
      </w:r>
    </w:p>
    <w:p>
      <w:pPr>
        <w:pStyle w:val="ListParagraph"/>
      </w:pPr>
      <w:r>
        <w:rPr>
          <w:sz w:val="22"/>
        </w:rPr>
        <w:t>C. 2, 6, 10, 14</w:t>
      </w:r>
    </w:p>
    <w:p>
      <w:pPr>
        <w:pStyle w:val="ListParagraph"/>
      </w:pPr>
      <w:r>
        <w:rPr>
          <w:sz w:val="22"/>
        </w:rPr>
        <w:t>D. 1, 3, 5, 6</w:t>
      </w:r>
    </w:p>
    <w:p/>
    <w:p>
      <w:r>
        <w:rPr>
          <w:b/>
          <w:sz w:val="24"/>
        </w:rPr>
        <w:t>Câu 10: Orbital p có dạng hình</w:t>
      </w:r>
    </w:p>
    <w:p>
      <w:pPr>
        <w:pStyle w:val="ListParagraph"/>
      </w:pPr>
      <w:r>
        <w:rPr>
          <w:sz w:val="22"/>
        </w:rPr>
        <w:t>A. hình cầu</w:t>
      </w:r>
    </w:p>
    <w:p>
      <w:pPr>
        <w:pStyle w:val="ListParagraph"/>
      </w:pPr>
      <w:r>
        <w:rPr>
          <w:sz w:val="22"/>
        </w:rPr>
        <w:t>B. hình số tám nổi</w:t>
      </w:r>
    </w:p>
    <w:p>
      <w:pPr>
        <w:pStyle w:val="ListParagraph"/>
      </w:pPr>
      <w:r>
        <w:rPr>
          <w:sz w:val="22"/>
        </w:rPr>
        <w:t>C. hình bầu dục</w:t>
      </w:r>
    </w:p>
    <w:p>
      <w:pPr>
        <w:pStyle w:val="ListParagraph"/>
      </w:pPr>
      <w:r>
        <w:rPr>
          <w:sz w:val="22"/>
        </w:rPr>
        <w:t>D. hình vuông</w:t>
      </w:r>
    </w:p>
    <w:p/>
    <w:p>
      <w:r>
        <w:rPr>
          <w:b/>
          <w:sz w:val="24"/>
        </w:rPr>
        <w:t>Câu 11: Theo nguyên lí Pauli, trong một orbital chỉ chứa tối đa bao nhiêu electron?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4</w:t>
      </w:r>
    </w:p>
    <w:p/>
    <w:p>
      <w:r>
        <w:rPr>
          <w:b/>
          <w:sz w:val="24"/>
        </w:rPr>
        <w:t>Câu 12: Cấu hình electron của nguyên tử Na (Z = 11) là</w:t>
      </w:r>
    </w:p>
    <w:p>
      <w:pPr>
        <w:pStyle w:val="ListParagraph"/>
      </w:pPr>
      <w:r>
        <w:rPr>
          <w:sz w:val="22"/>
        </w:rPr>
        <w:t>A. $1s^2 2s^2 2p^6 3s^1$</w:t>
      </w:r>
    </w:p>
    <w:p>
      <w:pPr>
        <w:pStyle w:val="ListParagraph"/>
      </w:pPr>
      <w:r>
        <w:rPr>
          <w:sz w:val="22"/>
        </w:rPr>
        <w:t>B. $1s^2 2s^2 2p^6 3s^2$</w:t>
      </w:r>
    </w:p>
    <w:p>
      <w:pPr>
        <w:pStyle w:val="ListParagraph"/>
      </w:pPr>
      <w:r>
        <w:rPr>
          <w:sz w:val="22"/>
        </w:rPr>
        <w:t>C. $1s^2 2s^2 2p^6$</w:t>
      </w:r>
    </w:p>
    <w:p>
      <w:pPr>
        <w:pStyle w:val="ListParagraph"/>
      </w:pPr>
      <w:r>
        <w:rPr>
          <w:sz w:val="22"/>
        </w:rPr>
        <w:t>D. $1s^2 2s^2 2p^5 3s^2$</w:t>
      </w:r>
    </w:p>
    <w:p/>
    <w:p>
      <w:r>
        <w:rPr>
          <w:b/>
          <w:sz w:val="24"/>
        </w:rPr>
        <w:t>Câu 13: Nguyên tử có Z = 17, số electron ở lớp ngoài cùng là</w:t>
      </w:r>
    </w:p>
    <w:p>
      <w:pPr>
        <w:pStyle w:val="ListParagraph"/>
      </w:pPr>
      <w:r>
        <w:rPr>
          <w:sz w:val="22"/>
        </w:rPr>
        <w:t>A. 5</w:t>
      </w:r>
    </w:p>
    <w:p>
      <w:pPr>
        <w:pStyle w:val="ListParagraph"/>
      </w:pPr>
      <w:r>
        <w:rPr>
          <w:sz w:val="22"/>
        </w:rPr>
        <w:t>B. 6</w:t>
      </w:r>
    </w:p>
    <w:p>
      <w:pPr>
        <w:pStyle w:val="ListParagraph"/>
      </w:pPr>
      <w:r>
        <w:rPr>
          <w:sz w:val="22"/>
        </w:rPr>
        <w:t>C. 7</w:t>
      </w:r>
    </w:p>
    <w:p>
      <w:pPr>
        <w:pStyle w:val="ListParagraph"/>
      </w:pPr>
      <w:r>
        <w:rPr>
          <w:sz w:val="22"/>
        </w:rPr>
        <w:t>D. 8</w:t>
      </w:r>
    </w:p>
    <w:p/>
    <w:p>
      <w:r>
        <w:rPr>
          <w:b/>
          <w:sz w:val="24"/>
        </w:rPr>
        <w:t>Câu 14: Nguyên tố có cấu hình electron lớp ngoài cùng $3s^2 3p^6$ là</w:t>
      </w:r>
    </w:p>
    <w:p>
      <w:pPr>
        <w:pStyle w:val="ListParagraph"/>
      </w:pPr>
      <w:r>
        <w:rPr>
          <w:sz w:val="22"/>
        </w:rPr>
        <w:t>A. kim loại</w:t>
      </w:r>
    </w:p>
    <w:p>
      <w:pPr>
        <w:pStyle w:val="ListParagraph"/>
      </w:pPr>
      <w:r>
        <w:rPr>
          <w:sz w:val="22"/>
        </w:rPr>
        <w:t>B. phi kim</w:t>
      </w:r>
    </w:p>
    <w:p>
      <w:pPr>
        <w:pStyle w:val="ListParagraph"/>
      </w:pPr>
      <w:r>
        <w:rPr>
          <w:sz w:val="22"/>
        </w:rPr>
        <w:t>C. khí hiếm</w:t>
      </w:r>
    </w:p>
    <w:p>
      <w:pPr>
        <w:pStyle w:val="ListParagraph"/>
      </w:pPr>
      <w:r>
        <w:rPr>
          <w:sz w:val="22"/>
        </w:rPr>
        <w:t>D. kim loại chuyển tiếp</w:t>
      </w:r>
    </w:p>
    <w:p/>
    <w:p>
      <w:r>
        <w:rPr>
          <w:b/>
          <w:sz w:val="24"/>
        </w:rPr>
        <w:t>Câu 15: Số electron tối đa trên lớp M (n = 3) là</w:t>
      </w:r>
    </w:p>
    <w:p>
      <w:pPr>
        <w:pStyle w:val="ListParagraph"/>
      </w:pPr>
      <w:r>
        <w:rPr>
          <w:sz w:val="22"/>
        </w:rPr>
        <w:t>A. 8</w:t>
      </w:r>
    </w:p>
    <w:p>
      <w:pPr>
        <w:pStyle w:val="ListParagraph"/>
      </w:pPr>
      <w:r>
        <w:rPr>
          <w:sz w:val="22"/>
        </w:rPr>
        <w:t>B. 18</w:t>
      </w:r>
    </w:p>
    <w:p>
      <w:pPr>
        <w:pStyle w:val="ListParagraph"/>
      </w:pPr>
      <w:r>
        <w:rPr>
          <w:sz w:val="22"/>
        </w:rPr>
        <w:t>C. 32</w:t>
      </w:r>
    </w:p>
    <w:p>
      <w:pPr>
        <w:pStyle w:val="ListParagraph"/>
      </w:pPr>
      <w:r>
        <w:rPr>
          <w:sz w:val="22"/>
        </w:rPr>
        <w:t>D. 2</w:t>
      </w:r>
    </w:p>
    <w:p/>
    <w:p>
      <w:r>
        <w:rPr>
          <w:b/>
          <w:sz w:val="24"/>
        </w:rPr>
        <w:t>Câu 16: Nguyên tử khối trung bình của nguyên tố có hai đồng vị $^{63}Cu$ (69,17%) và $^{65}Cu$ (30,83%) là</w:t>
      </w:r>
    </w:p>
    <w:p>
      <w:pPr>
        <w:pStyle w:val="ListParagraph"/>
      </w:pPr>
      <w:r>
        <w:rPr>
          <w:sz w:val="22"/>
        </w:rPr>
        <w:t>A. 63,62</w:t>
      </w:r>
    </w:p>
    <w:p>
      <w:pPr>
        <w:pStyle w:val="ListParagraph"/>
      </w:pPr>
      <w:r>
        <w:rPr>
          <w:sz w:val="22"/>
        </w:rPr>
        <w:t>B. 63,55</w:t>
      </w:r>
    </w:p>
    <w:p>
      <w:pPr>
        <w:pStyle w:val="ListParagraph"/>
      </w:pPr>
      <w:r>
        <w:rPr>
          <w:sz w:val="22"/>
        </w:rPr>
        <w:t>C. 64,00</w:t>
      </w:r>
    </w:p>
    <w:p>
      <w:pPr>
        <w:pStyle w:val="ListParagraph"/>
      </w:pPr>
      <w:r>
        <w:rPr>
          <w:sz w:val="22"/>
        </w:rPr>
        <w:t>D. 63,50</w:t>
      </w:r>
    </w:p>
    <w:p/>
    <w:p>
      <w:r>
        <w:rPr>
          <w:b/>
          <w:sz w:val="24"/>
        </w:rPr>
        <w:t>Câu 17: Cấu hình electron của nguyên tử có Z = 8 là</w:t>
      </w:r>
    </w:p>
    <w:p>
      <w:pPr>
        <w:pStyle w:val="ListParagraph"/>
      </w:pPr>
      <w:r>
        <w:rPr>
          <w:sz w:val="22"/>
        </w:rPr>
        <w:t>A. $1s^2 2s^2 2p^4$</w:t>
      </w:r>
    </w:p>
    <w:p>
      <w:pPr>
        <w:pStyle w:val="ListParagraph"/>
      </w:pPr>
      <w:r>
        <w:rPr>
          <w:sz w:val="22"/>
        </w:rPr>
        <w:t>B. $1s^2 2s^2 2p^6$</w:t>
      </w:r>
    </w:p>
    <w:p>
      <w:pPr>
        <w:pStyle w:val="ListParagraph"/>
      </w:pPr>
      <w:r>
        <w:rPr>
          <w:sz w:val="22"/>
        </w:rPr>
        <w:t>C. $1s^2 2s^2 2p^3$</w:t>
      </w:r>
    </w:p>
    <w:p>
      <w:pPr>
        <w:pStyle w:val="ListParagraph"/>
      </w:pPr>
      <w:r>
        <w:rPr>
          <w:sz w:val="22"/>
        </w:rPr>
        <w:t>D. $1s^2 2s^2 2p^5$</w:t>
      </w:r>
    </w:p>
    <w:p/>
    <w:p>
      <w:r>
        <w:rPr>
          <w:b/>
          <w:sz w:val="24"/>
        </w:rPr>
        <w:t>Câu 18: Nguyên tử X có tổng số hạt proton, neutron và electron là 34, trong đó số hạt mang điện nhiều hơn số hạt không mang điện là 10. Số khối của X là</w:t>
      </w:r>
    </w:p>
    <w:p>
      <w:pPr>
        <w:pStyle w:val="ListParagraph"/>
      </w:pPr>
      <w:r>
        <w:rPr>
          <w:sz w:val="22"/>
        </w:rPr>
        <w:t>A. 23</w:t>
      </w:r>
    </w:p>
    <w:p>
      <w:pPr>
        <w:pStyle w:val="ListParagraph"/>
      </w:pPr>
      <w:r>
        <w:rPr>
          <w:sz w:val="22"/>
        </w:rPr>
        <w:t>B. 24</w:t>
      </w:r>
    </w:p>
    <w:p>
      <w:pPr>
        <w:pStyle w:val="ListParagraph"/>
      </w:pPr>
      <w:r>
        <w:rPr>
          <w:sz w:val="22"/>
        </w:rPr>
        <w:t>C. 22</w:t>
      </w:r>
    </w:p>
    <w:p>
      <w:pPr>
        <w:pStyle w:val="ListParagraph"/>
      </w:pPr>
      <w:r>
        <w:rPr>
          <w:sz w:val="22"/>
        </w:rPr>
        <w:t>D. 25</w:t>
      </w:r>
    </w:p>
    <w:p/>
    <w:p>
      <w:r>
        <w:rPr>
          <w:b/>
          <w:sz w:val="24"/>
        </w:rPr>
        <w:t>Câu 19: Viết cấu hình electron đầy đủ của nguyên tử Al (Z = 13).</w:t>
      </w:r>
    </w:p>
    <w:p/>
    <w:p>
      <w:r>
        <w:rPr>
          <w:b/>
          <w:sz w:val="24"/>
        </w:rPr>
        <w:t>Câu 20: Nguyên tử Mg (Z = 12) có bao nhiêu electron ở lớp ngoài cùng?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C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$1s^2 2s^2 2p^6 3s^2 3p^1$</w:t>
      </w:r>
    </w:p>
    <w:p>
      <w:r>
        <w:rPr>
          <w:b/>
        </w:rPr>
        <w:t>Câu 20: Đáp án đúng: 2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