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SINH HỌC: Chương 1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Trong tế bào nhân thực, bào quan nào là nơi tổng hợp ATP chủ yếu qua hô hấp hiếu khí?</w:t>
      </w:r>
    </w:p>
    <w:p>
      <w:pPr>
        <w:pStyle w:val="ListParagraph"/>
      </w:pPr>
      <w:r>
        <w:rPr>
          <w:sz w:val="22"/>
        </w:rPr>
        <w:t>A. Ribosome</w:t>
      </w:r>
    </w:p>
    <w:p>
      <w:pPr>
        <w:pStyle w:val="ListParagraph"/>
      </w:pPr>
      <w:r>
        <w:rPr>
          <w:sz w:val="22"/>
        </w:rPr>
        <w:t>B. Ti thể</w:t>
      </w:r>
    </w:p>
    <w:p>
      <w:pPr>
        <w:pStyle w:val="ListParagraph"/>
      </w:pPr>
      <w:r>
        <w:rPr>
          <w:sz w:val="22"/>
        </w:rPr>
        <w:t>C. Lục lạp</w:t>
      </w:r>
    </w:p>
    <w:p>
      <w:pPr>
        <w:pStyle w:val="ListParagraph"/>
      </w:pPr>
      <w:r>
        <w:rPr>
          <w:sz w:val="22"/>
        </w:rPr>
        <w:t>D. Lysosome</w:t>
      </w:r>
    </w:p>
    <w:p/>
    <w:p>
      <w:r>
        <w:rPr>
          <w:b/>
          <w:sz w:val="24"/>
        </w:rPr>
        <w:t>Câu 2: Đơn phân cấu tạo nên protein là gì?</w:t>
      </w:r>
    </w:p>
    <w:p>
      <w:pPr>
        <w:pStyle w:val="ListParagraph"/>
      </w:pPr>
      <w:r>
        <w:rPr>
          <w:sz w:val="22"/>
        </w:rPr>
        <w:t>A. Nucleotide</w:t>
      </w:r>
    </w:p>
    <w:p>
      <w:pPr>
        <w:pStyle w:val="ListParagraph"/>
      </w:pPr>
      <w:r>
        <w:rPr>
          <w:sz w:val="22"/>
        </w:rPr>
        <w:t>B. Glucose</w:t>
      </w:r>
    </w:p>
    <w:p>
      <w:pPr>
        <w:pStyle w:val="ListParagraph"/>
      </w:pPr>
      <w:r>
        <w:rPr>
          <w:sz w:val="22"/>
        </w:rPr>
        <w:t>C. Amino acid</w:t>
      </w:r>
    </w:p>
    <w:p>
      <w:pPr>
        <w:pStyle w:val="ListParagraph"/>
      </w:pPr>
      <w:r>
        <w:rPr>
          <w:sz w:val="22"/>
        </w:rPr>
        <w:t>D. Fatty acid</w:t>
      </w:r>
    </w:p>
    <w:p/>
    <w:p>
      <w:r>
        <w:rPr>
          <w:b/>
          <w:sz w:val="24"/>
        </w:rPr>
        <w:t>Câu 3: Enzyme có đặc tính nào sau đây?</w:t>
      </w:r>
    </w:p>
    <w:p>
      <w:pPr>
        <w:pStyle w:val="ListParagraph"/>
      </w:pPr>
      <w:r>
        <w:rPr>
          <w:sz w:val="22"/>
        </w:rPr>
        <w:t>A. Bị tiêu thụ hoàn toàn sau phản ứng</w:t>
      </w:r>
    </w:p>
    <w:p>
      <w:pPr>
        <w:pStyle w:val="ListParagraph"/>
      </w:pPr>
      <w:r>
        <w:rPr>
          <w:sz w:val="22"/>
        </w:rPr>
        <w:t>B. Làm tăng năng lượng hoạt hóa</w:t>
      </w:r>
    </w:p>
    <w:p>
      <w:pPr>
        <w:pStyle w:val="ListParagraph"/>
      </w:pPr>
      <w:r>
        <w:rPr>
          <w:sz w:val="22"/>
        </w:rPr>
        <w:t>C. Có tính đặc hiệu với cơ chất</w:t>
      </w:r>
    </w:p>
    <w:p>
      <w:pPr>
        <w:pStyle w:val="ListParagraph"/>
      </w:pPr>
      <w:r>
        <w:rPr>
          <w:sz w:val="22"/>
        </w:rPr>
        <w:t>D. Chỉ hoạt động ở nhiệt độ 100°C</w:t>
      </w:r>
    </w:p>
    <w:p/>
    <w:p>
      <w:r>
        <w:rPr>
          <w:b/>
          <w:sz w:val="24"/>
        </w:rPr>
        <w:t>Câu 4: Trong quang hợp, khí O2 được sinh ra từ quá trình nào?</w:t>
      </w:r>
    </w:p>
    <w:p>
      <w:pPr>
        <w:pStyle w:val="ListParagraph"/>
      </w:pPr>
      <w:r>
        <w:rPr>
          <w:sz w:val="22"/>
        </w:rPr>
        <w:t>A. Cố định CO2</w:t>
      </w:r>
    </w:p>
    <w:p>
      <w:pPr>
        <w:pStyle w:val="ListParagraph"/>
      </w:pPr>
      <w:r>
        <w:rPr>
          <w:sz w:val="22"/>
        </w:rPr>
        <w:t>B. Quang phân ly nước ở pha sáng</w:t>
      </w:r>
    </w:p>
    <w:p>
      <w:pPr>
        <w:pStyle w:val="ListParagraph"/>
      </w:pPr>
      <w:r>
        <w:rPr>
          <w:sz w:val="22"/>
        </w:rPr>
        <w:t>C. Chu trình Calvin</w:t>
      </w:r>
    </w:p>
    <w:p>
      <w:pPr>
        <w:pStyle w:val="ListParagraph"/>
      </w:pPr>
      <w:r>
        <w:rPr>
          <w:sz w:val="22"/>
        </w:rPr>
        <w:t>D. Hô hấp sáng</w:t>
      </w:r>
    </w:p>
    <w:p/>
    <w:p>
      <w:r>
        <w:rPr>
          <w:b/>
          <w:sz w:val="24"/>
        </w:rPr>
        <w:t>Câu 5: Phát biểu nào đúng về nguyên phân?</w:t>
      </w:r>
    </w:p>
    <w:p>
      <w:pPr>
        <w:pStyle w:val="ListParagraph"/>
      </w:pPr>
      <w:r>
        <w:rPr>
          <w:sz w:val="22"/>
        </w:rPr>
        <w:t>A. Tạo ra 4 tế bào con có bộ NST n</w:t>
      </w:r>
    </w:p>
    <w:p>
      <w:pPr>
        <w:pStyle w:val="ListParagraph"/>
      </w:pPr>
      <w:r>
        <w:rPr>
          <w:sz w:val="22"/>
        </w:rPr>
        <w:t>B. Tạo ra 2 tế bào con có bộ NST giống tế bào mẹ</w:t>
      </w:r>
    </w:p>
    <w:p>
      <w:pPr>
        <w:pStyle w:val="ListParagraph"/>
      </w:pPr>
      <w:r>
        <w:rPr>
          <w:sz w:val="22"/>
        </w:rPr>
        <w:t>C. Xảy ra ở cơ quan sinh sản để tạo giao tử</w:t>
      </w:r>
    </w:p>
    <w:p>
      <w:pPr>
        <w:pStyle w:val="ListParagraph"/>
      </w:pPr>
      <w:r>
        <w:rPr>
          <w:sz w:val="22"/>
        </w:rPr>
        <w:t>D. Có trao đổi chéo nhiễm sắc thể</w:t>
      </w:r>
    </w:p>
    <w:p/>
    <w:p>
      <w:r>
        <w:rPr>
          <w:b/>
          <w:sz w:val="24"/>
        </w:rPr>
        <w:t>Câu 6: Ở người, bộ nhiễm sắc thể lưỡng bội bình thường là bao nhiêu?</w:t>
      </w:r>
    </w:p>
    <w:p>
      <w:pPr>
        <w:pStyle w:val="ListParagraph"/>
      </w:pPr>
      <w:r>
        <w:rPr>
          <w:sz w:val="22"/>
        </w:rPr>
        <w:t>A. 23</w:t>
      </w:r>
    </w:p>
    <w:p>
      <w:pPr>
        <w:pStyle w:val="ListParagraph"/>
      </w:pPr>
      <w:r>
        <w:rPr>
          <w:sz w:val="22"/>
        </w:rPr>
        <w:t>B. 46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48</w:t>
      </w:r>
    </w:p>
    <w:p/>
    <w:p>
      <w:r>
        <w:rPr>
          <w:b/>
          <w:sz w:val="24"/>
        </w:rPr>
        <w:t>Câu 7: Quá trình phiên mã là quá trình nào sau đây?</w:t>
      </w:r>
    </w:p>
    <w:p>
      <w:pPr>
        <w:pStyle w:val="ListParagraph"/>
      </w:pPr>
      <w:r>
        <w:rPr>
          <w:sz w:val="22"/>
        </w:rPr>
        <w:t>A. Tổng hợp protein từ mRNA</w:t>
      </w:r>
    </w:p>
    <w:p>
      <w:pPr>
        <w:pStyle w:val="ListParagraph"/>
      </w:pPr>
      <w:r>
        <w:rPr>
          <w:sz w:val="22"/>
        </w:rPr>
        <w:t>B. Tổng hợp DNA từ DNA</w:t>
      </w:r>
    </w:p>
    <w:p>
      <w:pPr>
        <w:pStyle w:val="ListParagraph"/>
      </w:pPr>
      <w:r>
        <w:rPr>
          <w:sz w:val="22"/>
        </w:rPr>
        <w:t>C. Tổng hợp RNA từ mạch khuôn DNA</w:t>
      </w:r>
    </w:p>
    <w:p>
      <w:pPr>
        <w:pStyle w:val="ListParagraph"/>
      </w:pPr>
      <w:r>
        <w:rPr>
          <w:sz w:val="22"/>
        </w:rPr>
        <w:t>D. Nhân đôi DNA</w:t>
      </w:r>
    </w:p>
    <w:p/>
    <w:p>
      <w:r>
        <w:rPr>
          <w:b/>
          <w:sz w:val="24"/>
        </w:rPr>
        <w:t>Câu 8: Đơn vị di truyền cơ bản quy định một tính trạng là gì?</w:t>
      </w:r>
    </w:p>
    <w:p>
      <w:pPr>
        <w:pStyle w:val="ListParagraph"/>
      </w:pPr>
      <w:r>
        <w:rPr>
          <w:sz w:val="22"/>
        </w:rPr>
        <w:t>A. Nhiễm sắc thể</w:t>
      </w:r>
    </w:p>
    <w:p>
      <w:pPr>
        <w:pStyle w:val="ListParagraph"/>
      </w:pPr>
      <w:r>
        <w:rPr>
          <w:sz w:val="22"/>
        </w:rPr>
        <w:t>B. Gen</w:t>
      </w:r>
    </w:p>
    <w:p>
      <w:pPr>
        <w:pStyle w:val="ListParagraph"/>
      </w:pPr>
      <w:r>
        <w:rPr>
          <w:sz w:val="22"/>
        </w:rPr>
        <w:t>C. RNA</w:t>
      </w:r>
    </w:p>
    <w:p>
      <w:pPr>
        <w:pStyle w:val="ListParagraph"/>
      </w:pPr>
      <w:r>
        <w:rPr>
          <w:sz w:val="22"/>
        </w:rPr>
        <w:t>D. Protein</w:t>
      </w:r>
    </w:p>
    <w:p/>
    <w:p>
      <w:r>
        <w:rPr>
          <w:b/>
          <w:sz w:val="24"/>
        </w:rPr>
        <w:t>Câu 9: Trong chuỗi thức ăn, sinh vật sản xuất thường là nhóm nào?</w:t>
      </w:r>
    </w:p>
    <w:p>
      <w:pPr>
        <w:pStyle w:val="ListParagraph"/>
      </w:pPr>
      <w:r>
        <w:rPr>
          <w:sz w:val="22"/>
        </w:rPr>
        <w:t>A. Động vật ăn thực vật</w:t>
      </w:r>
    </w:p>
    <w:p>
      <w:pPr>
        <w:pStyle w:val="ListParagraph"/>
      </w:pPr>
      <w:r>
        <w:rPr>
          <w:sz w:val="22"/>
        </w:rPr>
        <w:t>B. Sinh vật tự dưỡng</w:t>
      </w:r>
    </w:p>
    <w:p>
      <w:pPr>
        <w:pStyle w:val="ListParagraph"/>
      </w:pPr>
      <w:r>
        <w:rPr>
          <w:sz w:val="22"/>
        </w:rPr>
        <w:t>C. Nấm</w:t>
      </w:r>
    </w:p>
    <w:p>
      <w:pPr>
        <w:pStyle w:val="ListParagraph"/>
      </w:pPr>
      <w:r>
        <w:rPr>
          <w:sz w:val="22"/>
        </w:rPr>
        <w:t>D. Động vật ăn thịt</w:t>
      </w:r>
    </w:p>
    <w:p/>
    <w:p>
      <w:r>
        <w:rPr>
          <w:b/>
          <w:sz w:val="24"/>
        </w:rPr>
        <w:t>Câu 10: Học thuyết tế bào phát biểu điều gì?</w:t>
      </w:r>
    </w:p>
    <w:p>
      <w:pPr>
        <w:pStyle w:val="ListParagraph"/>
      </w:pPr>
      <w:r>
        <w:rPr>
          <w:sz w:val="22"/>
        </w:rPr>
        <w:t>A. Tất cả sinh vật đều là đơn bào</w:t>
      </w:r>
    </w:p>
    <w:p>
      <w:pPr>
        <w:pStyle w:val="ListParagraph"/>
      </w:pPr>
      <w:r>
        <w:rPr>
          <w:sz w:val="22"/>
        </w:rPr>
        <w:t>B. Tế bào là đơn vị cấu trúc và chức năng cơ bản của sinh vật</w:t>
      </w:r>
    </w:p>
    <w:p>
      <w:pPr>
        <w:pStyle w:val="ListParagraph"/>
      </w:pPr>
      <w:r>
        <w:rPr>
          <w:sz w:val="22"/>
        </w:rPr>
        <w:t>C. Tế bào chỉ có ở động vật</w:t>
      </w:r>
    </w:p>
    <w:p>
      <w:pPr>
        <w:pStyle w:val="ListParagraph"/>
      </w:pPr>
      <w:r>
        <w:rPr>
          <w:sz w:val="22"/>
        </w:rPr>
        <w:t>D. Tế bào phát sinh từ vật chất vô sinh</w:t>
      </w:r>
    </w:p>
    <w:p/>
    <w:p>
      <w:r>
        <w:rPr>
          <w:b/>
          <w:sz w:val="24"/>
        </w:rPr>
        <w:t>Câu 11: DNA và RNA khác nhau chủ yếu ở đặc điểm nào sau đây?</w:t>
      </w:r>
    </w:p>
    <w:p>
      <w:pPr>
        <w:pStyle w:val="ListParagraph"/>
      </w:pPr>
      <w:r>
        <w:rPr>
          <w:sz w:val="22"/>
        </w:rPr>
        <w:t>A. DNA có deoxyribose và thymine; RNA có ribose và uracil</w:t>
      </w:r>
    </w:p>
    <w:p>
      <w:pPr>
        <w:pStyle w:val="ListParagraph"/>
      </w:pPr>
      <w:r>
        <w:rPr>
          <w:sz w:val="22"/>
        </w:rPr>
        <w:t>B. DNA có uracil; RNA có thymine</w:t>
      </w:r>
    </w:p>
    <w:p>
      <w:pPr>
        <w:pStyle w:val="ListParagraph"/>
      </w:pPr>
      <w:r>
        <w:rPr>
          <w:sz w:val="22"/>
        </w:rPr>
        <w:t>C. DNA chỉ có một mạch; RNA có hai mạch</w:t>
      </w:r>
    </w:p>
    <w:p>
      <w:pPr>
        <w:pStyle w:val="ListParagraph"/>
      </w:pPr>
      <w:r>
        <w:rPr>
          <w:sz w:val="22"/>
        </w:rPr>
        <w:t>D. Cả DNA và RNA đều có base uracil</w:t>
      </w:r>
    </w:p>
    <w:p/>
    <w:p>
      <w:r>
        <w:rPr>
          <w:b/>
          <w:sz w:val="24"/>
        </w:rPr>
        <w:t>Câu 12: Trong hô hấp tế bào, quá trình đường phân xảy ra ở đâu?</w:t>
      </w:r>
    </w:p>
    <w:p>
      <w:pPr>
        <w:pStyle w:val="ListParagraph"/>
      </w:pPr>
      <w:r>
        <w:rPr>
          <w:sz w:val="22"/>
        </w:rPr>
        <w:t>A. Tế bào chất</w:t>
      </w:r>
    </w:p>
    <w:p>
      <w:pPr>
        <w:pStyle w:val="ListParagraph"/>
      </w:pPr>
      <w:r>
        <w:rPr>
          <w:sz w:val="22"/>
        </w:rPr>
        <w:t>B. Ti thể</w:t>
      </w:r>
    </w:p>
    <w:p>
      <w:pPr>
        <w:pStyle w:val="ListParagraph"/>
      </w:pPr>
      <w:r>
        <w:rPr>
          <w:sz w:val="22"/>
        </w:rPr>
        <w:t>C. Lục lạp</w:t>
      </w:r>
    </w:p>
    <w:p>
      <w:pPr>
        <w:pStyle w:val="ListParagraph"/>
      </w:pPr>
      <w:r>
        <w:rPr>
          <w:sz w:val="22"/>
        </w:rPr>
        <w:t>D. Nhân</w:t>
      </w:r>
    </w:p>
    <w:p/>
    <w:p>
      <w:r>
        <w:rPr>
          <w:b/>
          <w:sz w:val="24"/>
        </w:rPr>
        <w:t>Câu 13: Loại liên kết hóa học nối các amino acid trong phân tử protein là gì?</w:t>
      </w:r>
    </w:p>
    <w:p>
      <w:pPr>
        <w:pStyle w:val="ListParagraph"/>
      </w:pPr>
      <w:r>
        <w:rPr>
          <w:sz w:val="22"/>
        </w:rPr>
        <w:t>A. Liên kết hydro</w:t>
      </w:r>
    </w:p>
    <w:p>
      <w:pPr>
        <w:pStyle w:val="ListParagraph"/>
      </w:pPr>
      <w:r>
        <w:rPr>
          <w:sz w:val="22"/>
        </w:rPr>
        <w:t>B. Liên kết peptide</w:t>
      </w:r>
    </w:p>
    <w:p>
      <w:pPr>
        <w:pStyle w:val="ListParagraph"/>
      </w:pPr>
      <w:r>
        <w:rPr>
          <w:sz w:val="22"/>
        </w:rPr>
        <w:t>C. Liên kết phosphodiester</w:t>
      </w:r>
    </w:p>
    <w:p>
      <w:pPr>
        <w:pStyle w:val="ListParagraph"/>
      </w:pPr>
      <w:r>
        <w:rPr>
          <w:sz w:val="22"/>
        </w:rPr>
        <w:t>D. Liên kết ion</w:t>
      </w:r>
    </w:p>
    <w:p/>
    <w:p>
      <w:r>
        <w:rPr>
          <w:b/>
          <w:sz w:val="24"/>
        </w:rPr>
        <w:t>Câu 14: Quá trình nhân đôi DNA tuân theo nguyên tắc nào?</w:t>
      </w:r>
    </w:p>
    <w:p>
      <w:pPr>
        <w:pStyle w:val="ListParagraph"/>
      </w:pPr>
      <w:r>
        <w:rPr>
          <w:sz w:val="22"/>
        </w:rPr>
        <w:t>A. Nguyên tắc bổ sung và bán bảo toàn</w:t>
      </w:r>
    </w:p>
    <w:p>
      <w:pPr>
        <w:pStyle w:val="ListParagraph"/>
      </w:pPr>
      <w:r>
        <w:rPr>
          <w:sz w:val="22"/>
        </w:rPr>
        <w:t>B. Nguyên tắc bổ sung và bảo toàn</w:t>
      </w:r>
    </w:p>
    <w:p>
      <w:pPr>
        <w:pStyle w:val="ListParagraph"/>
      </w:pPr>
      <w:r>
        <w:rPr>
          <w:sz w:val="22"/>
        </w:rPr>
        <w:t>C. Nguyên tắc khuôn mẫu và phân tán</w:t>
      </w:r>
    </w:p>
    <w:p>
      <w:pPr>
        <w:pStyle w:val="ListParagraph"/>
      </w:pPr>
      <w:r>
        <w:rPr>
          <w:sz w:val="22"/>
        </w:rPr>
        <w:t>D. Nguyên tắc ngẫu nhiên</w:t>
      </w:r>
    </w:p>
    <w:p/>
    <w:p>
      <w:r>
        <w:rPr>
          <w:b/>
          <w:sz w:val="24"/>
        </w:rPr>
        <w:t>Câu 15: Theo thuyết tiến hóa hiện đại, nguồn biến dị di truyền chủ yếu của quần thể đến từ đâu?</w:t>
      </w:r>
    </w:p>
    <w:p>
      <w:pPr>
        <w:pStyle w:val="ListParagraph"/>
      </w:pPr>
      <w:r>
        <w:rPr>
          <w:sz w:val="22"/>
        </w:rPr>
        <w:t>A. Đột biến và tổ hợp gen</w:t>
      </w:r>
    </w:p>
    <w:p>
      <w:pPr>
        <w:pStyle w:val="ListParagraph"/>
      </w:pPr>
      <w:r>
        <w:rPr>
          <w:sz w:val="22"/>
        </w:rPr>
        <w:t>B. Thường biến</w:t>
      </w:r>
    </w:p>
    <w:p>
      <w:pPr>
        <w:pStyle w:val="ListParagraph"/>
      </w:pPr>
      <w:r>
        <w:rPr>
          <w:sz w:val="22"/>
        </w:rPr>
        <w:t>C. Sự di truyền tính trạng tập nhiễm</w:t>
      </w:r>
    </w:p>
    <w:p>
      <w:pPr>
        <w:pStyle w:val="ListParagraph"/>
      </w:pPr>
      <w:r>
        <w:rPr>
          <w:sz w:val="22"/>
        </w:rPr>
        <w:t>D. Ảnh hưởng trực tiếp của môi trường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