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thường xuyên</w:t>
      </w:r>
    </w:p>
    <w:p>
      <w:pPr>
        <w:jc w:val="center"/>
      </w:pPr>
      <w:r>
        <w:rPr>
          <w:sz w:val="22"/>
        </w:rPr>
        <w:t>Số câu: 7    Thời gian: _____ phút    Họ và tên: _________________________</w:t>
      </w:r>
    </w:p>
    <w:p/>
    <w:p>
      <w:r>
        <w:rPr>
          <w:b/>
          <w:sz w:val="24"/>
        </w:rPr>
        <w:t>Câu 1: Cấu hình electron của nguyên tử Na (Z = 11) ở trạng thái cơ bản là:</w:t>
      </w:r>
    </w:p>
    <w:p>
      <w:pPr>
        <w:pStyle w:val="ListParagraph"/>
      </w:pPr>
      <w:r>
        <w:rPr>
          <w:sz w:val="22"/>
        </w:rPr>
        <w:t>A. $1s^2 2s^2 2p^6 3s^1$</w:t>
      </w:r>
    </w:p>
    <w:p>
      <w:pPr>
        <w:pStyle w:val="ListParagraph"/>
      </w:pPr>
      <w:r>
        <w:rPr>
          <w:sz w:val="22"/>
        </w:rPr>
        <w:t>B. $1s^2 2s^2 2p^6 3s^2$</w:t>
      </w:r>
    </w:p>
    <w:p>
      <w:pPr>
        <w:pStyle w:val="ListParagraph"/>
      </w:pPr>
      <w:r>
        <w:rPr>
          <w:sz w:val="22"/>
        </w:rPr>
        <w:t>C. $1s^2 2s^2 2p^6 3p^1$</w:t>
      </w:r>
    </w:p>
    <w:p>
      <w:pPr>
        <w:pStyle w:val="ListParagraph"/>
      </w:pPr>
      <w:r>
        <w:rPr>
          <w:sz w:val="22"/>
        </w:rPr>
        <w:t>D. $1s^2 2s^2 2p^5 3s^2$</w:t>
      </w:r>
    </w:p>
    <w:p/>
    <w:p>
      <w:r>
        <w:rPr>
          <w:b/>
          <w:sz w:val="24"/>
        </w:rPr>
        <w:t>Câu 2: Chất nào sau đây là oxit axit?</w:t>
      </w:r>
    </w:p>
    <w:p>
      <w:pPr>
        <w:pStyle w:val="ListParagraph"/>
      </w:pPr>
      <w:r>
        <w:rPr>
          <w:sz w:val="22"/>
        </w:rPr>
        <w:t>A. $Na_2O$</w:t>
      </w:r>
    </w:p>
    <w:p>
      <w:pPr>
        <w:pStyle w:val="ListParagraph"/>
      </w:pPr>
      <w:r>
        <w:rPr>
          <w:sz w:val="22"/>
        </w:rPr>
        <w:t>B. $CaO$</w:t>
      </w:r>
    </w:p>
    <w:p>
      <w:pPr>
        <w:pStyle w:val="ListParagraph"/>
      </w:pPr>
      <w:r>
        <w:rPr>
          <w:sz w:val="22"/>
        </w:rPr>
        <w:t>C. $SO_3$</w:t>
      </w:r>
    </w:p>
    <w:p>
      <w:pPr>
        <w:pStyle w:val="ListParagraph"/>
      </w:pPr>
      <w:r>
        <w:rPr>
          <w:sz w:val="22"/>
        </w:rPr>
        <w:t>D. $MgO$</w:t>
      </w:r>
    </w:p>
    <w:p/>
    <w:p>
      <w:r>
        <w:rPr>
          <w:b/>
          <w:sz w:val="24"/>
        </w:rPr>
        <w:t>Câu 3: Phản ứng nào sau đây là phản ứng oxi hóa - khử?</w:t>
      </w:r>
    </w:p>
    <w:p>
      <w:pPr>
        <w:pStyle w:val="ListParagraph"/>
      </w:pPr>
      <w:r>
        <w:rPr>
          <w:sz w:val="22"/>
        </w:rPr>
        <w:t>A. $NaOH + HCl \rightarrow NaCl + H_2O$</w:t>
      </w:r>
    </w:p>
    <w:p>
      <w:pPr>
        <w:pStyle w:val="ListParagraph"/>
      </w:pPr>
      <w:r>
        <w:rPr>
          <w:sz w:val="22"/>
        </w:rPr>
        <w:t>B. $2KClO_3 \rightarrow 2KCl + 3O_2$</w:t>
      </w:r>
    </w:p>
    <w:p>
      <w:pPr>
        <w:pStyle w:val="ListParagraph"/>
      </w:pPr>
      <w:r>
        <w:rPr>
          <w:sz w:val="22"/>
        </w:rPr>
        <w:t>C. $CaCO_3 \rightarrow CaO + CO_2$</w:t>
      </w:r>
    </w:p>
    <w:p>
      <w:pPr>
        <w:pStyle w:val="ListParagraph"/>
      </w:pPr>
      <w:r>
        <w:rPr>
          <w:sz w:val="22"/>
        </w:rPr>
        <w:t>D. $BaCl_2 + Na_2SO_4 \rightarrow BaSO_4 + 2NaCl$</w:t>
      </w:r>
    </w:p>
    <w:p/>
    <w:p>
      <w:r>
        <w:rPr>
          <w:b/>
          <w:sz w:val="24"/>
        </w:rPr>
        <w:t>Câu 4: Dãy các kim loại đều tác dụng được với dung dịch CuSO₄ là:</w:t>
      </w:r>
    </w:p>
    <w:p>
      <w:pPr>
        <w:pStyle w:val="ListParagraph"/>
      </w:pPr>
      <w:r>
        <w:rPr>
          <w:sz w:val="22"/>
        </w:rPr>
        <w:t>A. Na, Mg, Ag</w:t>
      </w:r>
    </w:p>
    <w:p>
      <w:pPr>
        <w:pStyle w:val="ListParagraph"/>
      </w:pPr>
      <w:r>
        <w:rPr>
          <w:sz w:val="22"/>
        </w:rPr>
        <w:t>B. Zn, Fe, Mg</w:t>
      </w:r>
    </w:p>
    <w:p>
      <w:pPr>
        <w:pStyle w:val="ListParagraph"/>
      </w:pPr>
      <w:r>
        <w:rPr>
          <w:sz w:val="22"/>
        </w:rPr>
        <w:t>C. Cu, Fe, Al</w:t>
      </w:r>
    </w:p>
    <w:p>
      <w:pPr>
        <w:pStyle w:val="ListParagraph"/>
      </w:pPr>
      <w:r>
        <w:rPr>
          <w:sz w:val="22"/>
        </w:rPr>
        <w:t>D. Pb, Ag, Au</w:t>
      </w:r>
    </w:p>
    <w:p/>
    <w:p>
      <w:r>
        <w:rPr>
          <w:b/>
          <w:sz w:val="24"/>
        </w:rPr>
        <w:t>Câu 5: Để trung hòa 100 ml dung dịch HCl 0,1M cần V ml dung dịch NaOH 0,2M. Giá trị của V là:</w:t>
      </w:r>
    </w:p>
    <w:p>
      <w:pPr>
        <w:pStyle w:val="ListParagraph"/>
      </w:pPr>
      <w:r>
        <w:rPr>
          <w:sz w:val="22"/>
        </w:rPr>
        <w:t>A. 25 ml</w:t>
      </w:r>
    </w:p>
    <w:p>
      <w:pPr>
        <w:pStyle w:val="ListParagraph"/>
      </w:pPr>
      <w:r>
        <w:rPr>
          <w:sz w:val="22"/>
        </w:rPr>
        <w:t>B. 50 ml</w:t>
      </w:r>
    </w:p>
    <w:p>
      <w:pPr>
        <w:pStyle w:val="ListParagraph"/>
      </w:pPr>
      <w:r>
        <w:rPr>
          <w:sz w:val="22"/>
        </w:rPr>
        <w:t>C. 100 ml</w:t>
      </w:r>
    </w:p>
    <w:p>
      <w:pPr>
        <w:pStyle w:val="ListParagraph"/>
      </w:pPr>
      <w:r>
        <w:rPr>
          <w:sz w:val="22"/>
        </w:rPr>
        <w:t>D. 200 ml</w:t>
      </w:r>
    </w:p>
    <w:p/>
    <w:p>
      <w:r>
        <w:rPr>
          <w:b/>
          <w:sz w:val="24"/>
        </w:rPr>
        <w:t>Câu 6: Hòa tan hoàn toàn 5,4 gam Al bằng dung dịch HCl dư. Viết phương trình hóa học của phản ứng, tính thể tích khí H₂ thoát ra ở điều kiện tiêu chuẩn và khối lượng muối AlCl₃ tạo thành.</w:t>
      </w:r>
    </w:p>
    <w:p/>
    <w:p>
      <w:r>
        <w:rPr>
          <w:b/>
          <w:sz w:val="24"/>
        </w:rPr>
        <w:t>Câu 7: Trình bày phương pháp hóa học để phân biệt ba dung dịch không màu mất nhãn: NaCl, Na₂SO₄, Na₂CO₃. Viết phương trình hóa học minh họa.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None</w:t>
      </w:r>
    </w:p>
    <w:p>
      <w:r>
        <w:rPr>
          <w:b/>
        </w:rPr>
        <w:t>Câu 7: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