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Windows 10: Muốn di chuyển một cửa sổ thì tha...</w:t>
      </w:r>
    </w:p>
    <w:p>
      <w:pPr>
        <w:jc w:val="center"/>
      </w:pPr>
      <w:r>
        <w:rPr>
          <w:sz w:val="22"/>
        </w:rPr>
        <w:t>Số câu: 30    Thời gian: _____ phút    Họ và tên: _________________________</w:t>
      </w:r>
    </w:p>
    <w:p/>
    <w:p>
      <w:r>
        <w:rPr>
          <w:b/>
          <w:sz w:val="24"/>
        </w:rPr>
        <w:t>Câu 1: Windows 10: Muốn di chuyển một cửa sổ thì thao tác nào dưới đây là đúng:</w:t>
      </w:r>
    </w:p>
    <w:p>
      <w:pPr>
        <w:pStyle w:val="ListParagraph"/>
      </w:pPr>
      <w:r>
        <w:rPr>
          <w:sz w:val="22"/>
        </w:rPr>
        <w:t>A. Nhắp chuột phải, chọn lệnh Move</w:t>
      </w:r>
    </w:p>
    <w:p>
      <w:pPr>
        <w:pStyle w:val="ListParagraph"/>
      </w:pPr>
      <w:r>
        <w:rPr>
          <w:sz w:val="22"/>
        </w:rPr>
        <w:t>B. Nhấn tổ hợp phím Ctrl + M</w:t>
      </w:r>
    </w:p>
    <w:p>
      <w:pPr>
        <w:pStyle w:val="ListParagraph"/>
      </w:pPr>
      <w:r>
        <w:rPr>
          <w:sz w:val="22"/>
        </w:rPr>
        <w:t>C. Chọn Menu Windows; Move</w:t>
      </w:r>
    </w:p>
    <w:p>
      <w:pPr>
        <w:pStyle w:val="ListParagraph"/>
      </w:pPr>
      <w:r>
        <w:rPr>
          <w:sz w:val="22"/>
        </w:rPr>
        <w:t>D. Trỏ chuột vào thanh tiêu đề (Title bar) và kéo đến vị trí mới</w:t>
      </w:r>
    </w:p>
    <w:p/>
    <w:p>
      <w:r>
        <w:rPr>
          <w:b/>
          <w:sz w:val="24"/>
        </w:rPr>
        <w:t>Câu 2: Windows 10: Thiết lập hiển thị các folder có thuộc tính ẩn ở đâu?</w:t>
      </w:r>
    </w:p>
    <w:p>
      <w:pPr>
        <w:pStyle w:val="ListParagraph"/>
      </w:pPr>
      <w:r>
        <w:rPr>
          <w:sz w:val="22"/>
        </w:rPr>
        <w:t>A. Control Panel / Folder Option / General tab</w:t>
      </w:r>
    </w:p>
    <w:p>
      <w:pPr>
        <w:pStyle w:val="ListParagraph"/>
      </w:pPr>
      <w:r>
        <w:rPr>
          <w:sz w:val="22"/>
        </w:rPr>
        <w:t>B. Folder Properties / General tab</w:t>
      </w:r>
    </w:p>
    <w:p>
      <w:pPr>
        <w:pStyle w:val="ListParagraph"/>
      </w:pPr>
      <w:r>
        <w:rPr>
          <w:sz w:val="22"/>
        </w:rPr>
        <w:t>C. Control Panel / Folder Option / View tab</w:t>
      </w:r>
    </w:p>
    <w:p>
      <w:pPr>
        <w:pStyle w:val="ListParagraph"/>
      </w:pPr>
      <w:r>
        <w:rPr>
          <w:sz w:val="22"/>
        </w:rPr>
        <w:t>D. Folder Properties / Security tab</w:t>
      </w:r>
    </w:p>
    <w:p/>
    <w:p>
      <w:r>
        <w:rPr>
          <w:b/>
          <w:sz w:val="24"/>
        </w:rPr>
        <w:t>Câu 3: Windows 10: Biểu tượng của các lối tắt (Shortcut) giúp bạn truy cập nhanh đến đối tượng nào dưới đây :</w:t>
      </w:r>
    </w:p>
    <w:p>
      <w:pPr>
        <w:pStyle w:val="ListParagraph"/>
      </w:pPr>
      <w:r>
        <w:rPr>
          <w:sz w:val="22"/>
        </w:rPr>
        <w:t>A. Chương trình</w:t>
      </w:r>
    </w:p>
    <w:p>
      <w:pPr>
        <w:pStyle w:val="ListParagraph"/>
      </w:pPr>
      <w:r>
        <w:rPr>
          <w:sz w:val="22"/>
        </w:rPr>
        <w:t>B. Ổ đĩa</w:t>
      </w:r>
    </w:p>
    <w:p>
      <w:pPr>
        <w:pStyle w:val="ListParagraph"/>
      </w:pPr>
      <w:r>
        <w:rPr>
          <w:sz w:val="22"/>
        </w:rPr>
        <w:t>C. Tập tin tư liệu</w:t>
      </w:r>
    </w:p>
    <w:p>
      <w:pPr>
        <w:pStyle w:val="ListParagraph"/>
      </w:pPr>
      <w:r>
        <w:rPr>
          <w:sz w:val="22"/>
        </w:rPr>
        <w:t>D. Nhấn tổ hợp phím Ctrl +S</w:t>
      </w:r>
    </w:p>
    <w:p/>
    <w:p>
      <w:r>
        <w:rPr>
          <w:b/>
          <w:sz w:val="24"/>
        </w:rPr>
        <w:t>Câu 4: Windows 10: Thiết bị vừa là thiết bị xuất vừa là thiết bị nhập của máy tính</w:t>
      </w:r>
    </w:p>
    <w:p>
      <w:pPr>
        <w:pStyle w:val="ListParagraph"/>
      </w:pPr>
      <w:r>
        <w:rPr>
          <w:sz w:val="22"/>
        </w:rPr>
        <w:t>A. Máy in</w:t>
      </w:r>
    </w:p>
    <w:p>
      <w:pPr>
        <w:pStyle w:val="ListParagraph"/>
      </w:pPr>
      <w:r>
        <w:rPr>
          <w:sz w:val="22"/>
        </w:rPr>
        <w:t>B. Bàn phím</w:t>
      </w:r>
    </w:p>
    <w:p>
      <w:pPr>
        <w:pStyle w:val="ListParagraph"/>
      </w:pPr>
      <w:r>
        <w:rPr>
          <w:sz w:val="22"/>
        </w:rPr>
        <w:t>C. Màn hình</w:t>
      </w:r>
    </w:p>
    <w:p>
      <w:pPr>
        <w:pStyle w:val="ListParagraph"/>
      </w:pPr>
      <w:r>
        <w:rPr>
          <w:sz w:val="22"/>
        </w:rPr>
        <w:t>D. Đĩa cd-rw/dvd-rw</w:t>
      </w:r>
    </w:p>
    <w:p/>
    <w:p>
      <w:r>
        <w:rPr>
          <w:b/>
          <w:sz w:val="24"/>
        </w:rPr>
        <w:t>Câu 5: Windows 10: Muốn khôi phục lại đối tượng đã xóa trong Recycle Bin, ta chọn đối tượng rồi thực hiện:</w:t>
      </w:r>
    </w:p>
    <w:p>
      <w:pPr>
        <w:pStyle w:val="ListParagraph"/>
      </w:pPr>
      <w:r>
        <w:rPr>
          <w:sz w:val="22"/>
        </w:rPr>
        <w:t>A. File - Copy</w:t>
      </w:r>
    </w:p>
    <w:p>
      <w:pPr>
        <w:pStyle w:val="ListParagraph"/>
      </w:pPr>
      <w:r>
        <w:rPr>
          <w:sz w:val="22"/>
        </w:rPr>
        <w:t>B. File - Open</w:t>
      </w:r>
    </w:p>
    <w:p>
      <w:pPr>
        <w:pStyle w:val="ListParagraph"/>
      </w:pPr>
      <w:r>
        <w:rPr>
          <w:sz w:val="22"/>
        </w:rPr>
        <w:t>C. File - Restore</w:t>
      </w:r>
    </w:p>
    <w:p>
      <w:pPr>
        <w:pStyle w:val="ListParagraph"/>
      </w:pPr>
      <w:r>
        <w:rPr>
          <w:sz w:val="22"/>
        </w:rPr>
        <w:t>D. File - Move To Folder…</w:t>
      </w:r>
    </w:p>
    <w:p/>
    <w:p>
      <w:r>
        <w:rPr>
          <w:b/>
          <w:sz w:val="24"/>
        </w:rPr>
        <w:t>Câu 6: Windows 10: Để thiết đặt lại hệ thống, ta chọn chức năng</w:t>
      </w:r>
    </w:p>
    <w:p>
      <w:pPr>
        <w:pStyle w:val="ListParagraph"/>
      </w:pPr>
      <w:r>
        <w:rPr>
          <w:sz w:val="22"/>
        </w:rPr>
        <w:t>A. Control Panel</w:t>
      </w:r>
    </w:p>
    <w:p>
      <w:pPr>
        <w:pStyle w:val="ListParagraph"/>
      </w:pPr>
      <w:r>
        <w:rPr>
          <w:sz w:val="22"/>
        </w:rPr>
        <w:t>B. Control Windows</w:t>
      </w:r>
    </w:p>
    <w:p>
      <w:pPr>
        <w:pStyle w:val="ListParagraph"/>
      </w:pPr>
      <w:r>
        <w:rPr>
          <w:sz w:val="22"/>
        </w:rPr>
        <w:t>C. Control System</w:t>
      </w:r>
    </w:p>
    <w:p>
      <w:pPr>
        <w:pStyle w:val="ListParagraph"/>
      </w:pPr>
      <w:r>
        <w:rPr>
          <w:sz w:val="22"/>
        </w:rPr>
        <w:t>D. Control Desktop</w:t>
      </w:r>
    </w:p>
    <w:p/>
    <w:p>
      <w:r>
        <w:rPr>
          <w:b/>
          <w:sz w:val="24"/>
        </w:rPr>
        <w:t>Câu 7: Windows 10: Chương trình dùng để quản lí các tệp và thư mục là</w:t>
      </w:r>
    </w:p>
    <w:p>
      <w:pPr>
        <w:pStyle w:val="ListParagraph"/>
      </w:pPr>
      <w:r>
        <w:rPr>
          <w:sz w:val="22"/>
        </w:rPr>
        <w:t>A. Accessories</w:t>
      </w:r>
    </w:p>
    <w:p>
      <w:pPr>
        <w:pStyle w:val="ListParagraph"/>
      </w:pPr>
      <w:r>
        <w:rPr>
          <w:sz w:val="22"/>
        </w:rPr>
        <w:t>B. Windows Explorer</w:t>
      </w:r>
    </w:p>
    <w:p>
      <w:pPr>
        <w:pStyle w:val="ListParagraph"/>
      </w:pPr>
      <w:r>
        <w:rPr>
          <w:sz w:val="22"/>
        </w:rPr>
        <w:t>C. Internet Explorer</w:t>
      </w:r>
    </w:p>
    <w:p>
      <w:pPr>
        <w:pStyle w:val="ListParagraph"/>
      </w:pPr>
      <w:r>
        <w:rPr>
          <w:sz w:val="22"/>
        </w:rPr>
        <w:t>D. Control Panel</w:t>
      </w:r>
    </w:p>
    <w:p/>
    <w:p>
      <w:r>
        <w:rPr>
          <w:b/>
          <w:sz w:val="24"/>
        </w:rPr>
        <w:t>Câu 8: Windows 10: Chương trình nào như một máy tính bỏ túi tích hợp trong Windows</w:t>
      </w:r>
    </w:p>
    <w:p>
      <w:pPr>
        <w:pStyle w:val="ListParagraph"/>
      </w:pPr>
      <w:r>
        <w:rPr>
          <w:sz w:val="22"/>
        </w:rPr>
        <w:t>A. Notepad</w:t>
      </w:r>
    </w:p>
    <w:p>
      <w:pPr>
        <w:pStyle w:val="ListParagraph"/>
      </w:pPr>
      <w:r>
        <w:rPr>
          <w:sz w:val="22"/>
        </w:rPr>
        <w:t>B. Calculator</w:t>
      </w:r>
    </w:p>
    <w:p>
      <w:pPr>
        <w:pStyle w:val="ListParagraph"/>
      </w:pPr>
      <w:r>
        <w:rPr>
          <w:sz w:val="22"/>
        </w:rPr>
        <w:t>C. MS Word</w:t>
      </w:r>
    </w:p>
    <w:p>
      <w:pPr>
        <w:pStyle w:val="ListParagraph"/>
      </w:pPr>
      <w:r>
        <w:rPr>
          <w:sz w:val="22"/>
        </w:rPr>
        <w:t>D. MS Excel</w:t>
      </w:r>
    </w:p>
    <w:p/>
    <w:p>
      <w:r>
        <w:rPr>
          <w:b/>
          <w:sz w:val="24"/>
        </w:rPr>
        <w:t>Câu 9: Windows 10: Muốn cài đặt máy in, ta thực hiện</w:t>
      </w:r>
    </w:p>
    <w:p>
      <w:pPr>
        <w:pStyle w:val="ListParagraph"/>
      </w:pPr>
      <w:r>
        <w:rPr>
          <w:sz w:val="22"/>
        </w:rPr>
        <w:t>A. File - Printer and Faxes, rồi chọn mục Add a printer</w:t>
      </w:r>
    </w:p>
    <w:p>
      <w:pPr>
        <w:pStyle w:val="ListParagraph"/>
      </w:pPr>
      <w:r>
        <w:rPr>
          <w:sz w:val="22"/>
        </w:rPr>
        <w:t>B. Window - Printer and Faxes, rồi chọn mục Add a printer</w:t>
      </w:r>
    </w:p>
    <w:p>
      <w:pPr>
        <w:pStyle w:val="ListParagraph"/>
      </w:pPr>
      <w:r>
        <w:rPr>
          <w:sz w:val="22"/>
        </w:rPr>
        <w:t>C. Start - Printer and Faxes, rồi chọn mục Add a printer</w:t>
      </w:r>
    </w:p>
    <w:p>
      <w:pPr>
        <w:pStyle w:val="ListParagraph"/>
      </w:pPr>
      <w:r>
        <w:rPr>
          <w:sz w:val="22"/>
        </w:rPr>
        <w:t>D. Tools - Printer and Faxes, rồi chọn mục Add a printer</w:t>
      </w:r>
    </w:p>
    <w:p/>
    <w:p>
      <w:r>
        <w:rPr>
          <w:b/>
          <w:sz w:val="24"/>
        </w:rPr>
        <w:t>Câu 10: Windows 10: Trong cửa sổ Explore, để chọn một lúc các file hoặc folder nằm không kề nhau trong một danh sách</w:t>
      </w:r>
    </w:p>
    <w:p>
      <w:pPr>
        <w:pStyle w:val="ListParagraph"/>
      </w:pPr>
      <w:r>
        <w:rPr>
          <w:sz w:val="22"/>
        </w:rPr>
        <w:t>A. Giữ phím Ctrl và nháy chuột vào từng mục muốn chọn trong danh sách</w:t>
      </w:r>
    </w:p>
    <w:p>
      <w:pPr>
        <w:pStyle w:val="ListParagraph"/>
      </w:pPr>
      <w:r>
        <w:rPr>
          <w:sz w:val="22"/>
        </w:rPr>
        <w:t>B. Nháy chuột ở mục đầu, ấn và giữ Shift nháy chuột ở mục cuối</w:t>
      </w:r>
    </w:p>
    <w:p>
      <w:pPr>
        <w:pStyle w:val="ListParagraph"/>
      </w:pPr>
      <w:r>
        <w:rPr>
          <w:sz w:val="22"/>
        </w:rPr>
        <w:t>C. Giữ phím Alt và nháy chuột vào từng mục muốn chọn trong danh sách</w:t>
      </w:r>
    </w:p>
    <w:p>
      <w:pPr>
        <w:pStyle w:val="ListParagraph"/>
      </w:pPr>
      <w:r>
        <w:rPr>
          <w:sz w:val="22"/>
        </w:rPr>
        <w:t>D. Giữ phím Tab và nháy chuột vào từng mục muốn chọn trong danh sách</w:t>
      </w:r>
    </w:p>
    <w:p/>
    <w:p>
      <w:r>
        <w:rPr>
          <w:b/>
          <w:sz w:val="24"/>
        </w:rPr>
        <w:t>Câu 11: Windows 10: Để thoát khỏi một chương trình trong ứng dụng của Windows, ta dùng tổ hợp phím</w:t>
      </w:r>
    </w:p>
    <w:p>
      <w:pPr>
        <w:pStyle w:val="ListParagraph"/>
      </w:pPr>
      <w:r>
        <w:rPr>
          <w:sz w:val="22"/>
        </w:rPr>
        <w:t>A. Alt – F4</w:t>
      </w:r>
    </w:p>
    <w:p>
      <w:pPr>
        <w:pStyle w:val="ListParagraph"/>
      </w:pPr>
      <w:r>
        <w:rPr>
          <w:sz w:val="22"/>
        </w:rPr>
        <w:t>B. Ctrl – F5</w:t>
      </w:r>
    </w:p>
    <w:p>
      <w:pPr>
        <w:pStyle w:val="ListParagraph"/>
      </w:pPr>
      <w:r>
        <w:rPr>
          <w:sz w:val="22"/>
        </w:rPr>
        <w:t>C. Shift – F4</w:t>
      </w:r>
    </w:p>
    <w:p>
      <w:pPr>
        <w:pStyle w:val="ListParagraph"/>
      </w:pPr>
      <w:r>
        <w:rPr>
          <w:sz w:val="22"/>
        </w:rPr>
        <w:t>D. Alt – F5</w:t>
      </w:r>
    </w:p>
    <w:p/>
    <w:p>
      <w:r>
        <w:rPr>
          <w:b/>
          <w:sz w:val="24"/>
        </w:rPr>
        <w:t>Câu 12: Windows 10: Kiến thức chung: Bộ nhớ RAM và ROM là bộ nhớ gì?</w:t>
      </w:r>
    </w:p>
    <w:p>
      <w:pPr>
        <w:pStyle w:val="ListParagraph"/>
      </w:pPr>
      <w:r>
        <w:rPr>
          <w:sz w:val="22"/>
        </w:rPr>
        <w:t>A. Secondary memory</w:t>
      </w:r>
    </w:p>
    <w:p>
      <w:pPr>
        <w:pStyle w:val="ListParagraph"/>
      </w:pPr>
      <w:r>
        <w:rPr>
          <w:sz w:val="22"/>
        </w:rPr>
        <w:t>B. Receive memory</w:t>
      </w:r>
    </w:p>
    <w:p>
      <w:pPr>
        <w:pStyle w:val="ListParagraph"/>
      </w:pPr>
      <w:r>
        <w:rPr>
          <w:sz w:val="22"/>
        </w:rPr>
        <w:t>C. Primary memory</w:t>
      </w:r>
    </w:p>
    <w:p>
      <w:pPr>
        <w:pStyle w:val="ListParagraph"/>
      </w:pPr>
      <w:r>
        <w:rPr>
          <w:sz w:val="22"/>
        </w:rPr>
        <w:t>D. Random access memory</w:t>
      </w:r>
    </w:p>
    <w:p/>
    <w:p>
      <w:r>
        <w:rPr>
          <w:b/>
          <w:sz w:val="24"/>
        </w:rPr>
        <w:t>Câu 13: Windows 10: Windows Explorer có các thành phần: Explorer bar, Explorer view, Tool bar, menu bar. Còn lại là gì?</w:t>
      </w:r>
    </w:p>
    <w:p>
      <w:pPr>
        <w:pStyle w:val="ListParagraph"/>
      </w:pPr>
      <w:r>
        <w:rPr>
          <w:sz w:val="22"/>
        </w:rPr>
        <w:t>A. Status bar</w:t>
      </w:r>
    </w:p>
    <w:p>
      <w:pPr>
        <w:pStyle w:val="ListParagraph"/>
      </w:pPr>
      <w:r>
        <w:rPr>
          <w:sz w:val="22"/>
        </w:rPr>
        <w:t>B. Menu bar</w:t>
      </w:r>
    </w:p>
    <w:p>
      <w:pPr>
        <w:pStyle w:val="ListParagraph"/>
      </w:pPr>
      <w:r>
        <w:rPr>
          <w:sz w:val="22"/>
        </w:rPr>
        <w:t>C. Task bar</w:t>
      </w:r>
    </w:p>
    <w:p>
      <w:pPr>
        <w:pStyle w:val="ListParagraph"/>
      </w:pPr>
      <w:r>
        <w:rPr>
          <w:sz w:val="22"/>
        </w:rPr>
        <w:t>D. Control panel</w:t>
      </w:r>
    </w:p>
    <w:p/>
    <w:p>
      <w:r>
        <w:rPr>
          <w:b/>
          <w:sz w:val="24"/>
        </w:rPr>
        <w:t>Câu 14: Windows 10: Chương trình cho phép định lại cấu hình hệ thống thay đổi môi trường làm việc cho phù hợp</w:t>
      </w:r>
    </w:p>
    <w:p>
      <w:pPr>
        <w:pStyle w:val="ListParagraph"/>
      </w:pPr>
      <w:r>
        <w:rPr>
          <w:sz w:val="22"/>
        </w:rPr>
        <w:t>A. Display</w:t>
      </w:r>
    </w:p>
    <w:p>
      <w:pPr>
        <w:pStyle w:val="ListParagraph"/>
      </w:pPr>
      <w:r>
        <w:rPr>
          <w:sz w:val="22"/>
        </w:rPr>
        <w:t>B. Control panel</w:t>
      </w:r>
    </w:p>
    <w:p>
      <w:pPr>
        <w:pStyle w:val="ListParagraph"/>
      </w:pPr>
      <w:r>
        <w:rPr>
          <w:sz w:val="22"/>
        </w:rPr>
        <w:t>C. Sreen Saver</w:t>
      </w:r>
    </w:p>
    <w:p>
      <w:pPr>
        <w:pStyle w:val="ListParagraph"/>
      </w:pPr>
      <w:r>
        <w:rPr>
          <w:sz w:val="22"/>
        </w:rPr>
        <w:t>D. Task bar</w:t>
      </w:r>
    </w:p>
    <w:p/>
    <w:p>
      <w:r>
        <w:rPr>
          <w:b/>
          <w:sz w:val="24"/>
        </w:rPr>
        <w:t>Câu 15: Windows 10: Trong Windows, khi xoá file hoặc folder thì nó được lưu trong Recycle Bin, muốn xoá hẳn file hoặc folder ta bấm tổ hợp phím nào:</w:t>
      </w:r>
    </w:p>
    <w:p>
      <w:pPr>
        <w:pStyle w:val="ListParagraph"/>
      </w:pPr>
      <w:r>
        <w:rPr>
          <w:sz w:val="22"/>
        </w:rPr>
        <w:t>A. Shift_Del</w:t>
      </w:r>
    </w:p>
    <w:p>
      <w:pPr>
        <w:pStyle w:val="ListParagraph"/>
      </w:pPr>
      <w:r>
        <w:rPr>
          <w:sz w:val="22"/>
        </w:rPr>
        <w:t>B. Alt_Del</w:t>
      </w:r>
    </w:p>
    <w:p>
      <w:pPr>
        <w:pStyle w:val="ListParagraph"/>
      </w:pPr>
      <w:r>
        <w:rPr>
          <w:sz w:val="22"/>
        </w:rPr>
        <w:t>C. Ctrl_Del</w:t>
      </w:r>
    </w:p>
    <w:p>
      <w:pPr>
        <w:pStyle w:val="ListParagraph"/>
      </w:pPr>
      <w:r>
        <w:rPr>
          <w:sz w:val="22"/>
        </w:rPr>
        <w:t>D. Task bar</w:t>
      </w:r>
    </w:p>
    <w:p/>
    <w:p>
      <w:r>
        <w:rPr>
          <w:b/>
          <w:sz w:val="24"/>
        </w:rPr>
        <w:t>Câu 16: Windows 10: Trong hệ điều hành Windows, thuộc tính nào dưới đây dùng đề hiển thị thanh công việc (Taskbar) trên các cửa sổ chương trình?</w:t>
      </w:r>
    </w:p>
    <w:p>
      <w:pPr>
        <w:pStyle w:val="ListParagraph"/>
      </w:pPr>
      <w:r>
        <w:rPr>
          <w:sz w:val="22"/>
        </w:rPr>
        <w:t>A. Lock the Taskbar</w:t>
      </w:r>
    </w:p>
    <w:p>
      <w:pPr>
        <w:pStyle w:val="ListParagraph"/>
      </w:pPr>
      <w:r>
        <w:rPr>
          <w:sz w:val="22"/>
        </w:rPr>
        <w:t>B. Auto-Hide the Taskbar</w:t>
      </w:r>
    </w:p>
    <w:p>
      <w:pPr>
        <w:pStyle w:val="ListParagraph"/>
      </w:pPr>
      <w:r>
        <w:rPr>
          <w:sz w:val="22"/>
        </w:rPr>
        <w:t>C. Keep the Taskbar on top of other Windows</w:t>
      </w:r>
    </w:p>
    <w:p>
      <w:pPr>
        <w:pStyle w:val="ListParagraph"/>
      </w:pPr>
      <w:r>
        <w:rPr>
          <w:sz w:val="22"/>
        </w:rPr>
        <w:t>D. Show the clock</w:t>
      </w:r>
    </w:p>
    <w:p/>
    <w:p>
      <w:r>
        <w:rPr>
          <w:b/>
          <w:sz w:val="24"/>
        </w:rPr>
        <w:t>Câu 17: Windows 10: Trong hệ điều hành Windows, để phục hồi tất cả các đối tượng trong Recycle Bin (thùng rác) ta nháy phải chuột tại Recycle Bin và chọn lệnh:</w:t>
      </w:r>
    </w:p>
    <w:p>
      <w:pPr>
        <w:pStyle w:val="ListParagraph"/>
      </w:pPr>
      <w:r>
        <w:rPr>
          <w:sz w:val="22"/>
        </w:rPr>
        <w:t>A. Delete</w:t>
      </w:r>
    </w:p>
    <w:p>
      <w:pPr>
        <w:pStyle w:val="ListParagraph"/>
      </w:pPr>
      <w:r>
        <w:rPr>
          <w:sz w:val="22"/>
        </w:rPr>
        <w:t>B. Restore</w:t>
      </w:r>
    </w:p>
    <w:p>
      <w:pPr>
        <w:pStyle w:val="ListParagraph"/>
      </w:pPr>
      <w:r>
        <w:rPr>
          <w:sz w:val="22"/>
        </w:rPr>
        <w:t>C. Redo</w:t>
      </w:r>
    </w:p>
    <w:p>
      <w:pPr>
        <w:pStyle w:val="ListParagraph"/>
      </w:pPr>
      <w:r>
        <w:rPr>
          <w:sz w:val="22"/>
        </w:rPr>
        <w:t>D. Undo Delete</w:t>
      </w:r>
    </w:p>
    <w:p/>
    <w:p>
      <w:r>
        <w:rPr>
          <w:b/>
          <w:sz w:val="24"/>
        </w:rPr>
        <w:t>Câu 18: Windows 10: Nhấn giữ phím nào khi muốn chọn nhiều đối tượng liên tiếp nhau?</w:t>
      </w:r>
    </w:p>
    <w:p>
      <w:pPr>
        <w:pStyle w:val="ListParagraph"/>
      </w:pPr>
      <w:r>
        <w:rPr>
          <w:sz w:val="22"/>
        </w:rPr>
        <w:t>A. Ctrl</w:t>
      </w:r>
    </w:p>
    <w:p>
      <w:pPr>
        <w:pStyle w:val="ListParagraph"/>
      </w:pPr>
      <w:r>
        <w:rPr>
          <w:sz w:val="22"/>
        </w:rPr>
        <w:t>B. Alt</w:t>
      </w:r>
    </w:p>
    <w:p>
      <w:pPr>
        <w:pStyle w:val="ListParagraph"/>
      </w:pPr>
      <w:r>
        <w:rPr>
          <w:sz w:val="22"/>
        </w:rPr>
        <w:t>C. Tab</w:t>
      </w:r>
    </w:p>
    <w:p>
      <w:pPr>
        <w:pStyle w:val="ListParagraph"/>
      </w:pPr>
      <w:r>
        <w:rPr>
          <w:sz w:val="22"/>
        </w:rPr>
        <w:t>D. Shift</w:t>
      </w:r>
    </w:p>
    <w:p/>
    <w:p>
      <w:r>
        <w:rPr>
          <w:b/>
          <w:sz w:val="24"/>
        </w:rPr>
        <w:t>Câu 19: Windows 10: Trong hệ điều hành Windows, để dán các tệp/thư mục sau khi đã thực hiện lệnh copy, ta mở ổ đĩa, thư mục muốn chứa bản sao và:</w:t>
      </w:r>
    </w:p>
    <w:p>
      <w:pPr>
        <w:pStyle w:val="ListParagraph"/>
      </w:pPr>
      <w:r>
        <w:rPr>
          <w:sz w:val="22"/>
        </w:rPr>
        <w:t>A. Vào bảng chọn Edit à chọn Paste.</w:t>
      </w:r>
    </w:p>
    <w:p>
      <w:pPr>
        <w:pStyle w:val="ListParagraph"/>
      </w:pPr>
      <w:r>
        <w:rPr>
          <w:sz w:val="22"/>
        </w:rPr>
        <w:t>B. Nhấn tổ hợp phím Ctrl + V.</w:t>
      </w:r>
    </w:p>
    <w:p>
      <w:pPr>
        <w:pStyle w:val="ListParagraph"/>
      </w:pPr>
      <w:r>
        <w:rPr>
          <w:sz w:val="22"/>
        </w:rPr>
        <w:t>C. Nháy phải chuột tại vùng trống bên trong ổ đĩa, thư mục cha à chọn Paste.</w:t>
      </w:r>
    </w:p>
    <w:p>
      <w:pPr>
        <w:pStyle w:val="ListParagraph"/>
      </w:pPr>
      <w:r>
        <w:rPr>
          <w:sz w:val="22"/>
        </w:rPr>
        <w:t>D. Các ý trên đều đúng</w:t>
      </w:r>
    </w:p>
    <w:p/>
    <w:p>
      <w:r>
        <w:rPr>
          <w:b/>
          <w:sz w:val="24"/>
        </w:rPr>
        <w:t>Câu 20: Windows 10: Các thành phần: bộ nhớ chính, bộ xử lý trung ương, bộ phận nhập xuất, các loại hệ điều hành là:</w:t>
      </w:r>
    </w:p>
    <w:p>
      <w:pPr>
        <w:pStyle w:val="ListParagraph"/>
      </w:pPr>
      <w:r>
        <w:rPr>
          <w:sz w:val="22"/>
        </w:rPr>
        <w:t>A. Control Panel</w:t>
      </w:r>
    </w:p>
    <w:p>
      <w:pPr>
        <w:pStyle w:val="ListParagraph"/>
      </w:pPr>
      <w:r>
        <w:rPr>
          <w:sz w:val="22"/>
        </w:rPr>
        <w:t>B. Phần mềm</w:t>
      </w:r>
    </w:p>
    <w:p>
      <w:pPr>
        <w:pStyle w:val="ListParagraph"/>
      </w:pPr>
      <w:r>
        <w:rPr>
          <w:sz w:val="22"/>
        </w:rPr>
        <w:t>C. Thiết bị lưu trữ</w:t>
      </w:r>
    </w:p>
    <w:p>
      <w:pPr>
        <w:pStyle w:val="ListParagraph"/>
      </w:pPr>
      <w:r>
        <w:rPr>
          <w:sz w:val="22"/>
        </w:rPr>
        <w:t>D. Ứng dụng</w:t>
      </w:r>
    </w:p>
    <w:p/>
    <w:p>
      <w:r>
        <w:rPr>
          <w:b/>
          <w:sz w:val="24"/>
        </w:rPr>
        <w:t>Câu 21: Windows 10: Trên hệ điều hành Windows, để chuyển đổi cửa sổ chương trình cần làm việc ta:</w:t>
      </w:r>
    </w:p>
    <w:p>
      <w:pPr>
        <w:pStyle w:val="ListParagraph"/>
      </w:pPr>
      <w:r>
        <w:rPr>
          <w:sz w:val="22"/>
        </w:rPr>
        <w:t>A. Nháy chọn biểu tượng chương trình tương ứng trên thanh công việc (Taskbar).</w:t>
      </w:r>
    </w:p>
    <w:p>
      <w:pPr>
        <w:pStyle w:val="ListParagraph"/>
      </w:pPr>
      <w:r>
        <w:rPr>
          <w:sz w:val="22"/>
        </w:rPr>
        <w:t>B. Nhấn giữ phím Alt + C.</w:t>
      </w:r>
    </w:p>
    <w:p>
      <w:pPr>
        <w:pStyle w:val="ListParagraph"/>
      </w:pPr>
      <w:r>
        <w:rPr>
          <w:sz w:val="22"/>
        </w:rPr>
        <w:t>C. Nháy vào một vị trí muốn kích hoạt.</w:t>
      </w:r>
    </w:p>
    <w:p>
      <w:pPr>
        <w:pStyle w:val="ListParagraph"/>
      </w:pPr>
      <w:r>
        <w:rPr>
          <w:sz w:val="22"/>
        </w:rPr>
        <w:t>D. Nháy vào một vị trí bất kỳ.</w:t>
      </w:r>
    </w:p>
    <w:p/>
    <w:p>
      <w:r>
        <w:rPr>
          <w:b/>
          <w:sz w:val="24"/>
        </w:rPr>
        <w:t>Câu 22: Windows 10: Trong các phần mềm sau, phần mềm nào là phần mềm ứng dụng?</w:t>
      </w:r>
    </w:p>
    <w:p>
      <w:pPr>
        <w:pStyle w:val="ListParagraph"/>
      </w:pPr>
      <w:r>
        <w:rPr>
          <w:sz w:val="22"/>
        </w:rPr>
        <w:t>A. Windows XP</w:t>
      </w:r>
    </w:p>
    <w:p>
      <w:pPr>
        <w:pStyle w:val="ListParagraph"/>
      </w:pPr>
      <w:r>
        <w:rPr>
          <w:sz w:val="22"/>
        </w:rPr>
        <w:t>B. Microsoft Word</w:t>
      </w:r>
    </w:p>
    <w:p>
      <w:pPr>
        <w:pStyle w:val="ListParagraph"/>
      </w:pPr>
      <w:r>
        <w:rPr>
          <w:sz w:val="22"/>
        </w:rPr>
        <w:t>C. Linux</w:t>
      </w:r>
    </w:p>
    <w:p>
      <w:pPr>
        <w:pStyle w:val="ListParagraph"/>
      </w:pPr>
      <w:r>
        <w:rPr>
          <w:sz w:val="22"/>
        </w:rPr>
        <w:t>D. Unix</w:t>
      </w:r>
    </w:p>
    <w:p/>
    <w:p>
      <w:r>
        <w:rPr>
          <w:b/>
          <w:sz w:val="24"/>
        </w:rPr>
        <w:t>Câu 23: Windows 10: muốn khôi phục đối tượng đã xóa, ta mở cửa sổ Recycle Bin, chọn đối tượng muốn khôi phục và</w:t>
      </w:r>
    </w:p>
    <w:p>
      <w:pPr>
        <w:pStyle w:val="ListParagraph"/>
      </w:pPr>
      <w:r>
        <w:rPr>
          <w:sz w:val="22"/>
        </w:rPr>
        <w:t>A. Nhấp chọn Edit và Restore.</w:t>
      </w:r>
    </w:p>
    <w:p>
      <w:pPr>
        <w:pStyle w:val="ListParagraph"/>
      </w:pPr>
      <w:r>
        <w:rPr>
          <w:sz w:val="22"/>
        </w:rPr>
        <w:t>B. Nhấp chọn Edit và Delete.</w:t>
      </w:r>
    </w:p>
    <w:p>
      <w:pPr>
        <w:pStyle w:val="ListParagraph"/>
      </w:pPr>
      <w:r>
        <w:rPr>
          <w:sz w:val="22"/>
        </w:rPr>
        <w:t>C. Nhấp chọn File và Restore.</w:t>
      </w:r>
    </w:p>
    <w:p>
      <w:pPr>
        <w:pStyle w:val="ListParagraph"/>
      </w:pPr>
      <w:r>
        <w:rPr>
          <w:sz w:val="22"/>
        </w:rPr>
        <w:t>D. Nhấp chọn File và Delete.</w:t>
      </w:r>
    </w:p>
    <w:p/>
    <w:p>
      <w:r>
        <w:rPr>
          <w:b/>
          <w:sz w:val="24"/>
        </w:rPr>
        <w:t>Câu 24: Windows 10: Muốn đổi tên cho thư mục/tệp tin trong hệ điều hành Windows, ta chọn thư mục/tệp tin cần đổi tên và thực hiện thao tác nào sau đây?</w:t>
      </w:r>
    </w:p>
    <w:p>
      <w:pPr>
        <w:pStyle w:val="ListParagraph"/>
      </w:pPr>
      <w:r>
        <w:rPr>
          <w:sz w:val="22"/>
        </w:rPr>
        <w:t>A. Nhấp chọn File và chọn Rename và nhập tên mới và nhấn phím Enter.</w:t>
      </w:r>
    </w:p>
    <w:p>
      <w:pPr>
        <w:pStyle w:val="ListParagraph"/>
      </w:pPr>
      <w:r>
        <w:rPr>
          <w:sz w:val="22"/>
        </w:rPr>
        <w:t>B. Nhấn phím F2 và nhập tên mới và nhấn phím Enter.</w:t>
      </w:r>
    </w:p>
    <w:p>
      <w:pPr>
        <w:pStyle w:val="ListParagraph"/>
      </w:pPr>
      <w:r>
        <w:rPr>
          <w:sz w:val="22"/>
        </w:rPr>
        <w:t>C. Nhấp chọn chuột phải tại thư mục/tệp tin và nhập tên mới và nhấn phím Enter.</w:t>
      </w:r>
    </w:p>
    <w:p>
      <w:pPr>
        <w:pStyle w:val="ListParagraph"/>
      </w:pPr>
      <w:r>
        <w:rPr>
          <w:sz w:val="22"/>
        </w:rPr>
        <w:t>D. Các ý trên đều đúng.</w:t>
      </w:r>
    </w:p>
    <w:p/>
    <w:p>
      <w:r>
        <w:rPr>
          <w:b/>
          <w:sz w:val="24"/>
        </w:rPr>
        <w:t>Câu 25: Windows 10: Để xoá các tệp/thư mục đang chọn ta thực hiện cách nào?</w:t>
      </w:r>
    </w:p>
    <w:p>
      <w:pPr>
        <w:pStyle w:val="ListParagraph"/>
      </w:pPr>
      <w:r>
        <w:rPr>
          <w:sz w:val="22"/>
        </w:rPr>
        <w:t>A. Vào bảng chọn Edit và UnDelete và Yes.</w:t>
      </w:r>
    </w:p>
    <w:p>
      <w:pPr>
        <w:pStyle w:val="ListParagraph"/>
      </w:pPr>
      <w:r>
        <w:rPr>
          <w:sz w:val="22"/>
        </w:rPr>
        <w:t>B. Nhấn tổ hợp phím Ctrl + Delete và Yes.</w:t>
      </w:r>
    </w:p>
    <w:p>
      <w:pPr>
        <w:pStyle w:val="ListParagraph"/>
      </w:pPr>
      <w:r>
        <w:rPr>
          <w:sz w:val="22"/>
        </w:rPr>
        <w:t>C. Nhấn phím Delete và Yes.</w:t>
      </w:r>
    </w:p>
    <w:p>
      <w:pPr>
        <w:pStyle w:val="ListParagraph"/>
      </w:pPr>
      <w:r>
        <w:rPr>
          <w:sz w:val="22"/>
        </w:rPr>
        <w:t>D. Các ý trên đều đúng.</w:t>
      </w:r>
    </w:p>
    <w:p/>
    <w:p>
      <w:r>
        <w:rPr>
          <w:b/>
          <w:sz w:val="24"/>
        </w:rPr>
        <w:t>Câu 26: Windows 10: Để dán các tệp/thư mục sau khi đã thực hiện lệnh copy, ta mở ổ đĩa, thư mục muốn chứa bản sao và:</w:t>
      </w:r>
    </w:p>
    <w:p>
      <w:pPr>
        <w:pStyle w:val="ListParagraph"/>
      </w:pPr>
      <w:r>
        <w:rPr>
          <w:sz w:val="22"/>
        </w:rPr>
        <w:t>A. Chọn Edit và chọn Paste.</w:t>
      </w:r>
    </w:p>
    <w:p>
      <w:pPr>
        <w:pStyle w:val="ListParagraph"/>
      </w:pPr>
      <w:r>
        <w:rPr>
          <w:sz w:val="22"/>
        </w:rPr>
        <w:t>B. Nhấn tổ hợp phím Ctrl + V.</w:t>
      </w:r>
    </w:p>
    <w:p>
      <w:pPr>
        <w:pStyle w:val="ListParagraph"/>
      </w:pPr>
      <w:r>
        <w:rPr>
          <w:sz w:val="22"/>
        </w:rPr>
        <w:t>C. Nháy phải chuột tại vùng trống bên trong ổ đĩa và chọn Paste.</w:t>
      </w:r>
    </w:p>
    <w:p>
      <w:pPr>
        <w:pStyle w:val="ListParagraph"/>
      </w:pPr>
      <w:r>
        <w:rPr>
          <w:sz w:val="22"/>
        </w:rPr>
        <w:t>D. Nháy phải chuột tại thư mục cha và chọn Paste.</w:t>
      </w:r>
    </w:p>
    <w:p/>
    <w:p>
      <w:r>
        <w:rPr>
          <w:b/>
          <w:sz w:val="24"/>
        </w:rPr>
        <w:t>Câu 27: Windows 10: Trong hệ điều hành Windows, muốn đóng (thoát) cửa sổ chương trình ứng dụng đang làm việc ta:</w:t>
      </w:r>
    </w:p>
    <w:p>
      <w:pPr>
        <w:pStyle w:val="ListParagraph"/>
      </w:pPr>
      <w:r>
        <w:rPr>
          <w:sz w:val="22"/>
        </w:rPr>
        <w:t>A. Nhấn tổ hợp phím Ctrl + F3</w:t>
      </w:r>
    </w:p>
    <w:p>
      <w:pPr>
        <w:pStyle w:val="ListParagraph"/>
      </w:pPr>
      <w:r>
        <w:rPr>
          <w:sz w:val="22"/>
        </w:rPr>
        <w:t>B. Nhấn phím F11</w:t>
      </w:r>
    </w:p>
    <w:p>
      <w:pPr>
        <w:pStyle w:val="ListParagraph"/>
      </w:pPr>
      <w:r>
        <w:rPr>
          <w:sz w:val="22"/>
        </w:rPr>
        <w:t>C. Nhấn tổ hợp phím Alt + F4.</w:t>
      </w:r>
    </w:p>
    <w:p>
      <w:pPr>
        <w:pStyle w:val="ListParagraph"/>
      </w:pPr>
      <w:r>
        <w:rPr>
          <w:sz w:val="22"/>
        </w:rPr>
        <w:t>D. Nhấn tổ hợp phím Alt + Q</w:t>
      </w:r>
    </w:p>
    <w:p/>
    <w:p>
      <w:r>
        <w:rPr>
          <w:b/>
          <w:sz w:val="24"/>
        </w:rPr>
        <w:t>Câu 28: Windows 10: Để quản lý tệp, thư mục ta thường dùng chương trình nào sau đây:</w:t>
      </w:r>
    </w:p>
    <w:p>
      <w:pPr>
        <w:pStyle w:val="ListParagraph"/>
      </w:pPr>
      <w:r>
        <w:rPr>
          <w:sz w:val="22"/>
        </w:rPr>
        <w:t>A. Internet Explorer</w:t>
      </w:r>
    </w:p>
    <w:p>
      <w:pPr>
        <w:pStyle w:val="ListParagraph"/>
      </w:pPr>
      <w:r>
        <w:rPr>
          <w:sz w:val="22"/>
        </w:rPr>
        <w:t>B. Windows Explorer.</w:t>
      </w:r>
    </w:p>
    <w:p>
      <w:pPr>
        <w:pStyle w:val="ListParagraph"/>
      </w:pPr>
      <w:r>
        <w:rPr>
          <w:sz w:val="22"/>
        </w:rPr>
        <w:t>C. Microsoft Word.</w:t>
      </w:r>
    </w:p>
    <w:p>
      <w:pPr>
        <w:pStyle w:val="ListParagraph"/>
      </w:pPr>
      <w:r>
        <w:rPr>
          <w:sz w:val="22"/>
        </w:rPr>
        <w:t>D. Microsoft Excel.</w:t>
      </w:r>
    </w:p>
    <w:p/>
    <w:p>
      <w:r>
        <w:rPr>
          <w:b/>
          <w:sz w:val="24"/>
        </w:rPr>
        <w:t>Câu 29: Windows 10: Muốn thay đổi các thông số khu vực trong hệ điều hành Windows như múi giờ, đơn vị tiền tệ, cách viết số, ... ta sử dụng chương trình nào trong các chương trình sau</w:t>
      </w:r>
    </w:p>
    <w:p>
      <w:pPr>
        <w:pStyle w:val="ListParagraph"/>
      </w:pPr>
      <w:r>
        <w:rPr>
          <w:sz w:val="22"/>
        </w:rPr>
        <w:t>A. Microsoft Paint</w:t>
      </w:r>
    </w:p>
    <w:p>
      <w:pPr>
        <w:pStyle w:val="ListParagraph"/>
      </w:pPr>
      <w:r>
        <w:rPr>
          <w:sz w:val="22"/>
        </w:rPr>
        <w:t>B. System Tools</w:t>
      </w:r>
    </w:p>
    <w:p>
      <w:pPr>
        <w:pStyle w:val="ListParagraph"/>
      </w:pPr>
      <w:r>
        <w:rPr>
          <w:sz w:val="22"/>
        </w:rPr>
        <w:t>C. Control Panel</w:t>
      </w:r>
    </w:p>
    <w:p>
      <w:pPr>
        <w:pStyle w:val="ListParagraph"/>
      </w:pPr>
      <w:r>
        <w:rPr>
          <w:sz w:val="22"/>
        </w:rPr>
        <w:t>D. Caculator</w:t>
      </w:r>
    </w:p>
    <w:p/>
    <w:p>
      <w:r>
        <w:rPr>
          <w:b/>
          <w:sz w:val="24"/>
        </w:rPr>
        <w:t>Câu 30: Windows 10: Muốn chọn tất cả các đối tượng trong cửa sổ thư mục hiện tại, ta dùng phím (tổ hợp phím) nào sau đây</w:t>
      </w:r>
    </w:p>
    <w:p>
      <w:pPr>
        <w:pStyle w:val="ListParagraph"/>
      </w:pPr>
      <w:r>
        <w:rPr>
          <w:sz w:val="22"/>
        </w:rPr>
        <w:t>A. Shift + F4</w:t>
      </w:r>
    </w:p>
    <w:p>
      <w:pPr>
        <w:pStyle w:val="ListParagraph"/>
      </w:pPr>
      <w:r>
        <w:rPr>
          <w:sz w:val="22"/>
        </w:rPr>
        <w:t>B. Ctrl +A</w:t>
      </w:r>
    </w:p>
    <w:p>
      <w:pPr>
        <w:pStyle w:val="ListParagraph"/>
      </w:pPr>
      <w:r>
        <w:rPr>
          <w:sz w:val="22"/>
        </w:rPr>
        <w:t>C. Alt + H</w:t>
      </w:r>
    </w:p>
    <w:p>
      <w:pPr>
        <w:pStyle w:val="ListParagraph"/>
      </w:pPr>
      <w:r>
        <w:rPr>
          <w:sz w:val="22"/>
        </w:rPr>
        <w:t>D. F11</w:t>
      </w:r>
    </w:p>
    <w:p/>
    <w:p>
      <w:r>
        <w:t>──────────────────────────────────────────────────</w:t>
      </w:r>
    </w:p>
    <w:p>
      <w:r>
        <w:rPr>
          <w:b/>
        </w:rPr>
        <w:t>BẢNG ĐÁP ÁN &amp; LỜI GIẢI CHI TIẾT</w:t>
      </w:r>
    </w:p>
    <w:p>
      <w:r>
        <w:rPr>
          <w:b/>
        </w:rPr>
        <w:t>Câu 1: Đáp án đúng: D</w:t>
      </w:r>
    </w:p>
    <w:p>
      <w:r>
        <w:rPr>
          <w:b/>
        </w:rPr>
        <w:t>Câu 2: Đáp án đúng: C</w:t>
      </w:r>
    </w:p>
    <w:p>
      <w:r>
        <w:rPr>
          <w:b/>
        </w:rPr>
        <w:t>Câu 3: Đáp án đúng: A</w:t>
      </w:r>
    </w:p>
    <w:p>
      <w:r>
        <w:rPr>
          <w:b/>
        </w:rPr>
        <w:t>Câu 4: Đáp án đúng: D</w:t>
      </w:r>
    </w:p>
    <w:p>
      <w:r>
        <w:rPr>
          <w:b/>
        </w:rPr>
        <w:t>Câu 5: Đáp án đúng: C</w:t>
      </w:r>
    </w:p>
    <w:p>
      <w:r>
        <w:rPr>
          <w:b/>
        </w:rPr>
        <w:t>Câu 6: Đáp án đúng: A</w:t>
      </w:r>
    </w:p>
    <w:p>
      <w:r>
        <w:rPr>
          <w:b/>
        </w:rPr>
        <w:t>Câu 7: Đáp án đúng: B</w:t>
      </w:r>
    </w:p>
    <w:p>
      <w:r>
        <w:rPr>
          <w:b/>
        </w:rPr>
        <w:t>Câu 8: Đáp án đúng: B</w:t>
      </w:r>
    </w:p>
    <w:p>
      <w:r>
        <w:rPr>
          <w:b/>
        </w:rPr>
        <w:t>Câu 9: Đáp án đúng: C</w:t>
      </w:r>
    </w:p>
    <w:p>
      <w:r>
        <w:rPr>
          <w:b/>
        </w:rPr>
        <w:t>Câu 10: Đáp án đúng: A</w:t>
      </w:r>
    </w:p>
    <w:p>
      <w:r>
        <w:rPr>
          <w:b/>
        </w:rPr>
        <w:t>Câu 11: Đáp án đúng: A</w:t>
      </w:r>
    </w:p>
    <w:p>
      <w:r>
        <w:rPr>
          <w:b/>
        </w:rPr>
        <w:t>Câu 12: Đáp án đúng: C</w:t>
      </w:r>
    </w:p>
    <w:p>
      <w:r>
        <w:rPr>
          <w:b/>
        </w:rPr>
        <w:t>Câu 13: Đáp án đúng: A</w:t>
      </w:r>
    </w:p>
    <w:p>
      <w:r>
        <w:rPr>
          <w:b/>
        </w:rPr>
        <w:t>Câu 14: Đáp án đúng: B</w:t>
      </w:r>
    </w:p>
    <w:p>
      <w:r>
        <w:rPr>
          <w:b/>
        </w:rPr>
        <w:t>Câu 15: Đáp án đúng: A</w:t>
      </w:r>
    </w:p>
    <w:p>
      <w:r>
        <w:rPr>
          <w:b/>
        </w:rPr>
        <w:t>Câu 16: Đáp án đúng: C</w:t>
      </w:r>
    </w:p>
    <w:p>
      <w:r>
        <w:rPr>
          <w:b/>
        </w:rPr>
        <w:t>Câu 17: Đáp án đúng: B</w:t>
      </w:r>
    </w:p>
    <w:p>
      <w:r>
        <w:rPr>
          <w:b/>
        </w:rPr>
        <w:t>Câu 18: Đáp án đúng: D</w:t>
      </w:r>
    </w:p>
    <w:p>
      <w:r>
        <w:rPr>
          <w:b/>
        </w:rPr>
        <w:t>Câu 19: Đáp án đúng: D</w:t>
      </w:r>
    </w:p>
    <w:p>
      <w:r>
        <w:rPr>
          <w:b/>
        </w:rPr>
        <w:t>Câu 20: Đáp án đúng: B</w:t>
      </w:r>
    </w:p>
    <w:p>
      <w:r>
        <w:rPr>
          <w:b/>
        </w:rPr>
        <w:t>Câu 21: Đáp án đúng: A</w:t>
      </w:r>
    </w:p>
    <w:p>
      <w:r>
        <w:rPr>
          <w:b/>
        </w:rPr>
        <w:t>Câu 22: Đáp án đúng: B</w:t>
      </w:r>
    </w:p>
    <w:p>
      <w:r>
        <w:rPr>
          <w:b/>
        </w:rPr>
        <w:t>Câu 23: Đáp án đúng: C</w:t>
      </w:r>
    </w:p>
    <w:p>
      <w:r>
        <w:rPr>
          <w:b/>
        </w:rPr>
        <w:t>Câu 24: Đáp án đúng: D</w:t>
      </w:r>
    </w:p>
    <w:p>
      <w:r>
        <w:rPr>
          <w:b/>
        </w:rPr>
        <w:t>Câu 25: Đáp án đúng: C</w:t>
      </w:r>
    </w:p>
    <w:p>
      <w:r>
        <w:rPr>
          <w:b/>
        </w:rPr>
        <w:t>Câu 26: Đáp án đúng: B</w:t>
      </w:r>
    </w:p>
    <w:p>
      <w:r>
        <w:rPr>
          <w:b/>
        </w:rPr>
        <w:t>Câu 27: Đáp án đúng: C</w:t>
      </w:r>
    </w:p>
    <w:p>
      <w:r>
        <w:rPr>
          <w:b/>
        </w:rPr>
        <w:t>Câu 28: Đáp án đúng: B</w:t>
      </w:r>
    </w:p>
    <w:p>
      <w:r>
        <w:rPr>
          <w:b/>
        </w:rPr>
        <w:t>Câu 29: Đáp án đúng: C</w:t>
      </w:r>
    </w:p>
    <w:p>
      <w:r>
        <w:rPr>
          <w:b/>
        </w:rPr>
        <w:t>Câu 30: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