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ktra 15p cncn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Kỹ thuật điện là lĩnh vực nghiên cứu và ứng dụng chủ yếu về:</w:t>
      </w:r>
    </w:p>
    <w:p>
      <w:pPr>
        <w:pStyle w:val="ListParagraph"/>
      </w:pPr>
      <w:r>
        <w:rPr>
          <w:sz w:val="22"/>
        </w:rPr>
        <w:t>A. Điện, điện tử và điện từ</w:t>
      </w:r>
    </w:p>
    <w:p>
      <w:pPr>
        <w:pStyle w:val="ListParagraph"/>
      </w:pPr>
      <w:r>
        <w:rPr>
          <w:sz w:val="22"/>
        </w:rPr>
        <w:t>B. Cơ học chất lỏng</w:t>
      </w:r>
    </w:p>
    <w:p>
      <w:pPr>
        <w:pStyle w:val="ListParagraph"/>
      </w:pPr>
      <w:r>
        <w:rPr>
          <w:sz w:val="22"/>
        </w:rPr>
        <w:t>C. Hóa hữu cơ</w:t>
      </w:r>
    </w:p>
    <w:p>
      <w:pPr>
        <w:pStyle w:val="ListParagraph"/>
      </w:pPr>
      <w:r>
        <w:rPr>
          <w:sz w:val="22"/>
        </w:rPr>
        <w:t>D. Sinh học phân tử</w:t>
      </w:r>
    </w:p>
    <w:p/>
    <w:p>
      <w:r>
        <w:rPr>
          <w:b/>
          <w:sz w:val="24"/>
        </w:rPr>
        <w:t>Câu 2: Đơn vị đo cường độ dòng điện trong hệ SI là:</w:t>
      </w:r>
    </w:p>
    <w:p>
      <w:pPr>
        <w:pStyle w:val="ListParagraph"/>
      </w:pPr>
      <w:r>
        <w:rPr>
          <w:sz w:val="22"/>
        </w:rPr>
        <w:t>A. Vôn (V)</w:t>
      </w:r>
    </w:p>
    <w:p>
      <w:pPr>
        <w:pStyle w:val="ListParagraph"/>
      </w:pPr>
      <w:r>
        <w:rPr>
          <w:sz w:val="22"/>
        </w:rPr>
        <w:t>B. Ampe (A)</w:t>
      </w:r>
    </w:p>
    <w:p>
      <w:pPr>
        <w:pStyle w:val="ListParagraph"/>
      </w:pPr>
      <w:r>
        <w:rPr>
          <w:sz w:val="22"/>
        </w:rPr>
        <w:t>C. Ôm (Ω)</w:t>
      </w:r>
    </w:p>
    <w:p>
      <w:pPr>
        <w:pStyle w:val="ListParagraph"/>
      </w:pPr>
      <w:r>
        <w:rPr>
          <w:sz w:val="22"/>
        </w:rPr>
        <w:t>D. Oát (W)</w:t>
      </w:r>
    </w:p>
    <w:p/>
    <w:p>
      <w:r>
        <w:rPr>
          <w:b/>
          <w:sz w:val="24"/>
        </w:rPr>
        <w:t>Câu 3: Đơn vị đo hiệu điện thế là:</w:t>
      </w:r>
    </w:p>
    <w:p>
      <w:pPr>
        <w:pStyle w:val="ListParagraph"/>
      </w:pPr>
      <w:r>
        <w:rPr>
          <w:sz w:val="22"/>
        </w:rPr>
        <w:t>A. Ampe (A)</w:t>
      </w:r>
    </w:p>
    <w:p>
      <w:pPr>
        <w:pStyle w:val="ListParagraph"/>
      </w:pPr>
      <w:r>
        <w:rPr>
          <w:sz w:val="22"/>
        </w:rPr>
        <w:t>B. Oát (W)</w:t>
      </w:r>
    </w:p>
    <w:p>
      <w:pPr>
        <w:pStyle w:val="ListParagraph"/>
      </w:pPr>
      <w:r>
        <w:rPr>
          <w:sz w:val="22"/>
        </w:rPr>
        <w:t>C. Vôn (V)</w:t>
      </w:r>
    </w:p>
    <w:p>
      <w:pPr>
        <w:pStyle w:val="ListParagraph"/>
      </w:pPr>
      <w:r>
        <w:rPr>
          <w:sz w:val="22"/>
        </w:rPr>
        <w:t>D. Jun (J)</w:t>
      </w:r>
    </w:p>
    <w:p/>
    <w:p>
      <w:r>
        <w:rPr>
          <w:b/>
          <w:sz w:val="24"/>
        </w:rPr>
        <w:t>Câu 4: Công thức định luật Ôm cho đoạn mạch là:</w:t>
      </w:r>
    </w:p>
    <w:p>
      <w:pPr>
        <w:pStyle w:val="ListParagraph"/>
      </w:pPr>
      <w:r>
        <w:rPr>
          <w:sz w:val="22"/>
        </w:rPr>
        <w:t>A. $I = U.R$</w:t>
      </w:r>
    </w:p>
    <w:p>
      <w:pPr>
        <w:pStyle w:val="ListParagraph"/>
      </w:pPr>
      <w:r>
        <w:rPr>
          <w:sz w:val="22"/>
        </w:rPr>
        <w:t>B. $I = \frac{U}{R}$</w:t>
      </w:r>
    </w:p>
    <w:p>
      <w:pPr>
        <w:pStyle w:val="ListParagraph"/>
      </w:pPr>
      <w:r>
        <w:rPr>
          <w:sz w:val="22"/>
        </w:rPr>
        <w:t>C. $U = \frac{I}{R}$</w:t>
      </w:r>
    </w:p>
    <w:p>
      <w:pPr>
        <w:pStyle w:val="ListParagraph"/>
      </w:pPr>
      <w:r>
        <w:rPr>
          <w:sz w:val="22"/>
        </w:rPr>
        <w:t>D. $R = U.I$</w:t>
      </w:r>
    </w:p>
    <w:p/>
    <w:p>
      <w:r>
        <w:rPr>
          <w:b/>
          <w:sz w:val="24"/>
        </w:rPr>
        <w:t>Câu 5: Điện trở có đơn vị là:</w:t>
      </w:r>
    </w:p>
    <w:p>
      <w:pPr>
        <w:pStyle w:val="ListParagraph"/>
      </w:pPr>
      <w:r>
        <w:rPr>
          <w:sz w:val="22"/>
        </w:rPr>
        <w:t>A. Ôm (Ω)</w:t>
      </w:r>
    </w:p>
    <w:p>
      <w:pPr>
        <w:pStyle w:val="ListParagraph"/>
      </w:pPr>
      <w:r>
        <w:rPr>
          <w:sz w:val="22"/>
        </w:rPr>
        <w:t>B. Farad (F)</w:t>
      </w:r>
    </w:p>
    <w:p>
      <w:pPr>
        <w:pStyle w:val="ListParagraph"/>
      </w:pPr>
      <w:r>
        <w:rPr>
          <w:sz w:val="22"/>
        </w:rPr>
        <w:t>C. Henry (H)</w:t>
      </w:r>
    </w:p>
    <w:p>
      <w:pPr>
        <w:pStyle w:val="ListParagraph"/>
      </w:pPr>
      <w:r>
        <w:rPr>
          <w:sz w:val="22"/>
        </w:rPr>
        <w:t>D. Tesla (T)</w:t>
      </w:r>
    </w:p>
    <w:p/>
    <w:p>
      <w:r>
        <w:rPr>
          <w:b/>
          <w:sz w:val="24"/>
        </w:rPr>
        <w:t>Câu 6: Công suất điện trong mạch một chiều được tính bằng công thức:</w:t>
      </w:r>
    </w:p>
    <w:p>
      <w:pPr>
        <w:pStyle w:val="ListParagraph"/>
      </w:pPr>
      <w:r>
        <w:rPr>
          <w:sz w:val="22"/>
        </w:rPr>
        <w:t>A. $P = U.I$</w:t>
      </w:r>
    </w:p>
    <w:p>
      <w:pPr>
        <w:pStyle w:val="ListParagraph"/>
      </w:pPr>
      <w:r>
        <w:rPr>
          <w:sz w:val="22"/>
        </w:rPr>
        <w:t>B. $P = \frac{U}{I}$</w:t>
      </w:r>
    </w:p>
    <w:p>
      <w:pPr>
        <w:pStyle w:val="ListParagraph"/>
      </w:pPr>
      <w:r>
        <w:rPr>
          <w:sz w:val="22"/>
        </w:rPr>
        <w:t>C. $P = I.R$</w:t>
      </w:r>
    </w:p>
    <w:p>
      <w:pPr>
        <w:pStyle w:val="ListParagraph"/>
      </w:pPr>
      <w:r>
        <w:rPr>
          <w:sz w:val="22"/>
        </w:rPr>
        <w:t>D. $P = U^2.I$</w:t>
      </w:r>
    </w:p>
    <w:p/>
    <w:p>
      <w:r>
        <w:rPr>
          <w:b/>
          <w:sz w:val="24"/>
        </w:rPr>
        <w:t>Câu 7: Dòng điện xoay chiều thường được viết tắt là:</w:t>
      </w:r>
    </w:p>
    <w:p>
      <w:pPr>
        <w:pStyle w:val="ListParagraph"/>
      </w:pPr>
      <w:r>
        <w:rPr>
          <w:sz w:val="22"/>
        </w:rPr>
        <w:t>A. DC</w:t>
      </w:r>
    </w:p>
    <w:p>
      <w:pPr>
        <w:pStyle w:val="ListParagraph"/>
      </w:pPr>
      <w:r>
        <w:rPr>
          <w:sz w:val="22"/>
        </w:rPr>
        <w:t>B. AC</w:t>
      </w:r>
    </w:p>
    <w:p>
      <w:pPr>
        <w:pStyle w:val="ListParagraph"/>
      </w:pPr>
      <w:r>
        <w:rPr>
          <w:sz w:val="22"/>
        </w:rPr>
        <w:t>C. MC</w:t>
      </w:r>
    </w:p>
    <w:p>
      <w:pPr>
        <w:pStyle w:val="ListParagraph"/>
      </w:pPr>
      <w:r>
        <w:rPr>
          <w:sz w:val="22"/>
        </w:rPr>
        <w:t>D. EC</w:t>
      </w:r>
    </w:p>
    <w:p/>
    <w:p>
      <w:r>
        <w:rPr>
          <w:b/>
          <w:sz w:val="24"/>
        </w:rPr>
        <w:t>Câu 8: Tần số của dòng điện xoay chiều trong lưới điện Việt Nam là:</w:t>
      </w:r>
    </w:p>
    <w:p>
      <w:pPr>
        <w:pStyle w:val="ListParagraph"/>
      </w:pPr>
      <w:r>
        <w:rPr>
          <w:sz w:val="22"/>
        </w:rPr>
        <w:t>A. 50 Hz</w:t>
      </w:r>
    </w:p>
    <w:p>
      <w:pPr>
        <w:pStyle w:val="ListParagraph"/>
      </w:pPr>
      <w:r>
        <w:rPr>
          <w:sz w:val="22"/>
        </w:rPr>
        <w:t>B. 60 Hz</w:t>
      </w:r>
    </w:p>
    <w:p>
      <w:pPr>
        <w:pStyle w:val="ListParagraph"/>
      </w:pPr>
      <w:r>
        <w:rPr>
          <w:sz w:val="22"/>
        </w:rPr>
        <w:t>C. 100 Hz</w:t>
      </w:r>
    </w:p>
    <w:p>
      <w:pPr>
        <w:pStyle w:val="ListParagraph"/>
      </w:pPr>
      <w:r>
        <w:rPr>
          <w:sz w:val="22"/>
        </w:rPr>
        <w:t>D. 25 Hz</w:t>
      </w:r>
    </w:p>
    <w:p/>
    <w:p>
      <w:r>
        <w:rPr>
          <w:b/>
          <w:sz w:val="24"/>
        </w:rPr>
        <w:t>Câu 9: Điện áp danh định của lưới điện sinh hoạt tại Việt Nam hiện nay là:</w:t>
      </w:r>
    </w:p>
    <w:p>
      <w:pPr>
        <w:pStyle w:val="ListParagraph"/>
      </w:pPr>
      <w:r>
        <w:rPr>
          <w:sz w:val="22"/>
        </w:rPr>
        <w:t>A. 110 V</w:t>
      </w:r>
    </w:p>
    <w:p>
      <w:pPr>
        <w:pStyle w:val="ListParagraph"/>
      </w:pPr>
      <w:r>
        <w:rPr>
          <w:sz w:val="22"/>
        </w:rPr>
        <w:t>B. 127 V</w:t>
      </w:r>
    </w:p>
    <w:p>
      <w:pPr>
        <w:pStyle w:val="ListParagraph"/>
      </w:pPr>
      <w:r>
        <w:rPr>
          <w:sz w:val="22"/>
        </w:rPr>
        <w:t>C. 220 V</w:t>
      </w:r>
    </w:p>
    <w:p>
      <w:pPr>
        <w:pStyle w:val="ListParagraph"/>
      </w:pPr>
      <w:r>
        <w:rPr>
          <w:sz w:val="22"/>
        </w:rPr>
        <w:t>D. 380 V</w:t>
      </w:r>
    </w:p>
    <w:p/>
    <w:p>
      <w:r>
        <w:rPr>
          <w:b/>
          <w:sz w:val="24"/>
        </w:rPr>
        <w:t>Câu 10: Linh kiện nào sau đây là linh kiện điện tử thụ động?</w:t>
      </w:r>
    </w:p>
    <w:p>
      <w:pPr>
        <w:pStyle w:val="ListParagraph"/>
      </w:pPr>
      <w:r>
        <w:rPr>
          <w:sz w:val="22"/>
        </w:rPr>
        <w:t>A. Transistor</w:t>
      </w:r>
    </w:p>
    <w:p>
      <w:pPr>
        <w:pStyle w:val="ListParagraph"/>
      </w:pPr>
      <w:r>
        <w:rPr>
          <w:sz w:val="22"/>
        </w:rPr>
        <w:t>B. Thyristor</w:t>
      </w:r>
    </w:p>
    <w:p>
      <w:pPr>
        <w:pStyle w:val="ListParagraph"/>
      </w:pPr>
      <w:r>
        <w:rPr>
          <w:sz w:val="22"/>
        </w:rPr>
        <w:t>C. Điện trở</w:t>
      </w:r>
    </w:p>
    <w:p>
      <w:pPr>
        <w:pStyle w:val="ListParagraph"/>
      </w:pPr>
      <w:r>
        <w:rPr>
          <w:sz w:val="22"/>
        </w:rPr>
        <w:t>D. Vi mạch số</w:t>
      </w:r>
    </w:p>
    <w:p/>
    <w:p>
      <w:r>
        <w:rPr>
          <w:b/>
          <w:sz w:val="24"/>
        </w:rPr>
        <w:t>Câu 11: Đơn vị đo điện dung của tụ điện là:</w:t>
      </w:r>
    </w:p>
    <w:p>
      <w:pPr>
        <w:pStyle w:val="ListParagraph"/>
      </w:pPr>
      <w:r>
        <w:rPr>
          <w:sz w:val="22"/>
        </w:rPr>
        <w:t>A. Henry (H)</w:t>
      </w:r>
    </w:p>
    <w:p>
      <w:pPr>
        <w:pStyle w:val="ListParagraph"/>
      </w:pPr>
      <w:r>
        <w:rPr>
          <w:sz w:val="22"/>
        </w:rPr>
        <w:t>B. Farad (F)</w:t>
      </w:r>
    </w:p>
    <w:p>
      <w:pPr>
        <w:pStyle w:val="ListParagraph"/>
      </w:pPr>
      <w:r>
        <w:rPr>
          <w:sz w:val="22"/>
        </w:rPr>
        <w:t>C. Ôm (Ω)</w:t>
      </w:r>
    </w:p>
    <w:p>
      <w:pPr>
        <w:pStyle w:val="ListParagraph"/>
      </w:pPr>
      <w:r>
        <w:rPr>
          <w:sz w:val="22"/>
        </w:rPr>
        <w:t>D. Vôn (V)</w:t>
      </w:r>
    </w:p>
    <w:p/>
    <w:p>
      <w:r>
        <w:rPr>
          <w:b/>
          <w:sz w:val="24"/>
        </w:rPr>
        <w:t>Câu 12: Đơn vị đo độ tự cảm của cuộn dây là:</w:t>
      </w:r>
    </w:p>
    <w:p>
      <w:pPr>
        <w:pStyle w:val="ListParagraph"/>
      </w:pPr>
      <w:r>
        <w:rPr>
          <w:sz w:val="22"/>
        </w:rPr>
        <w:t>A. Farad (F)</w:t>
      </w:r>
    </w:p>
    <w:p>
      <w:pPr>
        <w:pStyle w:val="ListParagraph"/>
      </w:pPr>
      <w:r>
        <w:rPr>
          <w:sz w:val="22"/>
        </w:rPr>
        <w:t>B. Henry (H)</w:t>
      </w:r>
    </w:p>
    <w:p>
      <w:pPr>
        <w:pStyle w:val="ListParagraph"/>
      </w:pPr>
      <w:r>
        <w:rPr>
          <w:sz w:val="22"/>
        </w:rPr>
        <w:t>C. Oát (W)</w:t>
      </w:r>
    </w:p>
    <w:p>
      <w:pPr>
        <w:pStyle w:val="ListParagraph"/>
      </w:pPr>
      <w:r>
        <w:rPr>
          <w:sz w:val="22"/>
        </w:rPr>
        <w:t>D. Ampe (A)</w:t>
      </w:r>
    </w:p>
    <w:p/>
    <w:p>
      <w:r>
        <w:rPr>
          <w:b/>
          <w:sz w:val="24"/>
        </w:rPr>
        <w:t>Câu 13: Máy biến áp dùng để:</w:t>
      </w:r>
    </w:p>
    <w:p>
      <w:pPr>
        <w:pStyle w:val="ListParagraph"/>
      </w:pPr>
      <w:r>
        <w:rPr>
          <w:sz w:val="22"/>
        </w:rPr>
        <w:t>A. Biến đổi tần số dòng điện</w:t>
      </w:r>
    </w:p>
    <w:p>
      <w:pPr>
        <w:pStyle w:val="ListParagraph"/>
      </w:pPr>
      <w:r>
        <w:rPr>
          <w:sz w:val="22"/>
        </w:rPr>
        <w:t>B. Biến đổi điện áp xoay chiều</w:t>
      </w:r>
    </w:p>
    <w:p>
      <w:pPr>
        <w:pStyle w:val="ListParagraph"/>
      </w:pPr>
      <w:r>
        <w:rPr>
          <w:sz w:val="22"/>
        </w:rPr>
        <w:t>C. Biến đổi điện năng thành cơ năng</w:t>
      </w:r>
    </w:p>
    <w:p>
      <w:pPr>
        <w:pStyle w:val="ListParagraph"/>
      </w:pPr>
      <w:r>
        <w:rPr>
          <w:sz w:val="22"/>
        </w:rPr>
        <w:t>D. Biến đổi quang năng thành điện năng</w:t>
      </w:r>
    </w:p>
    <w:p/>
    <w:p>
      <w:r>
        <w:rPr>
          <w:b/>
          <w:sz w:val="24"/>
        </w:rPr>
        <w:t>Câu 14: Động cơ điện có chức năng chính là:</w:t>
      </w:r>
    </w:p>
    <w:p>
      <w:pPr>
        <w:pStyle w:val="ListParagraph"/>
      </w:pPr>
      <w:r>
        <w:rPr>
          <w:sz w:val="22"/>
        </w:rPr>
        <w:t>A. Biến đổi điện năng thành cơ năng</w:t>
      </w:r>
    </w:p>
    <w:p>
      <w:pPr>
        <w:pStyle w:val="ListParagraph"/>
      </w:pPr>
      <w:r>
        <w:rPr>
          <w:sz w:val="22"/>
        </w:rPr>
        <w:t>B. Biến đổi cơ năng thành điện năng</w:t>
      </w:r>
    </w:p>
    <w:p>
      <w:pPr>
        <w:pStyle w:val="ListParagraph"/>
      </w:pPr>
      <w:r>
        <w:rPr>
          <w:sz w:val="22"/>
        </w:rPr>
        <w:t>C. Biến đổi điện áp</w:t>
      </w:r>
    </w:p>
    <w:p>
      <w:pPr>
        <w:pStyle w:val="ListParagraph"/>
      </w:pPr>
      <w:r>
        <w:rPr>
          <w:sz w:val="22"/>
        </w:rPr>
        <w:t>D. Lưu trữ điện năng</w:t>
      </w:r>
    </w:p>
    <w:p/>
    <w:p>
      <w:r>
        <w:rPr>
          <w:b/>
          <w:sz w:val="24"/>
        </w:rPr>
        <w:t>Câu 15: Máy phát điện có chức năng chính là:</w:t>
      </w:r>
    </w:p>
    <w:p>
      <w:pPr>
        <w:pStyle w:val="ListParagraph"/>
      </w:pPr>
      <w:r>
        <w:rPr>
          <w:sz w:val="22"/>
        </w:rPr>
        <w:t>A. Biến đổi điện năng thành cơ năng</w:t>
      </w:r>
    </w:p>
    <w:p>
      <w:pPr>
        <w:pStyle w:val="ListParagraph"/>
      </w:pPr>
      <w:r>
        <w:rPr>
          <w:sz w:val="22"/>
        </w:rPr>
        <w:t>B. Biến đổi cơ năng thành điện năng</w:t>
      </w:r>
    </w:p>
    <w:p>
      <w:pPr>
        <w:pStyle w:val="ListParagraph"/>
      </w:pPr>
      <w:r>
        <w:rPr>
          <w:sz w:val="22"/>
        </w:rPr>
        <w:t>C. Biến đổi dòng xoay chiều thành một chiều</w:t>
      </w:r>
    </w:p>
    <w:p>
      <w:pPr>
        <w:pStyle w:val="ListParagraph"/>
      </w:pPr>
      <w:r>
        <w:rPr>
          <w:sz w:val="22"/>
        </w:rPr>
        <w:t>D. Tăng điện áp</w:t>
      </w:r>
    </w:p>
    <w:p/>
    <w:p>
      <w:r>
        <w:rPr>
          <w:b/>
          <w:sz w:val="24"/>
        </w:rPr>
        <w:t>Câu 16: Hệ thống điện năng thường bao gồm các khâu chính:</w:t>
      </w:r>
    </w:p>
    <w:p>
      <w:pPr>
        <w:pStyle w:val="ListParagraph"/>
      </w:pPr>
      <w:r>
        <w:rPr>
          <w:sz w:val="22"/>
        </w:rPr>
        <w:t>A. Phát điện – truyền tải – phân phối – tiêu thụ</w:t>
      </w:r>
    </w:p>
    <w:p>
      <w:pPr>
        <w:pStyle w:val="ListParagraph"/>
      </w:pPr>
      <w:r>
        <w:rPr>
          <w:sz w:val="22"/>
        </w:rPr>
        <w:t>B. Phát điện – lưu trữ – tiêu thụ</w:t>
      </w:r>
    </w:p>
    <w:p>
      <w:pPr>
        <w:pStyle w:val="ListParagraph"/>
      </w:pPr>
      <w:r>
        <w:rPr>
          <w:sz w:val="22"/>
        </w:rPr>
        <w:t>C. Truyền tải – gia công – tiêu thụ</w:t>
      </w:r>
    </w:p>
    <w:p>
      <w:pPr>
        <w:pStyle w:val="ListParagraph"/>
      </w:pPr>
      <w:r>
        <w:rPr>
          <w:sz w:val="22"/>
        </w:rPr>
        <w:t>D. Phân phối – biến đổi – lưu trữ</w:t>
      </w:r>
    </w:p>
    <w:p/>
    <w:p>
      <w:r>
        <w:rPr>
          <w:b/>
          <w:sz w:val="24"/>
        </w:rPr>
        <w:t>Câu 17: Biện pháp an toàn điện cơ bản khi sử dụng điện là:</w:t>
      </w:r>
    </w:p>
    <w:p>
      <w:pPr>
        <w:pStyle w:val="ListParagraph"/>
      </w:pPr>
      <w:r>
        <w:rPr>
          <w:sz w:val="22"/>
        </w:rPr>
        <w:t>A. Chạm trực tiếp vào dây điện trần</w:t>
      </w:r>
    </w:p>
    <w:p>
      <w:pPr>
        <w:pStyle w:val="ListParagraph"/>
      </w:pPr>
      <w:r>
        <w:rPr>
          <w:sz w:val="22"/>
        </w:rPr>
        <w:t>B. Dùng thiết bị bảo vệ và ngắt điện khi sửa chữa</w:t>
      </w:r>
    </w:p>
    <w:p>
      <w:pPr>
        <w:pStyle w:val="ListParagraph"/>
      </w:pPr>
      <w:r>
        <w:rPr>
          <w:sz w:val="22"/>
        </w:rPr>
        <w:t>C. Tự ý tháo cầu dao điện</w:t>
      </w:r>
    </w:p>
    <w:p>
      <w:pPr>
        <w:pStyle w:val="ListParagraph"/>
      </w:pPr>
      <w:r>
        <w:rPr>
          <w:sz w:val="22"/>
        </w:rPr>
        <w:t>D. Dùng nước dập lửa khi chập điện</w:t>
      </w:r>
    </w:p>
    <w:p/>
    <w:p>
      <w:r>
        <w:rPr>
          <w:b/>
          <w:sz w:val="24"/>
        </w:rPr>
        <w:t>Câu 18: Trong mạch điện, điện trở có tác dụng:</w:t>
      </w:r>
    </w:p>
    <w:p>
      <w:pPr>
        <w:pStyle w:val="ListParagraph"/>
      </w:pPr>
      <w:r>
        <w:rPr>
          <w:sz w:val="22"/>
        </w:rPr>
        <w:t>A. Cản trở dòng điện</w:t>
      </w:r>
    </w:p>
    <w:p>
      <w:pPr>
        <w:pStyle w:val="ListParagraph"/>
      </w:pPr>
      <w:r>
        <w:rPr>
          <w:sz w:val="22"/>
        </w:rPr>
        <w:t>B. Tạo ra dòng điện</w:t>
      </w:r>
    </w:p>
    <w:p>
      <w:pPr>
        <w:pStyle w:val="ListParagraph"/>
      </w:pPr>
      <w:r>
        <w:rPr>
          <w:sz w:val="22"/>
        </w:rPr>
        <w:t>C. Tích trữ điện tích</w:t>
      </w:r>
    </w:p>
    <w:p>
      <w:pPr>
        <w:pStyle w:val="ListParagraph"/>
      </w:pPr>
      <w:r>
        <w:rPr>
          <w:sz w:val="22"/>
        </w:rPr>
        <w:t>D. Biến đổi điện áp</w:t>
      </w:r>
    </w:p>
    <w:p/>
    <w:p>
      <w:r>
        <w:rPr>
          <w:b/>
          <w:sz w:val="24"/>
        </w:rPr>
        <w:t>Câu 19: Định luật Kirchhoff thường được dùng để:</w:t>
      </w:r>
    </w:p>
    <w:p>
      <w:pPr>
        <w:pStyle w:val="ListParagraph"/>
      </w:pPr>
      <w:r>
        <w:rPr>
          <w:sz w:val="22"/>
        </w:rPr>
        <w:t>A. Tính toán mạch điện phức tạp</w:t>
      </w:r>
    </w:p>
    <w:p>
      <w:pPr>
        <w:pStyle w:val="ListParagraph"/>
      </w:pPr>
      <w:r>
        <w:rPr>
          <w:sz w:val="22"/>
        </w:rPr>
        <w:t>B. Đo nhiệt độ</w:t>
      </w:r>
    </w:p>
    <w:p>
      <w:pPr>
        <w:pStyle w:val="ListParagraph"/>
      </w:pPr>
      <w:r>
        <w:rPr>
          <w:sz w:val="22"/>
        </w:rPr>
        <w:t>C. Tính từ thông</w:t>
      </w:r>
    </w:p>
    <w:p>
      <w:pPr>
        <w:pStyle w:val="ListParagraph"/>
      </w:pPr>
      <w:r>
        <w:rPr>
          <w:sz w:val="22"/>
        </w:rPr>
        <w:t>D. Xác định màu dây dẫn</w:t>
      </w:r>
    </w:p>
    <w:p/>
    <w:p>
      <w:r>
        <w:rPr>
          <w:b/>
          <w:sz w:val="24"/>
        </w:rPr>
        <w:t>Câu 20: Hệ số công suất của mạch điện xoay chiều được ký hiệu là:</w:t>
      </w:r>
    </w:p>
    <w:p>
      <w:pPr>
        <w:pStyle w:val="ListParagraph"/>
      </w:pPr>
      <w:r>
        <w:rPr>
          <w:sz w:val="22"/>
        </w:rPr>
        <w:t>A. $\sin\varphi$</w:t>
      </w:r>
    </w:p>
    <w:p>
      <w:pPr>
        <w:pStyle w:val="ListParagraph"/>
      </w:pPr>
      <w:r>
        <w:rPr>
          <w:sz w:val="22"/>
        </w:rPr>
        <w:t>B. $\cos\varphi$</w:t>
      </w:r>
    </w:p>
    <w:p>
      <w:pPr>
        <w:pStyle w:val="ListParagraph"/>
      </w:pPr>
      <w:r>
        <w:rPr>
          <w:sz w:val="22"/>
        </w:rPr>
        <w:t>C. $\tan\varphi$</w:t>
      </w:r>
    </w:p>
    <w:p>
      <w:pPr>
        <w:pStyle w:val="ListParagraph"/>
      </w:pPr>
      <w:r>
        <w:rPr>
          <w:sz w:val="22"/>
        </w:rPr>
        <w:t>D. $\cot\varphi$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