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SỐ 1</w:t>
      </w:r>
    </w:p>
    <w:p>
      <w:pPr>
        <w:jc w:val="center"/>
      </w:pPr>
      <w:r>
        <w:rPr>
          <w:sz w:val="22"/>
        </w:rPr>
        <w:t>Số câu: 62    Thời gian: _____ phút    Họ và tên: _________________________</w:t>
      </w:r>
    </w:p>
    <w:p/>
    <w:p>
      <w:r>
        <w:rPr>
          <w:b/>
          <w:sz w:val="24"/>
        </w:rPr>
        <w:t>Câu 1: Cho tập hợp M = {2; 4; 6; 8}. Khẳng định nào sau đây đúng?</w:t>
      </w:r>
    </w:p>
    <w:p>
      <w:pPr>
        <w:pStyle w:val="ListParagraph"/>
      </w:pPr>
      <w:r>
        <w:rPr>
          <w:sz w:val="22"/>
        </w:rPr>
        <w:t>A. 4 ∈ M.</w:t>
      </w:r>
    </w:p>
    <w:p>
      <w:pPr>
        <w:pStyle w:val="ListParagraph"/>
      </w:pPr>
      <w:r>
        <w:rPr>
          <w:sz w:val="22"/>
        </w:rPr>
        <w:t>B. 7 ∈ M.</w:t>
      </w:r>
    </w:p>
    <w:p>
      <w:pPr>
        <w:pStyle w:val="ListParagraph"/>
      </w:pPr>
      <w:r>
        <w:rPr>
          <w:sz w:val="22"/>
        </w:rPr>
        <w:t>C. 8 ∉ M.</w:t>
      </w:r>
    </w:p>
    <w:p>
      <w:pPr>
        <w:pStyle w:val="ListParagraph"/>
      </w:pPr>
      <w:r>
        <w:rPr>
          <w:sz w:val="22"/>
        </w:rPr>
        <w:t>D. 6 ∉ M.</w:t>
      </w:r>
    </w:p>
    <w:p/>
    <w:p>
      <w:r>
        <w:rPr>
          <w:b/>
          <w:sz w:val="24"/>
        </w:rPr>
        <w:t>Câu 2: Tập hợp các số tự nhiên x thỏa mãn x·(x − 2025) = 0 là</w:t>
      </w:r>
    </w:p>
    <w:p>
      <w:pPr>
        <w:pStyle w:val="ListParagraph"/>
      </w:pPr>
      <w:r>
        <w:rPr>
          <w:sz w:val="22"/>
        </w:rPr>
        <w:t>A. Tập hợp các số tự nhiên</w:t>
      </w:r>
    </w:p>
    <w:p>
      <w:pPr>
        <w:pStyle w:val="ListParagraph"/>
      </w:pPr>
      <w:r>
        <w:rPr>
          <w:sz w:val="22"/>
        </w:rPr>
        <w:t>B. {0; 2025}</w:t>
      </w:r>
    </w:p>
    <w:p>
      <w:pPr>
        <w:pStyle w:val="ListParagraph"/>
      </w:pPr>
      <w:r>
        <w:rPr>
          <w:sz w:val="22"/>
        </w:rPr>
        <w:t>C. {0}</w:t>
      </w:r>
    </w:p>
    <w:p>
      <w:pPr>
        <w:pStyle w:val="ListParagraph"/>
      </w:pPr>
      <w:r>
        <w:rPr>
          <w:sz w:val="22"/>
        </w:rPr>
        <w:t>D. {2025}</w:t>
      </w:r>
    </w:p>
    <w:p/>
    <w:p>
      <w:r>
        <w:rPr>
          <w:b/>
          <w:sz w:val="24"/>
        </w:rPr>
        <w:t>Câu 3: Số La Mã biểu diễn số 29 là</w:t>
      </w:r>
    </w:p>
    <w:p>
      <w:pPr>
        <w:pStyle w:val="ListParagraph"/>
      </w:pPr>
      <w:r>
        <w:rPr>
          <w:sz w:val="22"/>
        </w:rPr>
        <w:t>A. XIX.</w:t>
      </w:r>
    </w:p>
    <w:p>
      <w:pPr>
        <w:pStyle w:val="ListParagraph"/>
      </w:pPr>
      <w:r>
        <w:rPr>
          <w:sz w:val="22"/>
        </w:rPr>
        <w:t>B. IX.</w:t>
      </w:r>
    </w:p>
    <w:p>
      <w:pPr>
        <w:pStyle w:val="ListParagraph"/>
      </w:pPr>
      <w:r>
        <w:rPr>
          <w:sz w:val="22"/>
        </w:rPr>
        <w:t>C. XIV.</w:t>
      </w:r>
    </w:p>
    <w:p>
      <w:pPr>
        <w:pStyle w:val="ListParagraph"/>
      </w:pPr>
      <w:r>
        <w:rPr>
          <w:sz w:val="22"/>
        </w:rPr>
        <w:t>D. XXIX.</w:t>
      </w:r>
    </w:p>
    <w:p/>
    <w:p>
      <w:r>
        <w:rPr>
          <w:b/>
          <w:sz w:val="24"/>
        </w:rPr>
        <w:t>Câu 4: Trong các số sau, số nào chia hết cho 2, 3 và 5?</w:t>
      </w:r>
    </w:p>
    <w:p>
      <w:pPr>
        <w:pStyle w:val="ListParagraph"/>
      </w:pPr>
      <w:r>
        <w:rPr>
          <w:sz w:val="22"/>
        </w:rPr>
        <w:t>A. 54.</w:t>
      </w:r>
    </w:p>
    <w:p>
      <w:pPr>
        <w:pStyle w:val="ListParagraph"/>
      </w:pPr>
      <w:r>
        <w:rPr>
          <w:sz w:val="22"/>
        </w:rPr>
        <w:t>B. 45.</w:t>
      </w:r>
    </w:p>
    <w:p>
      <w:pPr>
        <w:pStyle w:val="ListParagraph"/>
      </w:pPr>
      <w:r>
        <w:rPr>
          <w:sz w:val="22"/>
        </w:rPr>
        <w:t>C. 32.</w:t>
      </w:r>
    </w:p>
    <w:p>
      <w:pPr>
        <w:pStyle w:val="ListParagraph"/>
      </w:pPr>
      <w:r>
        <w:rPr>
          <w:sz w:val="22"/>
        </w:rPr>
        <w:t>D. 60.</w:t>
      </w:r>
    </w:p>
    <w:p/>
    <w:p>
      <w:r>
        <w:rPr>
          <w:b/>
          <w:sz w:val="24"/>
        </w:rPr>
        <w:t>Câu 5: Trong các số 1, 2, 4, 7, 13 và 15, có bao nhiêu số nguyên tố?</w:t>
      </w:r>
    </w:p>
    <w:p>
      <w:pPr>
        <w:pStyle w:val="ListParagraph"/>
      </w:pPr>
      <w:r>
        <w:rPr>
          <w:sz w:val="22"/>
        </w:rPr>
        <w:t>A. 1.</w:t>
      </w:r>
    </w:p>
    <w:p>
      <w:pPr>
        <w:pStyle w:val="ListParagraph"/>
      </w:pPr>
      <w:r>
        <w:rPr>
          <w:sz w:val="22"/>
        </w:rPr>
        <w:t>B. 2.</w:t>
      </w:r>
    </w:p>
    <w:p>
      <w:pPr>
        <w:pStyle w:val="ListParagraph"/>
      </w:pPr>
      <w:r>
        <w:rPr>
          <w:sz w:val="22"/>
        </w:rPr>
        <w:t>C. 3.</w:t>
      </w:r>
    </w:p>
    <w:p>
      <w:pPr>
        <w:pStyle w:val="ListParagraph"/>
      </w:pPr>
      <w:r>
        <w:rPr>
          <w:sz w:val="22"/>
        </w:rPr>
        <w:t>D. 4.</w:t>
      </w:r>
    </w:p>
    <w:p/>
    <w:p>
      <w:r>
        <w:rPr>
          <w:b/>
          <w:sz w:val="24"/>
        </w:rPr>
        <w:t>Câu 6: Hình nào có bốn cạnh bằng nhau và bốn góc vuông?</w:t>
      </w:r>
    </w:p>
    <w:p>
      <w:pPr>
        <w:pStyle w:val="ListParagraph"/>
      </w:pPr>
      <w:r>
        <w:rPr>
          <w:sz w:val="22"/>
        </w:rPr>
        <w:t>A. hình thoi.</w:t>
      </w:r>
    </w:p>
    <w:p>
      <w:pPr>
        <w:pStyle w:val="ListParagraph"/>
      </w:pPr>
      <w:r>
        <w:rPr>
          <w:sz w:val="22"/>
        </w:rPr>
        <w:t>B. hình thang.</w:t>
      </w:r>
    </w:p>
    <w:p>
      <w:pPr>
        <w:pStyle w:val="ListParagraph"/>
      </w:pPr>
      <w:r>
        <w:rPr>
          <w:sz w:val="22"/>
        </w:rPr>
        <w:t>C. tam giác.</w:t>
      </w:r>
    </w:p>
    <w:p>
      <w:pPr>
        <w:pStyle w:val="ListParagraph"/>
      </w:pPr>
      <w:r>
        <w:rPr>
          <w:sz w:val="22"/>
        </w:rPr>
        <w:t>D. hình vuông.</w:t>
      </w:r>
    </w:p>
    <w:p/>
    <w:p>
      <w:r>
        <w:rPr>
          <w:b/>
          <w:sz w:val="24"/>
        </w:rPr>
        <w:t>Câu 7: Cho tam giác đều ABC có AB = 3 cm. Độ dài AC là</w:t>
      </w:r>
    </w:p>
    <w:p>
      <w:pPr>
        <w:pStyle w:val="ListParagraph"/>
      </w:pPr>
      <w:r>
        <w:rPr>
          <w:sz w:val="22"/>
        </w:rPr>
        <w:t>A. 3 dm.</w:t>
      </w:r>
    </w:p>
    <w:p>
      <w:pPr>
        <w:pStyle w:val="ListParagraph"/>
      </w:pPr>
      <w:r>
        <w:rPr>
          <w:sz w:val="22"/>
        </w:rPr>
        <w:t>B. 3 cm.</w:t>
      </w:r>
    </w:p>
    <w:p>
      <w:pPr>
        <w:pStyle w:val="ListParagraph"/>
      </w:pPr>
      <w:r>
        <w:rPr>
          <w:sz w:val="22"/>
        </w:rPr>
        <w:t>C. 4 cm.</w:t>
      </w:r>
    </w:p>
    <w:p>
      <w:pPr>
        <w:pStyle w:val="ListParagraph"/>
      </w:pPr>
      <w:r>
        <w:rPr>
          <w:sz w:val="22"/>
        </w:rPr>
        <w:t>D. 5 cm.</w:t>
      </w:r>
    </w:p>
    <w:p/>
    <w:p>
      <w:r>
        <w:rPr>
          <w:b/>
          <w:sz w:val="24"/>
        </w:rPr>
        <w:t>Câu 8: Một khu vườn hình vuông có cạnh dài 24 m. Chu vi khu vườn là</w:t>
      </w:r>
    </w:p>
    <w:p>
      <w:pPr>
        <w:pStyle w:val="ListParagraph"/>
      </w:pPr>
      <w:r>
        <w:rPr>
          <w:sz w:val="22"/>
        </w:rPr>
        <w:t>A. 96 m.</w:t>
      </w:r>
    </w:p>
    <w:p>
      <w:pPr>
        <w:pStyle w:val="ListParagraph"/>
      </w:pPr>
      <w:r>
        <w:rPr>
          <w:sz w:val="22"/>
        </w:rPr>
        <w:t>B. 576 m.</w:t>
      </w:r>
    </w:p>
    <w:p>
      <w:pPr>
        <w:pStyle w:val="ListParagraph"/>
      </w:pPr>
      <w:r>
        <w:rPr>
          <w:sz w:val="22"/>
        </w:rPr>
        <w:t>C. 96 m².</w:t>
      </w:r>
    </w:p>
    <w:p>
      <w:pPr>
        <w:pStyle w:val="ListParagraph"/>
      </w:pPr>
      <w:r>
        <w:rPr>
          <w:sz w:val="22"/>
        </w:rPr>
        <w:t>D. 48 m.</w:t>
      </w:r>
    </w:p>
    <w:p/>
    <w:p>
      <w:r>
        <w:rPr>
          <w:b/>
          <w:sz w:val="24"/>
        </w:rPr>
        <w:t>Câu 9: Kết quả của 5² · 5³ là:</w:t>
      </w:r>
    </w:p>
    <w:p>
      <w:pPr>
        <w:pStyle w:val="ListParagraph"/>
      </w:pPr>
      <w:r>
        <w:rPr>
          <w:sz w:val="22"/>
        </w:rPr>
        <w:t>A. 5².</w:t>
      </w:r>
    </w:p>
    <w:p>
      <w:pPr>
        <w:pStyle w:val="ListParagraph"/>
      </w:pPr>
      <w:r>
        <w:rPr>
          <w:sz w:val="22"/>
        </w:rPr>
        <w:t>B. 5⁵.</w:t>
      </w:r>
    </w:p>
    <w:p>
      <w:pPr>
        <w:pStyle w:val="ListParagraph"/>
      </w:pPr>
      <w:r>
        <w:rPr>
          <w:sz w:val="22"/>
        </w:rPr>
        <w:t>C. 5⁶.</w:t>
      </w:r>
    </w:p>
    <w:p>
      <w:pPr>
        <w:pStyle w:val="ListParagraph"/>
      </w:pPr>
      <w:r>
        <w:rPr>
          <w:sz w:val="22"/>
        </w:rPr>
        <w:t>D. 25⁵.</w:t>
      </w:r>
    </w:p>
    <w:p/>
    <w:p>
      <w:r>
        <w:rPr>
          <w:b/>
          <w:sz w:val="24"/>
        </w:rPr>
        <w:t>Câu 10: Chữ số 2 ở hàng chục nghìn của số 24.826 có giá trị là:</w:t>
      </w:r>
    </w:p>
    <w:p>
      <w:pPr>
        <w:pStyle w:val="ListParagraph"/>
      </w:pPr>
      <w:r>
        <w:rPr>
          <w:sz w:val="22"/>
        </w:rPr>
        <w:t>A. 24.000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20.000</w:t>
      </w:r>
    </w:p>
    <w:p>
      <w:pPr>
        <w:pStyle w:val="ListParagraph"/>
      </w:pPr>
      <w:r>
        <w:rPr>
          <w:sz w:val="22"/>
        </w:rPr>
        <w:t>D. 24.826</w:t>
      </w:r>
    </w:p>
    <w:p/>
    <w:p>
      <w:r>
        <w:rPr>
          <w:b/>
          <w:sz w:val="24"/>
        </w:rPr>
        <w:t>Câu 11: Viết tập hợp sau bằng cách liệt kê các phần tử: A = {x ∈ N | 9 &lt; x &lt; 13}.</w:t>
      </w:r>
    </w:p>
    <w:p>
      <w:pPr>
        <w:pStyle w:val="ListParagraph"/>
      </w:pPr>
      <w:r>
        <w:rPr>
          <w:sz w:val="22"/>
        </w:rPr>
        <w:t>A. A = {10;11;12}.</w:t>
      </w:r>
    </w:p>
    <w:p>
      <w:pPr>
        <w:pStyle w:val="ListParagraph"/>
      </w:pPr>
      <w:r>
        <w:rPr>
          <w:sz w:val="22"/>
        </w:rPr>
        <w:t>B. A = {9;10;11}.</w:t>
      </w:r>
    </w:p>
    <w:p>
      <w:pPr>
        <w:pStyle w:val="ListParagraph"/>
      </w:pPr>
      <w:r>
        <w:rPr>
          <w:sz w:val="22"/>
        </w:rPr>
        <w:t>C. A = {9;10;11;12}.</w:t>
      </w:r>
    </w:p>
    <w:p>
      <w:pPr>
        <w:pStyle w:val="ListParagraph"/>
      </w:pPr>
      <w:r>
        <w:rPr>
          <w:sz w:val="22"/>
        </w:rPr>
        <w:t>D. A = {9;10;11;12;13}.</w:t>
      </w:r>
    </w:p>
    <w:p/>
    <w:p>
      <w:r>
        <w:rPr>
          <w:b/>
          <w:sz w:val="24"/>
        </w:rPr>
        <w:t>Câu 12: Cách viết nào sau đây là cách viết đúng của một tập hợp?</w:t>
      </w:r>
    </w:p>
    <w:p>
      <w:pPr>
        <w:pStyle w:val="ListParagraph"/>
      </w:pPr>
      <w:r>
        <w:rPr>
          <w:sz w:val="22"/>
        </w:rPr>
        <w:t>A. A = {1;2;3}.</w:t>
      </w:r>
    </w:p>
    <w:p>
      <w:pPr>
        <w:pStyle w:val="ListParagraph"/>
      </w:pPr>
      <w:r>
        <w:rPr>
          <w:sz w:val="22"/>
        </w:rPr>
        <w:t>B. A = [1;2;3].</w:t>
      </w:r>
    </w:p>
    <w:p>
      <w:pPr>
        <w:pStyle w:val="ListParagraph"/>
      </w:pPr>
      <w:r>
        <w:rPr>
          <w:sz w:val="22"/>
        </w:rPr>
        <w:t>C. A = (1;2;3).</w:t>
      </w:r>
    </w:p>
    <w:p>
      <w:pPr>
        <w:pStyle w:val="ListParagraph"/>
      </w:pPr>
      <w:r>
        <w:rPr>
          <w:sz w:val="22"/>
        </w:rPr>
        <w:t>D. A = 1;2;3.</w:t>
      </w:r>
    </w:p>
    <w:p/>
    <w:p>
      <w:r>
        <w:rPr>
          <w:b/>
          <w:sz w:val="24"/>
        </w:rPr>
        <w:t>Câu 13: Số La Mã XVI biểu diễn số tự nhiên nào?</w:t>
      </w:r>
    </w:p>
    <w:p>
      <w:pPr>
        <w:pStyle w:val="ListParagraph"/>
      </w:pPr>
      <w:r>
        <w:rPr>
          <w:sz w:val="22"/>
        </w:rPr>
        <w:t>A. 14.</w:t>
      </w:r>
    </w:p>
    <w:p>
      <w:pPr>
        <w:pStyle w:val="ListParagraph"/>
      </w:pPr>
      <w:r>
        <w:rPr>
          <w:sz w:val="22"/>
        </w:rPr>
        <w:t>B. 19.</w:t>
      </w:r>
    </w:p>
    <w:p>
      <w:pPr>
        <w:pStyle w:val="ListParagraph"/>
      </w:pPr>
      <w:r>
        <w:rPr>
          <w:sz w:val="22"/>
        </w:rPr>
        <w:t>C. 21.</w:t>
      </w:r>
    </w:p>
    <w:p>
      <w:pPr>
        <w:pStyle w:val="ListParagraph"/>
      </w:pPr>
      <w:r>
        <w:rPr>
          <w:sz w:val="22"/>
        </w:rPr>
        <w:t>D. 16.</w:t>
      </w:r>
    </w:p>
    <w:p/>
    <w:p>
      <w:r>
        <w:rPr>
          <w:b/>
          <w:sz w:val="24"/>
        </w:rPr>
        <w:t>Câu 14: Thứ tự thực hiện các phép tính trong một biểu thức không có dấu ngoặc là gì?</w:t>
      </w:r>
    </w:p>
    <w:p>
      <w:pPr>
        <w:pStyle w:val="ListParagraph"/>
      </w:pPr>
      <w:r>
        <w:rPr>
          <w:sz w:val="22"/>
        </w:rPr>
        <w:t>A. Phép nhân, phép chia → Phép lũy thừa → Phép cộng, phép trừ.</w:t>
      </w:r>
    </w:p>
    <w:p>
      <w:pPr>
        <w:pStyle w:val="ListParagraph"/>
      </w:pPr>
      <w:r>
        <w:rPr>
          <w:sz w:val="22"/>
        </w:rPr>
        <w:t>B. Phép cộng, phép trừ → Phép nhân, phép chia → Phép lũy thừa.</w:t>
      </w:r>
    </w:p>
    <w:p>
      <w:pPr>
        <w:pStyle w:val="ListParagraph"/>
      </w:pPr>
      <w:r>
        <w:rPr>
          <w:sz w:val="22"/>
        </w:rPr>
        <w:t>C. Phép nhân, phép chia → Phép cộng, phép trừ → Phép lũy thừa.</w:t>
      </w:r>
    </w:p>
    <w:p>
      <w:pPr>
        <w:pStyle w:val="ListParagraph"/>
      </w:pPr>
      <w:r>
        <w:rPr>
          <w:sz w:val="22"/>
        </w:rPr>
        <w:t>D. Phép lũy thừa → Phép nhân, phép chia → Phép cộng, phép trừ.</w:t>
      </w:r>
    </w:p>
    <w:p/>
    <w:p>
      <w:r>
        <w:rPr>
          <w:b/>
          <w:sz w:val="24"/>
        </w:rPr>
        <w:t>Câu 15: Cho M = {a; 5; b; c}, khẳng định nào sau đây đúng?</w:t>
      </w:r>
    </w:p>
    <w:p>
      <w:pPr>
        <w:pStyle w:val="ListParagraph"/>
      </w:pPr>
      <w:r>
        <w:rPr>
          <w:sz w:val="22"/>
        </w:rPr>
        <w:t>A. 5 ∈ M.</w:t>
      </w:r>
    </w:p>
    <w:p>
      <w:pPr>
        <w:pStyle w:val="ListParagraph"/>
      </w:pPr>
      <w:r>
        <w:rPr>
          <w:sz w:val="22"/>
        </w:rPr>
        <w:t>B. 4 ∈ M.</w:t>
      </w:r>
    </w:p>
    <w:p>
      <w:pPr>
        <w:pStyle w:val="ListParagraph"/>
      </w:pPr>
      <w:r>
        <w:rPr>
          <w:sz w:val="22"/>
        </w:rPr>
        <w:t>C. a ∉ M.</w:t>
      </w:r>
    </w:p>
    <w:p>
      <w:pPr>
        <w:pStyle w:val="ListParagraph"/>
      </w:pPr>
      <w:r>
        <w:rPr>
          <w:sz w:val="22"/>
        </w:rPr>
        <w:t>D. 6 ∈ M.</w:t>
      </w:r>
    </w:p>
    <w:p/>
    <w:p>
      <w:r>
        <w:rPr>
          <w:b/>
          <w:sz w:val="24"/>
        </w:rPr>
        <w:t>Câu 16: Tập hợp các ước dương của 15 là:</w:t>
      </w:r>
    </w:p>
    <w:p>
      <w:pPr>
        <w:pStyle w:val="ListParagraph"/>
      </w:pPr>
      <w:r>
        <w:rPr>
          <w:sz w:val="22"/>
        </w:rPr>
        <w:t>A. Ư(15) = {3;5;15}</w:t>
      </w:r>
    </w:p>
    <w:p>
      <w:pPr>
        <w:pStyle w:val="ListParagraph"/>
      </w:pPr>
      <w:r>
        <w:rPr>
          <w:sz w:val="22"/>
        </w:rPr>
        <w:t>B. Ư(15) = {1;3;5}</w:t>
      </w:r>
    </w:p>
    <w:p>
      <w:pPr>
        <w:pStyle w:val="ListParagraph"/>
      </w:pPr>
      <w:r>
        <w:rPr>
          <w:sz w:val="22"/>
        </w:rPr>
        <w:t>C. Ư(15) = {1;3;5;15}</w:t>
      </w:r>
    </w:p>
    <w:p>
      <w:pPr>
        <w:pStyle w:val="ListParagraph"/>
      </w:pPr>
      <w:r>
        <w:rPr>
          <w:sz w:val="22"/>
        </w:rPr>
        <w:t>D. Ư(15) = {0;1;3;5;15}</w:t>
      </w:r>
    </w:p>
    <w:p/>
    <w:p>
      <w:r>
        <w:rPr>
          <w:b/>
          <w:sz w:val="24"/>
        </w:rPr>
        <w:t>Câu 17: Cho H = {x | x là số tự nhiên chẵn và x &lt; 10}. Khẳng định nào sau đây đúng?</w:t>
      </w:r>
    </w:p>
    <w:p>
      <w:pPr>
        <w:pStyle w:val="ListParagraph"/>
      </w:pPr>
      <w:r>
        <w:rPr>
          <w:sz w:val="22"/>
        </w:rPr>
        <w:t>A. 7 ∈ H</w:t>
      </w:r>
    </w:p>
    <w:p>
      <w:pPr>
        <w:pStyle w:val="ListParagraph"/>
      </w:pPr>
      <w:r>
        <w:rPr>
          <w:sz w:val="22"/>
        </w:rPr>
        <w:t>B. 12 ∈ H</w:t>
      </w:r>
    </w:p>
    <w:p>
      <w:pPr>
        <w:pStyle w:val="ListParagraph"/>
      </w:pPr>
      <w:r>
        <w:rPr>
          <w:sz w:val="22"/>
        </w:rPr>
        <w:t>C. 6 ∈ H</w:t>
      </w:r>
    </w:p>
    <w:p>
      <w:pPr>
        <w:pStyle w:val="ListParagraph"/>
      </w:pPr>
      <w:r>
        <w:rPr>
          <w:sz w:val="22"/>
        </w:rPr>
        <w:t>D. 10 ∈ H</w:t>
      </w:r>
    </w:p>
    <w:p/>
    <w:p>
      <w:r>
        <w:rPr>
          <w:b/>
          <w:sz w:val="24"/>
        </w:rPr>
        <w:t>Câu 18: Trong các số tự nhiên sau, số nào là số nguyên tố?</w:t>
      </w:r>
    </w:p>
    <w:p>
      <w:pPr>
        <w:pStyle w:val="ListParagraph"/>
      </w:pPr>
      <w:r>
        <w:rPr>
          <w:sz w:val="22"/>
        </w:rPr>
        <w:t>A. 22.</w:t>
      </w:r>
    </w:p>
    <w:p>
      <w:pPr>
        <w:pStyle w:val="ListParagraph"/>
      </w:pPr>
      <w:r>
        <w:rPr>
          <w:sz w:val="22"/>
        </w:rPr>
        <w:t>B. 12.</w:t>
      </w:r>
    </w:p>
    <w:p>
      <w:pPr>
        <w:pStyle w:val="ListParagraph"/>
      </w:pPr>
      <w:r>
        <w:rPr>
          <w:sz w:val="22"/>
        </w:rPr>
        <w:t>C. 4.</w:t>
      </w:r>
    </w:p>
    <w:p>
      <w:pPr>
        <w:pStyle w:val="ListParagraph"/>
      </w:pPr>
      <w:r>
        <w:rPr>
          <w:sz w:val="22"/>
        </w:rPr>
        <w:t>D. 17.</w:t>
      </w:r>
    </w:p>
    <w:p/>
    <w:p>
      <w:r>
        <w:rPr>
          <w:b/>
          <w:sz w:val="24"/>
        </w:rPr>
        <w:t>Câu 19: Trong các số tự nhiên sau, số nào chia hết cho 2?</w:t>
      </w:r>
    </w:p>
    <w:p>
      <w:pPr>
        <w:pStyle w:val="ListParagraph"/>
      </w:pPr>
      <w:r>
        <w:rPr>
          <w:sz w:val="22"/>
        </w:rPr>
        <w:t>A. 105.</w:t>
      </w:r>
    </w:p>
    <w:p>
      <w:pPr>
        <w:pStyle w:val="ListParagraph"/>
      </w:pPr>
      <w:r>
        <w:rPr>
          <w:sz w:val="22"/>
        </w:rPr>
        <w:t>B. 281.</w:t>
      </w:r>
    </w:p>
    <w:p>
      <w:pPr>
        <w:pStyle w:val="ListParagraph"/>
      </w:pPr>
      <w:r>
        <w:rPr>
          <w:sz w:val="22"/>
        </w:rPr>
        <w:t>C. 152.</w:t>
      </w:r>
    </w:p>
    <w:p>
      <w:pPr>
        <w:pStyle w:val="ListParagraph"/>
      </w:pPr>
      <w:r>
        <w:rPr>
          <w:sz w:val="22"/>
        </w:rPr>
        <w:t>D. 269.</w:t>
      </w:r>
    </w:p>
    <w:p/>
    <w:p>
      <w:r>
        <w:rPr>
          <w:b/>
          <w:sz w:val="24"/>
        </w:rPr>
        <w:t>Câu 20: Trong các số sau, số nào là ước của mọi số tự nhiên?</w:t>
      </w:r>
    </w:p>
    <w:p>
      <w:pPr>
        <w:pStyle w:val="ListParagraph"/>
      </w:pPr>
      <w:r>
        <w:rPr>
          <w:sz w:val="22"/>
        </w:rPr>
        <w:t>A. 99.</w:t>
      </w:r>
    </w:p>
    <w:p>
      <w:pPr>
        <w:pStyle w:val="ListParagraph"/>
      </w:pPr>
      <w:r>
        <w:rPr>
          <w:sz w:val="22"/>
        </w:rPr>
        <w:t>B. 1.</w:t>
      </w:r>
    </w:p>
    <w:p>
      <w:pPr>
        <w:pStyle w:val="ListParagraph"/>
      </w:pPr>
      <w:r>
        <w:rPr>
          <w:sz w:val="22"/>
        </w:rPr>
        <w:t>C. 0.</w:t>
      </w:r>
    </w:p>
    <w:p>
      <w:pPr>
        <w:pStyle w:val="ListParagraph"/>
      </w:pPr>
      <w:r>
        <w:rPr>
          <w:sz w:val="22"/>
        </w:rPr>
        <w:t>D. 100.</w:t>
      </w:r>
    </w:p>
    <w:p/>
    <w:p>
      <w:r>
        <w:rPr>
          <w:b/>
          <w:sz w:val="24"/>
        </w:rPr>
        <w:t>Câu 21: Số thập phân gồm 0 đơn vị, 3 phần mười và 5 phần trăm là:</w:t>
      </w:r>
    </w:p>
    <w:p>
      <w:pPr>
        <w:pStyle w:val="ListParagraph"/>
      </w:pPr>
      <w:r>
        <w:rPr>
          <w:sz w:val="22"/>
        </w:rPr>
        <w:t>A. 0,01</w:t>
      </w:r>
    </w:p>
    <w:p>
      <w:pPr>
        <w:pStyle w:val="ListParagraph"/>
      </w:pPr>
      <w:r>
        <w:rPr>
          <w:sz w:val="22"/>
        </w:rPr>
        <w:t>B. 0,305</w:t>
      </w:r>
    </w:p>
    <w:p>
      <w:pPr>
        <w:pStyle w:val="ListParagraph"/>
      </w:pPr>
      <w:r>
        <w:rPr>
          <w:sz w:val="22"/>
        </w:rPr>
        <w:t>C. 0,35</w:t>
      </w:r>
    </w:p>
    <w:p>
      <w:pPr>
        <w:pStyle w:val="ListParagraph"/>
      </w:pPr>
      <w:r>
        <w:rPr>
          <w:sz w:val="22"/>
        </w:rPr>
        <w:t>D. 0,1</w:t>
      </w:r>
    </w:p>
    <w:p/>
    <w:p>
      <w:r>
        <w:rPr>
          <w:b/>
          <w:sz w:val="24"/>
        </w:rPr>
        <w:t>Câu 22: 1/4 m³ = ...... dm³</w:t>
      </w:r>
    </w:p>
    <w:p>
      <w:pPr>
        <w:pStyle w:val="ListParagraph"/>
      </w:pPr>
      <w:r>
        <w:rPr>
          <w:sz w:val="22"/>
        </w:rPr>
        <w:t>A. 25</w:t>
      </w:r>
    </w:p>
    <w:p>
      <w:pPr>
        <w:pStyle w:val="ListParagraph"/>
      </w:pPr>
      <w:r>
        <w:rPr>
          <w:sz w:val="22"/>
        </w:rPr>
        <w:t>B. 250</w:t>
      </w:r>
    </w:p>
    <w:p>
      <w:pPr>
        <w:pStyle w:val="ListParagraph"/>
      </w:pPr>
      <w:r>
        <w:rPr>
          <w:sz w:val="22"/>
        </w:rPr>
        <w:t>C. 0,25</w:t>
      </w:r>
    </w:p>
    <w:p>
      <w:pPr>
        <w:pStyle w:val="ListParagraph"/>
      </w:pPr>
      <w:r>
        <w:rPr>
          <w:sz w:val="22"/>
        </w:rPr>
        <w:t>D. 2500</w:t>
      </w:r>
    </w:p>
    <w:p/>
    <w:p>
      <w:r>
        <w:rPr>
          <w:b/>
          <w:sz w:val="24"/>
        </w:rPr>
        <w:t>Câu 23: 16,54 m³ = .......... cm³</w:t>
      </w:r>
    </w:p>
    <w:p>
      <w:pPr>
        <w:pStyle w:val="ListParagraph"/>
      </w:pPr>
      <w:r>
        <w:rPr>
          <w:sz w:val="22"/>
        </w:rPr>
        <w:t>A. 1 654 000</w:t>
      </w:r>
    </w:p>
    <w:p>
      <w:pPr>
        <w:pStyle w:val="ListParagraph"/>
      </w:pPr>
      <w:r>
        <w:rPr>
          <w:sz w:val="22"/>
        </w:rPr>
        <w:t>B. 16 540 000</w:t>
      </w:r>
    </w:p>
    <w:p>
      <w:pPr>
        <w:pStyle w:val="ListParagraph"/>
      </w:pPr>
      <w:r>
        <w:rPr>
          <w:sz w:val="22"/>
        </w:rPr>
        <w:t>C. 1654</w:t>
      </w:r>
    </w:p>
    <w:p>
      <w:pPr>
        <w:pStyle w:val="ListParagraph"/>
      </w:pPr>
      <w:r>
        <w:rPr>
          <w:sz w:val="22"/>
        </w:rPr>
        <w:t>D. 16 540</w:t>
      </w:r>
    </w:p>
    <w:p/>
    <w:p>
      <w:r>
        <w:rPr>
          <w:b/>
          <w:sz w:val="24"/>
        </w:rPr>
        <w:t>Câu 24: Nếu 95% của một số bằng 475 thì một phần năm của số đó bằng:</w:t>
      </w:r>
    </w:p>
    <w:p>
      <w:pPr>
        <w:pStyle w:val="ListParagraph"/>
      </w:pPr>
      <w:r>
        <w:rPr>
          <w:sz w:val="22"/>
        </w:rPr>
        <w:t>A. 95</w:t>
      </w:r>
    </w:p>
    <w:p>
      <w:pPr>
        <w:pStyle w:val="ListParagraph"/>
      </w:pPr>
      <w:r>
        <w:rPr>
          <w:sz w:val="22"/>
        </w:rPr>
        <w:t>B. 100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19</w:t>
      </w:r>
    </w:p>
    <w:p/>
    <w:p>
      <w:r>
        <w:rPr>
          <w:b/>
          <w:sz w:val="24"/>
        </w:rPr>
        <w:t>Câu 25: 9 giờ 35 phút + 8 giờ 48 phút bằng bao nhiêu?</w:t>
      </w:r>
    </w:p>
    <w:p>
      <w:pPr>
        <w:pStyle w:val="ListParagraph"/>
      </w:pPr>
      <w:r>
        <w:rPr>
          <w:sz w:val="22"/>
        </w:rPr>
        <w:t>A. 18 giờ 33 phút</w:t>
      </w:r>
    </w:p>
    <w:p>
      <w:pPr>
        <w:pStyle w:val="ListParagraph"/>
      </w:pPr>
      <w:r>
        <w:rPr>
          <w:sz w:val="22"/>
        </w:rPr>
        <w:t>B. 18 giờ 83 phút</w:t>
      </w:r>
    </w:p>
    <w:p>
      <w:pPr>
        <w:pStyle w:val="ListParagraph"/>
      </w:pPr>
      <w:r>
        <w:rPr>
          <w:sz w:val="22"/>
        </w:rPr>
        <w:t>C. 17 giờ 23 phút</w:t>
      </w:r>
    </w:p>
    <w:p>
      <w:pPr>
        <w:pStyle w:val="ListParagraph"/>
      </w:pPr>
      <w:r>
        <w:rPr>
          <w:sz w:val="22"/>
        </w:rPr>
        <w:t>D. 18 giờ 23 phút</w:t>
      </w:r>
    </w:p>
    <w:p/>
    <w:p>
      <w:r>
        <w:rPr>
          <w:b/>
          <w:sz w:val="24"/>
        </w:rPr>
        <w:t>Câu 26: Một chiếc hộp hình hộp chữ nhật dài 5 dm, rộng 4 dm và cao 2 dm. Cần bao nhiêu khối lập phương thể tích 1 dm³ để lấp đầy chiếc hộp?</w:t>
      </w:r>
    </w:p>
    <w:p>
      <w:pPr>
        <w:pStyle w:val="ListParagraph"/>
      </w:pPr>
      <w:r>
        <w:rPr>
          <w:sz w:val="22"/>
        </w:rPr>
        <w:t>A. 76 khối</w:t>
      </w:r>
    </w:p>
    <w:p>
      <w:pPr>
        <w:pStyle w:val="ListParagraph"/>
      </w:pPr>
      <w:r>
        <w:rPr>
          <w:sz w:val="22"/>
        </w:rPr>
        <w:t>B. 40 khối</w:t>
      </w:r>
    </w:p>
    <w:p>
      <w:pPr>
        <w:pStyle w:val="ListParagraph"/>
      </w:pPr>
      <w:r>
        <w:rPr>
          <w:sz w:val="22"/>
        </w:rPr>
        <w:t>C. 36 khối</w:t>
      </w:r>
    </w:p>
    <w:p>
      <w:pPr>
        <w:pStyle w:val="ListParagraph"/>
      </w:pPr>
      <w:r>
        <w:rPr>
          <w:sz w:val="22"/>
        </w:rPr>
        <w:t>D. 20 khối</w:t>
      </w:r>
    </w:p>
    <w:p/>
    <w:p>
      <w:r>
        <w:rPr>
          <w:b/>
          <w:sz w:val="24"/>
        </w:rPr>
        <w:t>Câu 27: Một bể cá bằng kính hình hộp chữ nhật dài 1 m, rộng 40 cm và cao 60 cm. Thể tích của bể là bao nhiêu?</w:t>
      </w:r>
    </w:p>
    <w:p>
      <w:pPr>
        <w:pStyle w:val="ListParagraph"/>
      </w:pPr>
      <w:r>
        <w:rPr>
          <w:sz w:val="22"/>
        </w:rPr>
        <w:t>A. 2400 m³</w:t>
      </w:r>
    </w:p>
    <w:p>
      <w:pPr>
        <w:pStyle w:val="ListParagraph"/>
      </w:pPr>
      <w:r>
        <w:rPr>
          <w:sz w:val="22"/>
        </w:rPr>
        <w:t>B. 0,24 m³</w:t>
      </w:r>
    </w:p>
    <w:p>
      <w:pPr>
        <w:pStyle w:val="ListParagraph"/>
      </w:pPr>
      <w:r>
        <w:rPr>
          <w:sz w:val="22"/>
        </w:rPr>
        <w:t>C. 24 m³</w:t>
      </w:r>
    </w:p>
    <w:p>
      <w:pPr>
        <w:pStyle w:val="ListParagraph"/>
      </w:pPr>
      <w:r>
        <w:rPr>
          <w:sz w:val="22"/>
        </w:rPr>
        <w:t>D. 0,24 cm³</w:t>
      </w:r>
    </w:p>
    <w:p/>
    <w:p>
      <w:r>
        <w:rPr>
          <w:b/>
          <w:sz w:val="24"/>
        </w:rPr>
        <w:t>Câu 28: Một người đi xe máy trong 15 phút với vận tốc 27,6 km/giờ. Người đó đi được quãng đường bao nhiêu?</w:t>
      </w:r>
    </w:p>
    <w:p>
      <w:pPr>
        <w:pStyle w:val="ListParagraph"/>
      </w:pPr>
      <w:r>
        <w:rPr>
          <w:sz w:val="22"/>
        </w:rPr>
        <w:t>A. 6,9 km</w:t>
      </w:r>
    </w:p>
    <w:p>
      <w:pPr>
        <w:pStyle w:val="ListParagraph"/>
      </w:pPr>
      <w:r>
        <w:rPr>
          <w:sz w:val="22"/>
        </w:rPr>
        <w:t>B. 69 km</w:t>
      </w:r>
    </w:p>
    <w:p>
      <w:pPr>
        <w:pStyle w:val="ListParagraph"/>
      </w:pPr>
      <w:r>
        <w:rPr>
          <w:sz w:val="22"/>
        </w:rPr>
        <w:t>C. 0,69 km</w:t>
      </w:r>
    </w:p>
    <w:p>
      <w:pPr>
        <w:pStyle w:val="ListParagraph"/>
      </w:pPr>
      <w:r>
        <w:rPr>
          <w:sz w:val="22"/>
        </w:rPr>
        <w:t>D. 4.6 km</w:t>
      </w:r>
    </w:p>
    <w:p/>
    <w:p>
      <w:r>
        <w:rPr>
          <w:b/>
          <w:sz w:val="24"/>
        </w:rPr>
        <w:t>Câu 29: Một con khỉ chạy được 640 m trong 1 phút 20 giây. Tính vận tốc của con khỉ theo mét trên giây.</w:t>
      </w:r>
    </w:p>
    <w:p>
      <w:pPr>
        <w:pStyle w:val="ListParagraph"/>
      </w:pPr>
      <w:r>
        <w:rPr>
          <w:sz w:val="22"/>
        </w:rPr>
        <w:t>A. 32 m/s</w:t>
      </w:r>
    </w:p>
    <w:p>
      <w:pPr>
        <w:pStyle w:val="ListParagraph"/>
      </w:pPr>
      <w:r>
        <w:rPr>
          <w:sz w:val="22"/>
        </w:rPr>
        <w:t>B. 8 m/s</w:t>
      </w:r>
    </w:p>
    <w:p>
      <w:pPr>
        <w:pStyle w:val="ListParagraph"/>
      </w:pPr>
      <w:r>
        <w:rPr>
          <w:sz w:val="22"/>
        </w:rPr>
        <w:t>C. 80 m/s</w:t>
      </w:r>
    </w:p>
    <w:p>
      <w:pPr>
        <w:pStyle w:val="ListParagraph"/>
      </w:pPr>
      <w:r>
        <w:rPr>
          <w:sz w:val="22"/>
        </w:rPr>
        <w:t>D. 10 m/s</w:t>
      </w:r>
    </w:p>
    <w:p/>
    <w:p>
      <w:r>
        <w:rPr>
          <w:b/>
          <w:sz w:val="24"/>
        </w:rPr>
        <w:t>Câu 30: Một người nông dân mất 1 giờ 12 phút để trồng một luống rau. Lần thứ nhất, người đó trồng 5 luống và lần thứ hai trồng 7 luống. Tổng cộng người đó mất bao nhiêu thời gian?</w:t>
      </w:r>
    </w:p>
    <w:p>
      <w:pPr>
        <w:pStyle w:val="ListParagraph"/>
      </w:pPr>
      <w:r>
        <w:rPr>
          <w:sz w:val="22"/>
        </w:rPr>
        <w:t>A. 13 giờ 44 phút</w:t>
      </w:r>
    </w:p>
    <w:p>
      <w:pPr>
        <w:pStyle w:val="ListParagraph"/>
      </w:pPr>
      <w:r>
        <w:rPr>
          <w:sz w:val="22"/>
        </w:rPr>
        <w:t>B. 14,5 giờ</w:t>
      </w:r>
    </w:p>
    <w:p>
      <w:pPr>
        <w:pStyle w:val="ListParagraph"/>
      </w:pPr>
      <w:r>
        <w:rPr>
          <w:sz w:val="22"/>
        </w:rPr>
        <w:t>C. 14 giờ 24 phút</w:t>
      </w:r>
    </w:p>
    <w:p>
      <w:pPr>
        <w:pStyle w:val="ListParagraph"/>
      </w:pPr>
      <w:r>
        <w:rPr>
          <w:sz w:val="22"/>
        </w:rPr>
        <w:t>D. 13 giờ 24 phút</w:t>
      </w:r>
    </w:p>
    <w:p/>
    <w:p>
      <w:r>
        <w:rPr>
          <w:b/>
          <w:sz w:val="24"/>
        </w:rPr>
        <w:t>Câu 31: Tập hợp T gồm các chữ cái khác nhau xuất hiện trong cụm từ “KHAI GIẢNG”.</w:t>
      </w:r>
    </w:p>
    <w:p>
      <w:pPr>
        <w:pStyle w:val="ListParagraph"/>
      </w:pPr>
      <w:r>
        <w:rPr>
          <w:sz w:val="22"/>
        </w:rPr>
        <w:t>A. T = {K; H; A; I; G}</w:t>
      </w:r>
    </w:p>
    <w:p>
      <w:pPr>
        <w:pStyle w:val="ListParagraph"/>
      </w:pPr>
      <w:r>
        <w:rPr>
          <w:sz w:val="22"/>
        </w:rPr>
        <w:t>B. T = {K;H;A;I;G;N}</w:t>
      </w:r>
    </w:p>
    <w:p>
      <w:pPr>
        <w:pStyle w:val="ListParagraph"/>
      </w:pPr>
      <w:r>
        <w:rPr>
          <w:sz w:val="22"/>
        </w:rPr>
        <w:t>C. T = {K; H; A; I; G; Ả; N}</w:t>
      </w:r>
    </w:p>
    <w:p>
      <w:pPr>
        <w:pStyle w:val="ListParagraph"/>
      </w:pPr>
      <w:r>
        <w:rPr>
          <w:sz w:val="22"/>
        </w:rPr>
        <w:t>D. T = {K; H; A; I; G; M; N}</w:t>
      </w:r>
    </w:p>
    <w:p/>
    <w:p>
      <w:r>
        <w:rPr>
          <w:b/>
          <w:sz w:val="24"/>
        </w:rPr>
        <w:t>Câu 32: Cho P = {x ∈ N | x ≤ 7}, khẳng định nào sau đây đúng?</w:t>
      </w:r>
    </w:p>
    <w:p>
      <w:pPr>
        <w:pStyle w:val="ListParagraph"/>
      </w:pPr>
      <w:r>
        <w:rPr>
          <w:sz w:val="22"/>
        </w:rPr>
        <w:t>A. 8 ∈ P</w:t>
      </w:r>
    </w:p>
    <w:p>
      <w:pPr>
        <w:pStyle w:val="ListParagraph"/>
      </w:pPr>
      <w:r>
        <w:rPr>
          <w:sz w:val="22"/>
        </w:rPr>
        <w:t>B. 12 ∈ P</w:t>
      </w:r>
    </w:p>
    <w:p>
      <w:pPr>
        <w:pStyle w:val="ListParagraph"/>
      </w:pPr>
      <w:r>
        <w:rPr>
          <w:sz w:val="22"/>
        </w:rPr>
        <w:t>C. 3 ∉ P</w:t>
      </w:r>
    </w:p>
    <w:p>
      <w:pPr>
        <w:pStyle w:val="ListParagraph"/>
      </w:pPr>
      <w:r>
        <w:rPr>
          <w:sz w:val="22"/>
        </w:rPr>
        <w:t>D. 0 ∈ P</w:t>
      </w:r>
    </w:p>
    <w:p/>
    <w:p>
      <w:r>
        <w:rPr>
          <w:b/>
          <w:sz w:val="24"/>
        </w:rPr>
        <w:t>Câu 33: Chữ số 2 trong số 12.758 có giá trị là:</w:t>
      </w:r>
    </w:p>
    <w:p>
      <w:pPr>
        <w:pStyle w:val="ListParagraph"/>
      </w:pPr>
      <w:r>
        <w:rPr>
          <w:sz w:val="22"/>
        </w:rPr>
        <w:t>A. 2000</w:t>
      </w:r>
    </w:p>
    <w:p>
      <w:pPr>
        <w:pStyle w:val="ListParagraph"/>
      </w:pPr>
      <w:r>
        <w:rPr>
          <w:sz w:val="22"/>
        </w:rPr>
        <w:t>B. 20000</w:t>
      </w:r>
    </w:p>
    <w:p>
      <w:pPr>
        <w:pStyle w:val="ListParagraph"/>
      </w:pPr>
      <w:r>
        <w:rPr>
          <w:sz w:val="22"/>
        </w:rPr>
        <w:t>C. 20</w:t>
      </w:r>
    </w:p>
    <w:p>
      <w:pPr>
        <w:pStyle w:val="ListParagraph"/>
      </w:pPr>
      <w:r>
        <w:rPr>
          <w:sz w:val="22"/>
        </w:rPr>
        <w:t>D. 200</w:t>
      </w:r>
    </w:p>
    <w:p/>
    <w:p>
      <w:r>
        <w:rPr>
          <w:b/>
          <w:sz w:val="24"/>
        </w:rPr>
        <w:t>Câu 34: Chọn đáp án đúng. Giá trị của 4³ là: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64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35: Trong các phép tính sau, phép tính nào đúng?</w:t>
      </w:r>
    </w:p>
    <w:p>
      <w:pPr>
        <w:pStyle w:val="ListParagraph"/>
      </w:pPr>
      <w:r>
        <w:rPr>
          <w:sz w:val="22"/>
        </w:rPr>
        <w:t>A. 2².2² = 2⁷</w:t>
      </w:r>
    </w:p>
    <w:p>
      <w:pPr>
        <w:pStyle w:val="ListParagraph"/>
      </w:pPr>
      <w:r>
        <w:rPr>
          <w:sz w:val="22"/>
        </w:rPr>
        <w:t>B. 2² · 2⁵ = 2⁷</w:t>
      </w:r>
    </w:p>
    <w:p>
      <w:pPr>
        <w:pStyle w:val="ListParagraph"/>
      </w:pPr>
      <w:r>
        <w:rPr>
          <w:sz w:val="22"/>
        </w:rPr>
        <w:t>C. 2².2⁵ = 4⁷</w:t>
      </w:r>
    </w:p>
    <w:p>
      <w:pPr>
        <w:pStyle w:val="ListParagraph"/>
      </w:pPr>
      <w:r>
        <w:rPr>
          <w:sz w:val="22"/>
        </w:rPr>
        <w:t>D. 2².2⁵ = 4¹⁰</w:t>
      </w:r>
    </w:p>
    <w:p/>
    <w:p>
      <w:r>
        <w:rPr>
          <w:b/>
          <w:sz w:val="24"/>
        </w:rPr>
        <w:t>Câu 36: Tập hợp các chữ số có thể thay thế dấu * để số 32* chia hết cho 3 là: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{1; 4; 7}.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37: Cho x ∈ {5, 16, 25, 135} sao cho 20 + 35 + x không chia hết cho 5. Khi đó x bằng:</w:t>
      </w:r>
    </w:p>
    <w:p>
      <w:pPr>
        <w:pStyle w:val="ListParagraph"/>
      </w:pPr>
      <w:r>
        <w:rPr>
          <w:sz w:val="22"/>
        </w:rPr>
        <w:t>A. 25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135</w:t>
      </w:r>
    </w:p>
    <w:p/>
    <w:p>
      <w:r>
        <w:rPr>
          <w:b/>
          <w:sz w:val="24"/>
        </w:rPr>
        <w:t>Câu 38: Trong các số tự nhiên sau, số nào là số nguyên tố?</w:t>
      </w:r>
    </w:p>
    <w:p>
      <w:pPr>
        <w:pStyle w:val="ListParagraph"/>
      </w:pPr>
      <w:r>
        <w:rPr>
          <w:sz w:val="22"/>
        </w:rPr>
        <w:t>A. 22</w:t>
      </w:r>
    </w:p>
    <w:p>
      <w:pPr>
        <w:pStyle w:val="ListParagraph"/>
      </w:pPr>
      <w:r>
        <w:rPr>
          <w:sz w:val="22"/>
        </w:rPr>
        <w:t>B. 19</w:t>
      </w:r>
    </w:p>
    <w:p>
      <w:pPr>
        <w:pStyle w:val="ListParagraph"/>
      </w:pPr>
      <w:r>
        <w:rPr>
          <w:sz w:val="22"/>
        </w:rPr>
        <w:t>C. 21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39: Phân tích số 140 ra thừa số nguyên tố được:</w:t>
      </w:r>
    </w:p>
    <w:p>
      <w:pPr>
        <w:pStyle w:val="ListParagraph"/>
      </w:pPr>
      <w:r>
        <w:rPr>
          <w:sz w:val="22"/>
        </w:rPr>
        <w:t>A. 2·70</w:t>
      </w:r>
    </w:p>
    <w:p>
      <w:pPr>
        <w:pStyle w:val="ListParagraph"/>
      </w:pPr>
      <w:r>
        <w:rPr>
          <w:sz w:val="22"/>
        </w:rPr>
        <w:t>B. 2²·5·7</w:t>
      </w:r>
    </w:p>
    <w:p>
      <w:pPr>
        <w:pStyle w:val="ListParagraph"/>
      </w:pPr>
      <w:r>
        <w:rPr>
          <w:sz w:val="22"/>
        </w:rPr>
        <w:t>C. 4·5·7</w:t>
      </w:r>
    </w:p>
    <w:p>
      <w:pPr>
        <w:pStyle w:val="ListParagraph"/>
      </w:pPr>
      <w:r>
        <w:rPr>
          <w:sz w:val="22"/>
        </w:rPr>
        <w:t>D. 2³·5·7</w:t>
      </w:r>
    </w:p>
    <w:p/>
    <w:p>
      <w:r>
        <w:rPr>
          <w:b/>
          <w:sz w:val="24"/>
        </w:rPr>
        <w:t>Câu 40: Mỗi góc trong của một hình lục giác đều có số đo là:</w:t>
      </w:r>
    </w:p>
    <w:p>
      <w:pPr>
        <w:pStyle w:val="ListParagraph"/>
      </w:pPr>
      <w:r>
        <w:rPr>
          <w:sz w:val="22"/>
        </w:rPr>
        <w:t>A. 90°</w:t>
      </w:r>
    </w:p>
    <w:p>
      <w:pPr>
        <w:pStyle w:val="ListParagraph"/>
      </w:pPr>
      <w:r>
        <w:rPr>
          <w:sz w:val="22"/>
        </w:rPr>
        <w:t>B. 60°.</w:t>
      </w:r>
    </w:p>
    <w:p>
      <w:pPr>
        <w:pStyle w:val="ListParagraph"/>
      </w:pPr>
      <w:r>
        <w:rPr>
          <w:sz w:val="22"/>
        </w:rPr>
        <w:t>C. 120°</w:t>
      </w:r>
    </w:p>
    <w:p>
      <w:pPr>
        <w:pStyle w:val="ListParagraph"/>
      </w:pPr>
      <w:r>
        <w:rPr>
          <w:sz w:val="22"/>
        </w:rPr>
        <w:t>D. 45°</w:t>
      </w:r>
    </w:p>
    <w:p/>
    <w:p>
      <w:r>
        <w:rPr>
          <w:b/>
          <w:sz w:val="24"/>
        </w:rPr>
        <w:t>Câu 41: Biển báo nguy hiểm trên đường thường có hình dạng nào?</w:t>
      </w:r>
    </w:p>
    <w:p>
      <w:pPr>
        <w:pStyle w:val="ListParagraph"/>
      </w:pPr>
      <w:r>
        <w:rPr>
          <w:sz w:val="22"/>
        </w:rPr>
        <w:t>A. hình vuông</w:t>
      </w:r>
    </w:p>
    <w:p>
      <w:pPr>
        <w:pStyle w:val="ListParagraph"/>
      </w:pPr>
      <w:r>
        <w:rPr>
          <w:sz w:val="22"/>
        </w:rPr>
        <w:t>B. hình thoi</w:t>
      </w:r>
    </w:p>
    <w:p>
      <w:pPr>
        <w:pStyle w:val="ListParagraph"/>
      </w:pPr>
      <w:r>
        <w:rPr>
          <w:sz w:val="22"/>
        </w:rPr>
        <w:t>C. hình chữ nhật</w:t>
      </w:r>
    </w:p>
    <w:p>
      <w:pPr>
        <w:pStyle w:val="ListParagraph"/>
      </w:pPr>
      <w:r>
        <w:rPr>
          <w:sz w:val="22"/>
        </w:rPr>
        <w:t>D. tam giác đều</w:t>
      </w:r>
    </w:p>
    <w:p/>
    <w:p>
      <w:r>
        <w:rPr>
          <w:b/>
          <w:sz w:val="24"/>
        </w:rPr>
        <w:t>Câu 42: Trong hình bình hành, khẳng định nào sau đây đúng?</w:t>
      </w:r>
    </w:p>
    <w:p>
      <w:pPr>
        <w:pStyle w:val="ListParagraph"/>
      </w:pPr>
      <w:r>
        <w:rPr>
          <w:sz w:val="22"/>
        </w:rPr>
        <w:t>A. Hai đường chéo bằng nhau.</w:t>
      </w:r>
    </w:p>
    <w:p>
      <w:pPr>
        <w:pStyle w:val="ListParagraph"/>
      </w:pPr>
      <w:r>
        <w:rPr>
          <w:sz w:val="22"/>
        </w:rPr>
        <w:t>B. Hai góc đối bằng nhau.</w:t>
      </w:r>
    </w:p>
    <w:p>
      <w:pPr>
        <w:pStyle w:val="ListParagraph"/>
      </w:pPr>
      <w:r>
        <w:rPr>
          <w:sz w:val="22"/>
        </w:rPr>
        <w:t>C. Bốn cạnh bằng nhau.</w:t>
      </w:r>
    </w:p>
    <w:p>
      <w:pPr>
        <w:pStyle w:val="ListParagraph"/>
      </w:pPr>
      <w:r>
        <w:rPr>
          <w:sz w:val="22"/>
        </w:rPr>
        <w:t>D. Hai góc kề bằng nhau.</w:t>
      </w:r>
    </w:p>
    <w:p/>
    <w:p>
      <w:r>
        <w:rPr>
          <w:b/>
          <w:sz w:val="24"/>
        </w:rPr>
        <w:t>Câu 43: Gọi M là tập hợp các số tự nhiên nhỏ hơn hoặc bằng 4. Khẳng định nào sau đây đúng?</w:t>
      </w:r>
    </w:p>
    <w:p>
      <w:pPr>
        <w:pStyle w:val="ListParagraph"/>
      </w:pPr>
      <w:r>
        <w:rPr>
          <w:sz w:val="22"/>
        </w:rPr>
        <w:t>A. M = {0; 1; 2; 3}</w:t>
      </w:r>
    </w:p>
    <w:p>
      <w:pPr>
        <w:pStyle w:val="ListParagraph"/>
      </w:pPr>
      <w:r>
        <w:rPr>
          <w:sz w:val="22"/>
        </w:rPr>
        <w:t>B. M = {0; 1; 2; 3; 4}</w:t>
      </w:r>
    </w:p>
    <w:p>
      <w:pPr>
        <w:pStyle w:val="ListParagraph"/>
      </w:pPr>
      <w:r>
        <w:rPr>
          <w:sz w:val="22"/>
        </w:rPr>
        <w:t>C. M = {1; 2; 3; 4}</w:t>
      </w:r>
    </w:p>
    <w:p>
      <w:pPr>
        <w:pStyle w:val="ListParagraph"/>
      </w:pPr>
      <w:r>
        <w:rPr>
          <w:sz w:val="22"/>
        </w:rPr>
        <w:t>D. M = {1; 2; 3}</w:t>
      </w:r>
    </w:p>
    <w:p/>
    <w:p>
      <w:r>
        <w:rPr>
          <w:b/>
          <w:sz w:val="24"/>
        </w:rPr>
        <w:t>Câu 44: Kết quả của 4³ · 4 là</w:t>
      </w:r>
    </w:p>
    <w:p>
      <w:pPr>
        <w:pStyle w:val="ListParagraph"/>
      </w:pPr>
      <w:r>
        <w:rPr>
          <w:sz w:val="22"/>
        </w:rPr>
        <w:t>A. 4³.</w:t>
      </w:r>
    </w:p>
    <w:p>
      <w:pPr>
        <w:pStyle w:val="ListParagraph"/>
      </w:pPr>
      <w:r>
        <w:rPr>
          <w:sz w:val="22"/>
        </w:rPr>
        <w:t>B. 4².</w:t>
      </w:r>
    </w:p>
    <w:p>
      <w:pPr>
        <w:pStyle w:val="ListParagraph"/>
      </w:pPr>
      <w:r>
        <w:rPr>
          <w:sz w:val="22"/>
        </w:rPr>
        <w:t>C. 4⁴.</w:t>
      </w:r>
    </w:p>
    <w:p>
      <w:pPr>
        <w:pStyle w:val="ListParagraph"/>
      </w:pPr>
      <w:r>
        <w:rPr>
          <w:sz w:val="22"/>
        </w:rPr>
        <w:t>D. 4.</w:t>
      </w:r>
    </w:p>
    <w:p/>
    <w:p>
      <w:r>
        <w:rPr>
          <w:b/>
          <w:sz w:val="24"/>
        </w:rPr>
        <w:t>Câu 45: Thứ tự đúng để thực hiện phép tính trong biểu thức có dấu ngoặc là gì?</w:t>
      </w:r>
    </w:p>
    <w:p>
      <w:pPr>
        <w:pStyle w:val="ListParagraph"/>
      </w:pPr>
      <w:r>
        <w:rPr>
          <w:sz w:val="22"/>
        </w:rPr>
        <w:t>A. { } → [ ] → ( )</w:t>
      </w:r>
    </w:p>
    <w:p>
      <w:pPr>
        <w:pStyle w:val="ListParagraph"/>
      </w:pPr>
      <w:r>
        <w:rPr>
          <w:sz w:val="22"/>
        </w:rPr>
        <w:t>B. ( ) → [ ] → { }</w:t>
      </w:r>
    </w:p>
    <w:p>
      <w:pPr>
        <w:pStyle w:val="ListParagraph"/>
      </w:pPr>
      <w:r>
        <w:rPr>
          <w:sz w:val="22"/>
        </w:rPr>
        <w:t>C. [ ] → ( ) → { }</w:t>
      </w:r>
    </w:p>
    <w:p>
      <w:pPr>
        <w:pStyle w:val="ListParagraph"/>
      </w:pPr>
      <w:r>
        <w:rPr>
          <w:sz w:val="22"/>
        </w:rPr>
        <w:t>D. ( ) → { } → [ ]</w:t>
      </w:r>
    </w:p>
    <w:p/>
    <w:p>
      <w:r>
        <w:rPr>
          <w:b/>
          <w:sz w:val="24"/>
        </w:rPr>
        <w:t>Câu 46: Trong các số sau, số nào là ước của 24?</w:t>
      </w:r>
    </w:p>
    <w:p>
      <w:pPr>
        <w:pStyle w:val="ListParagraph"/>
      </w:pPr>
      <w:r>
        <w:rPr>
          <w:sz w:val="22"/>
        </w:rPr>
        <w:t>A. 0.</w:t>
      </w:r>
    </w:p>
    <w:p>
      <w:pPr>
        <w:pStyle w:val="ListParagraph"/>
      </w:pPr>
      <w:r>
        <w:rPr>
          <w:sz w:val="22"/>
        </w:rPr>
        <w:t>B. 48.</w:t>
      </w:r>
    </w:p>
    <w:p>
      <w:pPr>
        <w:pStyle w:val="ListParagraph"/>
      </w:pPr>
      <w:r>
        <w:rPr>
          <w:sz w:val="22"/>
        </w:rPr>
        <w:t>C. 6.</w:t>
      </w:r>
    </w:p>
    <w:p>
      <w:pPr>
        <w:pStyle w:val="ListParagraph"/>
      </w:pPr>
      <w:r>
        <w:rPr>
          <w:sz w:val="22"/>
        </w:rPr>
        <w:t>D. 14.</w:t>
      </w:r>
    </w:p>
    <w:p/>
    <w:p>
      <w:r>
        <w:rPr>
          <w:b/>
          <w:sz w:val="24"/>
        </w:rPr>
        <w:t>Câu 47: Trong các số sau, số nào chia hết cho 3?</w:t>
      </w:r>
    </w:p>
    <w:p>
      <w:pPr>
        <w:pStyle w:val="ListParagraph"/>
      </w:pPr>
      <w:r>
        <w:rPr>
          <w:sz w:val="22"/>
        </w:rPr>
        <w:t>A. 322.</w:t>
      </w:r>
    </w:p>
    <w:p>
      <w:pPr>
        <w:pStyle w:val="ListParagraph"/>
      </w:pPr>
      <w:r>
        <w:rPr>
          <w:sz w:val="22"/>
        </w:rPr>
        <w:t>B. 421.</w:t>
      </w:r>
    </w:p>
    <w:p>
      <w:pPr>
        <w:pStyle w:val="ListParagraph"/>
      </w:pPr>
      <w:r>
        <w:rPr>
          <w:sz w:val="22"/>
        </w:rPr>
        <w:t>C. 235.</w:t>
      </w:r>
    </w:p>
    <w:p>
      <w:pPr>
        <w:pStyle w:val="ListParagraph"/>
      </w:pPr>
      <w:r>
        <w:rPr>
          <w:sz w:val="22"/>
        </w:rPr>
        <w:t>D. 168.</w:t>
      </w:r>
    </w:p>
    <w:p/>
    <w:p>
      <w:r>
        <w:rPr>
          <w:b/>
          <w:sz w:val="24"/>
        </w:rPr>
        <w:t>Câu 48: Theo quy định giao thông Việt Nam, biển báo nguy hiểm thường có hình dạng nào?</w:t>
      </w:r>
    </w:p>
    <w:p>
      <w:pPr>
        <w:pStyle w:val="ListParagraph"/>
      </w:pPr>
      <w:r>
        <w:rPr>
          <w:sz w:val="22"/>
        </w:rPr>
        <w:t>A. hình tròn.</w:t>
      </w:r>
    </w:p>
    <w:p>
      <w:pPr>
        <w:pStyle w:val="ListParagraph"/>
      </w:pPr>
      <w:r>
        <w:rPr>
          <w:sz w:val="22"/>
        </w:rPr>
        <w:t>B. hình chữ nhật.</w:t>
      </w:r>
    </w:p>
    <w:p>
      <w:pPr>
        <w:pStyle w:val="ListParagraph"/>
      </w:pPr>
      <w:r>
        <w:rPr>
          <w:sz w:val="22"/>
        </w:rPr>
        <w:t>C. hình vuông.</w:t>
      </w:r>
    </w:p>
    <w:p>
      <w:pPr>
        <w:pStyle w:val="ListParagraph"/>
      </w:pPr>
      <w:r>
        <w:rPr>
          <w:sz w:val="22"/>
        </w:rPr>
        <w:t>D. tam giác đều.</w:t>
      </w:r>
    </w:p>
    <w:p/>
    <w:p>
      <w:r>
        <w:rPr>
          <w:b/>
          <w:sz w:val="24"/>
        </w:rPr>
        <w:t>Câu 49: Một hình vuông có diện tích 25 cm². Chu vi của hình vuông là:</w:t>
      </w:r>
    </w:p>
    <w:p>
      <w:pPr>
        <w:pStyle w:val="ListParagraph"/>
      </w:pPr>
      <w:r>
        <w:rPr>
          <w:sz w:val="22"/>
        </w:rPr>
        <w:t>A. 25 cm</w:t>
      </w:r>
    </w:p>
    <w:p>
      <w:pPr>
        <w:pStyle w:val="ListParagraph"/>
      </w:pPr>
      <w:r>
        <w:rPr>
          <w:sz w:val="22"/>
        </w:rPr>
        <w:t>B. 20 cm</w:t>
      </w:r>
    </w:p>
    <w:p>
      <w:pPr>
        <w:pStyle w:val="ListParagraph"/>
      </w:pPr>
      <w:r>
        <w:rPr>
          <w:sz w:val="22"/>
        </w:rPr>
        <w:t>C. 15 cm</w:t>
      </w:r>
    </w:p>
    <w:p>
      <w:pPr>
        <w:pStyle w:val="ListParagraph"/>
      </w:pPr>
      <w:r>
        <w:rPr>
          <w:sz w:val="22"/>
        </w:rPr>
        <w:t>D. 20 cm²</w:t>
      </w:r>
    </w:p>
    <w:p/>
    <w:p>
      <w:r>
        <w:rPr>
          <w:b/>
          <w:sz w:val="24"/>
        </w:rPr>
        <w:t>Câu 50: Cho hình bình hành ABCD, khẳng định nào sau đây đúng?</w:t>
      </w:r>
    </w:p>
    <w:p>
      <w:pPr>
        <w:pStyle w:val="ListParagraph"/>
      </w:pPr>
      <w:r>
        <w:rPr>
          <w:sz w:val="22"/>
        </w:rPr>
        <w:t>A. AC = BD.</w:t>
      </w:r>
    </w:p>
    <w:p>
      <w:pPr>
        <w:pStyle w:val="ListParagraph"/>
      </w:pPr>
      <w:r>
        <w:rPr>
          <w:sz w:val="22"/>
        </w:rPr>
        <w:t>B. AB = AD.</w:t>
      </w:r>
    </w:p>
    <w:p>
      <w:pPr>
        <w:pStyle w:val="ListParagraph"/>
      </w:pPr>
      <w:r>
        <w:rPr>
          <w:sz w:val="22"/>
        </w:rPr>
        <w:t>C. AB = BC.</w:t>
      </w:r>
    </w:p>
    <w:p>
      <w:pPr>
        <w:pStyle w:val="ListParagraph"/>
      </w:pPr>
      <w:r>
        <w:rPr>
          <w:sz w:val="22"/>
        </w:rPr>
        <w:t>D. AB = CD.</w:t>
      </w:r>
    </w:p>
    <w:p/>
    <w:p>
      <w:r>
        <w:rPr>
          <w:b/>
          <w:sz w:val="24"/>
        </w:rPr>
        <w:t>Câu 51: Cho tập hợp C = {a; b; 1; 2; 3}, khẳng định nào sau đây đúng?</w:t>
      </w:r>
    </w:p>
    <w:p>
      <w:pPr>
        <w:pStyle w:val="ListParagraph"/>
      </w:pPr>
      <w:r>
        <w:rPr>
          <w:sz w:val="22"/>
        </w:rPr>
        <w:t>A. a ∈ C.</w:t>
      </w:r>
    </w:p>
    <w:p>
      <w:pPr>
        <w:pStyle w:val="ListParagraph"/>
      </w:pPr>
      <w:r>
        <w:rPr>
          <w:sz w:val="22"/>
        </w:rPr>
        <w:t>B. b ∉ C.</w:t>
      </w:r>
    </w:p>
    <w:p>
      <w:pPr>
        <w:pStyle w:val="ListParagraph"/>
      </w:pPr>
      <w:r>
        <w:rPr>
          <w:sz w:val="22"/>
        </w:rPr>
        <w:t>C. 3 ∉ C.</w:t>
      </w:r>
    </w:p>
    <w:p>
      <w:pPr>
        <w:pStyle w:val="ListParagraph"/>
      </w:pPr>
      <w:r>
        <w:rPr>
          <w:sz w:val="22"/>
        </w:rPr>
        <w:t>D. 4 ∈ C.</w:t>
      </w:r>
    </w:p>
    <w:p/>
    <w:p>
      <w:r>
        <w:rPr>
          <w:b/>
          <w:sz w:val="24"/>
        </w:rPr>
        <w:t>Câu 52: Chọn khẳng định sai.</w:t>
      </w:r>
    </w:p>
    <w:p>
      <w:pPr>
        <w:pStyle w:val="ListParagraph"/>
      </w:pPr>
      <w:r>
        <w:rPr>
          <w:sz w:val="22"/>
        </w:rPr>
        <w:t>A. 3⁵.3⁷ = 3¹².</w:t>
      </w:r>
    </w:p>
    <w:p>
      <w:pPr>
        <w:pStyle w:val="ListParagraph"/>
      </w:pPr>
      <w:r>
        <w:rPr>
          <w:sz w:val="22"/>
        </w:rPr>
        <w:t>B. 2025⁰ = 1.</w:t>
      </w:r>
    </w:p>
    <w:p>
      <w:pPr>
        <w:pStyle w:val="ListParagraph"/>
      </w:pPr>
      <w:r>
        <w:rPr>
          <w:sz w:val="22"/>
        </w:rPr>
        <w:t>C. 7¹⁰ : 7⁶ = 7⁴.</w:t>
      </w:r>
    </w:p>
    <w:p>
      <w:pPr>
        <w:pStyle w:val="ListParagraph"/>
      </w:pPr>
      <w:r>
        <w:rPr>
          <w:sz w:val="22"/>
        </w:rPr>
        <w:t>D. 2025¹ = 0.</w:t>
      </w:r>
    </w:p>
    <w:p/>
    <w:p>
      <w:r>
        <w:rPr>
          <w:b/>
          <w:sz w:val="24"/>
        </w:rPr>
        <w:t>Câu 53: Trong các số sau, số nào chia hết cho 2, 3, 5 và 9?</w:t>
      </w:r>
    </w:p>
    <w:p>
      <w:pPr>
        <w:pStyle w:val="ListParagraph"/>
      </w:pPr>
      <w:r>
        <w:rPr>
          <w:sz w:val="22"/>
        </w:rPr>
        <w:t>A. 1035.</w:t>
      </w:r>
    </w:p>
    <w:p>
      <w:pPr>
        <w:pStyle w:val="ListParagraph"/>
      </w:pPr>
      <w:r>
        <w:rPr>
          <w:sz w:val="22"/>
        </w:rPr>
        <w:t>B. 1089.</w:t>
      </w:r>
    </w:p>
    <w:p>
      <w:pPr>
        <w:pStyle w:val="ListParagraph"/>
      </w:pPr>
      <w:r>
        <w:rPr>
          <w:sz w:val="22"/>
        </w:rPr>
        <w:t>C. 2430.</w:t>
      </w:r>
    </w:p>
    <w:p>
      <w:pPr>
        <w:pStyle w:val="ListParagraph"/>
      </w:pPr>
      <w:r>
        <w:rPr>
          <w:sz w:val="22"/>
        </w:rPr>
        <w:t>D. 1830.</w:t>
      </w:r>
    </w:p>
    <w:p/>
    <w:p>
      <w:r>
        <w:rPr>
          <w:b/>
          <w:sz w:val="24"/>
        </w:rPr>
        <w:t>Câu 54: Trong các tổng hoặc hiệu sau, phép tính nào có kết quả chia hết cho 2?</w:t>
      </w:r>
    </w:p>
    <w:p>
      <w:pPr>
        <w:pStyle w:val="ListParagraph"/>
      </w:pPr>
      <w:r>
        <w:rPr>
          <w:sz w:val="22"/>
        </w:rPr>
        <w:t>A. 213 + 720.</w:t>
      </w:r>
    </w:p>
    <w:p>
      <w:pPr>
        <w:pStyle w:val="ListParagraph"/>
      </w:pPr>
      <w:r>
        <w:rPr>
          <w:sz w:val="22"/>
        </w:rPr>
        <w:t>B. 639 + 123.</w:t>
      </w:r>
    </w:p>
    <w:p>
      <w:pPr>
        <w:pStyle w:val="ListParagraph"/>
      </w:pPr>
      <w:r>
        <w:rPr>
          <w:sz w:val="22"/>
        </w:rPr>
        <w:t>C. 603 + 304.</w:t>
      </w:r>
    </w:p>
    <w:p>
      <w:pPr>
        <w:pStyle w:val="ListParagraph"/>
      </w:pPr>
      <w:r>
        <w:rPr>
          <w:sz w:val="22"/>
        </w:rPr>
        <w:t>D. 582 − 153.</w:t>
      </w:r>
    </w:p>
    <w:p/>
    <w:p>
      <w:r>
        <w:rPr>
          <w:b/>
          <w:sz w:val="24"/>
        </w:rPr>
        <w:t>Câu 55: Giá trị của 3²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27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56: Trong các khẳng định sau, khẳng định nào sai?</w:t>
      </w:r>
    </w:p>
    <w:p>
      <w:pPr>
        <w:pStyle w:val="ListParagraph"/>
      </w:pPr>
      <w:r>
        <w:rPr>
          <w:sz w:val="22"/>
        </w:rPr>
        <w:t>A. Số 5 có đúng hai ước là số tự nhiên.</w:t>
      </w:r>
    </w:p>
    <w:p>
      <w:pPr>
        <w:pStyle w:val="ListParagraph"/>
      </w:pPr>
      <w:r>
        <w:rPr>
          <w:sz w:val="22"/>
        </w:rPr>
        <w:t>B. 24 là hợp số.</w:t>
      </w:r>
    </w:p>
    <w:p>
      <w:pPr>
        <w:pStyle w:val="ListParagraph"/>
      </w:pPr>
      <w:r>
        <w:rPr>
          <w:sz w:val="22"/>
        </w:rPr>
        <w:t>C. Tất cả các số nguyên tố đều là số lẻ.</w:t>
      </w:r>
    </w:p>
    <w:p>
      <w:pPr>
        <w:pStyle w:val="ListParagraph"/>
      </w:pPr>
      <w:r>
        <w:rPr>
          <w:sz w:val="22"/>
        </w:rPr>
        <w:t>D. 19 là số nguyên tố.</w:t>
      </w:r>
    </w:p>
    <w:p/>
    <w:p>
      <w:r>
        <w:rPr>
          <w:b/>
          <w:sz w:val="24"/>
        </w:rPr>
        <w:t>Câu 57: 45 chia hết cho:</w:t>
      </w:r>
    </w:p>
    <w:p>
      <w:pPr>
        <w:pStyle w:val="ListParagraph"/>
      </w:pPr>
      <w:r>
        <w:rPr>
          <w:sz w:val="22"/>
        </w:rPr>
        <w:t>A. 6 và 8</w:t>
      </w:r>
    </w:p>
    <w:p>
      <w:pPr>
        <w:pStyle w:val="ListParagraph"/>
      </w:pPr>
      <w:r>
        <w:rPr>
          <w:sz w:val="22"/>
        </w:rPr>
        <w:t>B. 3 và 5</w:t>
      </w:r>
    </w:p>
    <w:p>
      <w:pPr>
        <w:pStyle w:val="ListParagraph"/>
      </w:pPr>
      <w:r>
        <w:rPr>
          <w:sz w:val="22"/>
        </w:rPr>
        <w:t>C. 4 và 5</w:t>
      </w:r>
    </w:p>
    <w:p>
      <w:pPr>
        <w:pStyle w:val="ListParagraph"/>
      </w:pPr>
      <w:r>
        <w:rPr>
          <w:sz w:val="22"/>
        </w:rPr>
        <w:t>D. 2 và 5</w:t>
      </w:r>
    </w:p>
    <w:p/>
    <w:p>
      <w:r>
        <w:rPr>
          <w:b/>
          <w:sz w:val="24"/>
        </w:rPr>
        <w:t>Câu 58: Tập hợp tất cả các ước dương của 12 là:</w:t>
      </w:r>
    </w:p>
    <w:p>
      <w:pPr>
        <w:pStyle w:val="ListParagraph"/>
      </w:pPr>
      <w:r>
        <w:rPr>
          <w:sz w:val="22"/>
        </w:rPr>
        <w:t>A. {1;2;3;4;6}</w:t>
      </w:r>
    </w:p>
    <w:p>
      <w:pPr>
        <w:pStyle w:val="ListParagraph"/>
      </w:pPr>
      <w:r>
        <w:rPr>
          <w:sz w:val="22"/>
        </w:rPr>
        <w:t>B. {1;2;3;4;6;12}</w:t>
      </w:r>
    </w:p>
    <w:p>
      <w:pPr>
        <w:pStyle w:val="ListParagraph"/>
      </w:pPr>
      <w:r>
        <w:rPr>
          <w:sz w:val="22"/>
        </w:rPr>
        <w:t>C. {1;2;4;6;12}</w:t>
      </w:r>
    </w:p>
    <w:p>
      <w:pPr>
        <w:pStyle w:val="ListParagraph"/>
      </w:pPr>
      <w:r>
        <w:rPr>
          <w:sz w:val="22"/>
        </w:rPr>
        <w:t>D. {0;1;2;4;6;12}</w:t>
      </w:r>
    </w:p>
    <w:p/>
    <w:p>
      <w:r>
        <w:rPr>
          <w:b/>
          <w:sz w:val="24"/>
        </w:rPr>
        <w:t>Câu 59: Tứ giác có bốn cạnh bằng nhau và bốn góc vuông là hình gì?</w:t>
      </w:r>
    </w:p>
    <w:p>
      <w:pPr>
        <w:pStyle w:val="ListParagraph"/>
      </w:pPr>
      <w:r>
        <w:rPr>
          <w:sz w:val="22"/>
        </w:rPr>
        <w:t>A. hình thoi</w:t>
      </w:r>
    </w:p>
    <w:p>
      <w:pPr>
        <w:pStyle w:val="ListParagraph"/>
      </w:pPr>
      <w:r>
        <w:rPr>
          <w:sz w:val="22"/>
        </w:rPr>
        <w:t>B. hình vuông</w:t>
      </w:r>
    </w:p>
    <w:p>
      <w:pPr>
        <w:pStyle w:val="ListParagraph"/>
      </w:pPr>
      <w:r>
        <w:rPr>
          <w:sz w:val="22"/>
        </w:rPr>
        <w:t>C. hình bình hành</w:t>
      </w:r>
    </w:p>
    <w:p>
      <w:pPr>
        <w:pStyle w:val="ListParagraph"/>
      </w:pPr>
      <w:r>
        <w:rPr>
          <w:sz w:val="22"/>
        </w:rPr>
        <w:t>D. hình chữ nhật</w:t>
      </w:r>
    </w:p>
    <w:p/>
    <w:p>
      <w:r>
        <w:rPr>
          <w:b/>
          <w:sz w:val="24"/>
        </w:rPr>
        <w:t>Câu 60: Chu vi của hình vuông có độ dài cạnh a là:</w:t>
      </w:r>
    </w:p>
    <w:p>
      <w:pPr>
        <w:pStyle w:val="ListParagraph"/>
      </w:pPr>
      <w:r>
        <w:rPr>
          <w:sz w:val="22"/>
        </w:rPr>
        <w:t>A. 4a</w:t>
      </w:r>
    </w:p>
    <w:p>
      <w:pPr>
        <w:pStyle w:val="ListParagraph"/>
      </w:pPr>
      <w:r>
        <w:rPr>
          <w:sz w:val="22"/>
        </w:rPr>
        <w:t>B. 2a</w:t>
      </w:r>
    </w:p>
    <w:p>
      <w:pPr>
        <w:pStyle w:val="ListParagraph"/>
      </w:pPr>
      <w:r>
        <w:rPr>
          <w:sz w:val="22"/>
        </w:rPr>
        <w:t>C. a²</w:t>
      </w:r>
    </w:p>
    <w:p>
      <w:pPr>
        <w:pStyle w:val="ListParagraph"/>
      </w:pPr>
      <w:r>
        <w:rPr>
          <w:sz w:val="22"/>
        </w:rPr>
        <w:t>D. a³</w:t>
      </w:r>
    </w:p>
    <w:p/>
    <w:p>
      <w:r>
        <w:rPr>
          <w:b/>
          <w:sz w:val="24"/>
        </w:rPr>
        <w:t>Câu 61: Một tam giác đều có:</w:t>
      </w:r>
    </w:p>
    <w:p>
      <w:pPr>
        <w:pStyle w:val="ListParagraph"/>
      </w:pPr>
      <w:r>
        <w:rPr>
          <w:sz w:val="22"/>
        </w:rPr>
        <w:t>A. Chỉ có hai cạnh bằng nhau</w:t>
      </w:r>
    </w:p>
    <w:p>
      <w:pPr>
        <w:pStyle w:val="ListParagraph"/>
      </w:pPr>
      <w:r>
        <w:rPr>
          <w:sz w:val="22"/>
        </w:rPr>
        <w:t>B. Một cạnh dài nhất</w:t>
      </w:r>
    </w:p>
    <w:p>
      <w:pPr>
        <w:pStyle w:val="ListParagraph"/>
      </w:pPr>
      <w:r>
        <w:rPr>
          <w:sz w:val="22"/>
        </w:rPr>
        <w:t>C. Ba cạnh bằng nhau</w:t>
      </w:r>
    </w:p>
    <w:p>
      <w:pPr>
        <w:pStyle w:val="ListParagraph"/>
      </w:pPr>
      <w:r>
        <w:rPr>
          <w:sz w:val="22"/>
        </w:rPr>
        <w:t>D. Bốn góc bằng nhau</w:t>
      </w:r>
    </w:p>
    <w:p/>
    <w:p>
      <w:r>
        <w:rPr>
          <w:b/>
          <w:sz w:val="24"/>
        </w:rPr>
        <w:t>Câu 62: Một hình lục giác đều có bao nhiêu cạnh bằng nhau?</w:t>
      </w:r>
    </w:p>
    <w:p>
      <w:pPr>
        <w:pStyle w:val="ListParagraph"/>
      </w:pPr>
      <w:r>
        <w:rPr>
          <w:sz w:val="22"/>
        </w:rPr>
        <w:t>A. 6.</w:t>
      </w:r>
    </w:p>
    <w:p>
      <w:pPr>
        <w:pStyle w:val="ListParagraph"/>
      </w:pPr>
      <w:r>
        <w:rPr>
          <w:sz w:val="22"/>
        </w:rPr>
        <w:t>B. 10.</w:t>
      </w:r>
    </w:p>
    <w:p>
      <w:pPr>
        <w:pStyle w:val="ListParagraph"/>
      </w:pPr>
      <w:r>
        <w:rPr>
          <w:sz w:val="22"/>
        </w:rPr>
        <w:t>C. 8.</w:t>
      </w:r>
    </w:p>
    <w:p>
      <w:pPr>
        <w:pStyle w:val="ListParagraph"/>
      </w:pPr>
      <w:r>
        <w:rPr>
          <w:sz w:val="22"/>
        </w:rPr>
        <w:t>D. 12.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C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C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D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D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D</w:t>
      </w:r>
    </w:p>
    <w:p>
      <w:r>
        <w:rPr>
          <w:b/>
        </w:rPr>
        <w:t>Câu 53: Đáp án đúng: C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C</w:t>
      </w:r>
    </w:p>
    <w:p>
      <w:r>
        <w:rPr>
          <w:b/>
        </w:rPr>
        <w:t>Câu 56: Đáp án đúng: C</w:t>
      </w:r>
    </w:p>
    <w:p>
      <w:r>
        <w:rPr>
          <w:b/>
        </w:rPr>
        <w:t>Câu 57: Đáp án đúng: B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B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C</w:t>
      </w:r>
    </w:p>
    <w:p>
      <w:r>
        <w:rPr>
          <w:b/>
        </w:rPr>
        <w:t>Câu 62: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