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Toán Lớp 2 - Bảng nhân và bảng chia từ 2 đến 9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3 × 4 = ?</w:t>
      </w:r>
    </w:p>
    <w:p>
      <w:pPr>
        <w:pStyle w:val="ListParagraph"/>
      </w:pPr>
      <w:r>
        <w:rPr>
          <w:sz w:val="22"/>
        </w:rPr>
        <w:t>A. 7</w:t>
      </w:r>
    </w:p>
    <w:p>
      <w:pPr>
        <w:pStyle w:val="ListParagraph"/>
      </w:pPr>
      <w:r>
        <w:rPr>
          <w:sz w:val="22"/>
        </w:rPr>
        <w:t>B. 12</w:t>
      </w:r>
    </w:p>
    <w:p>
      <w:pPr>
        <w:pStyle w:val="ListParagraph"/>
      </w:pPr>
      <w:r>
        <w:rPr>
          <w:sz w:val="22"/>
        </w:rPr>
        <w:t>C. 14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2: 8 ÷ 2 = ?</w:t>
      </w:r>
    </w:p>
    <w:p>
      <w:pPr>
        <w:pStyle w:val="ListParagraph"/>
      </w:pPr>
      <w:r>
        <w:rPr>
          <w:sz w:val="22"/>
        </w:rPr>
        <w:t>A. 4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5</w:t>
      </w:r>
    </w:p>
    <w:p>
      <w:pPr>
        <w:pStyle w:val="ListParagraph"/>
      </w:pPr>
      <w:r>
        <w:rPr>
          <w:sz w:val="22"/>
        </w:rPr>
        <w:t>D. 6</w:t>
      </w:r>
    </w:p>
    <w:p/>
    <w:p>
      <w:r>
        <w:rPr>
          <w:b/>
          <w:sz w:val="24"/>
        </w:rPr>
        <w:t>Câu 3: 6 × 5 = ?</w:t>
      </w:r>
    </w:p>
    <w:p>
      <w:pPr>
        <w:pStyle w:val="ListParagraph"/>
      </w:pPr>
      <w:r>
        <w:rPr>
          <w:sz w:val="22"/>
        </w:rPr>
        <w:t>A. 30</w:t>
      </w:r>
    </w:p>
    <w:p>
      <w:pPr>
        <w:pStyle w:val="ListParagraph"/>
      </w:pPr>
      <w:r>
        <w:rPr>
          <w:sz w:val="22"/>
        </w:rPr>
        <w:t>B. 25</w:t>
      </w:r>
    </w:p>
    <w:p>
      <w:pPr>
        <w:pStyle w:val="ListParagraph"/>
      </w:pPr>
      <w:r>
        <w:rPr>
          <w:sz w:val="22"/>
        </w:rPr>
        <w:t>C. 35</w:t>
      </w:r>
    </w:p>
    <w:p>
      <w:pPr>
        <w:pStyle w:val="ListParagraph"/>
      </w:pPr>
      <w:r>
        <w:rPr>
          <w:sz w:val="22"/>
        </w:rPr>
        <w:t>D. 11</w:t>
      </w:r>
    </w:p>
    <w:p/>
    <w:p>
      <w:r>
        <w:rPr>
          <w:b/>
          <w:sz w:val="24"/>
        </w:rPr>
        <w:t>Câu 4: 9 ÷ 3 = ?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2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5: 7 × 2 = ?</w:t>
      </w:r>
    </w:p>
    <w:p>
      <w:pPr>
        <w:pStyle w:val="ListParagraph"/>
      </w:pPr>
      <w:r>
        <w:rPr>
          <w:sz w:val="22"/>
        </w:rPr>
        <w:t>A. 14</w:t>
      </w:r>
    </w:p>
    <w:p>
      <w:pPr>
        <w:pStyle w:val="ListParagraph"/>
      </w:pPr>
      <w:r>
        <w:rPr>
          <w:sz w:val="22"/>
        </w:rPr>
        <w:t>B. 16</w:t>
      </w:r>
    </w:p>
    <w:p>
      <w:pPr>
        <w:pStyle w:val="ListParagraph"/>
      </w:pPr>
      <w:r>
        <w:rPr>
          <w:sz w:val="22"/>
        </w:rPr>
        <w:t>C. 12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6: 15 ÷ 5 = ?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2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7: 4 × 8 = ?</w:t>
      </w:r>
    </w:p>
    <w:p>
      <w:pPr>
        <w:pStyle w:val="ListParagraph"/>
      </w:pPr>
      <w:r>
        <w:rPr>
          <w:sz w:val="22"/>
        </w:rPr>
        <w:t>A. 32</w:t>
      </w:r>
    </w:p>
    <w:p>
      <w:pPr>
        <w:pStyle w:val="ListParagraph"/>
      </w:pPr>
      <w:r>
        <w:rPr>
          <w:sz w:val="22"/>
        </w:rPr>
        <w:t>B. 36</w:t>
      </w:r>
    </w:p>
    <w:p>
      <w:pPr>
        <w:pStyle w:val="ListParagraph"/>
      </w:pPr>
      <w:r>
        <w:rPr>
          <w:sz w:val="22"/>
        </w:rPr>
        <w:t>C. 34</w:t>
      </w:r>
    </w:p>
    <w:p>
      <w:pPr>
        <w:pStyle w:val="ListParagraph"/>
      </w:pPr>
      <w:r>
        <w:rPr>
          <w:sz w:val="22"/>
        </w:rPr>
        <w:t>D. 28</w:t>
      </w:r>
    </w:p>
    <w:p/>
    <w:p>
      <w:r>
        <w:rPr>
          <w:b/>
          <w:sz w:val="24"/>
        </w:rPr>
        <w:t>Câu 8: 24 ÷ 6 = ?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4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5</w:t>
      </w:r>
    </w:p>
    <w:p/>
    <w:p>
      <w:r>
        <w:rPr>
          <w:b/>
          <w:sz w:val="24"/>
        </w:rPr>
        <w:t>Câu 9: 9 × 9 = ?</w:t>
      </w:r>
    </w:p>
    <w:p>
      <w:pPr>
        <w:pStyle w:val="ListParagraph"/>
      </w:pPr>
      <w:r>
        <w:rPr>
          <w:sz w:val="22"/>
        </w:rPr>
        <w:t>A. 81</w:t>
      </w:r>
    </w:p>
    <w:p>
      <w:pPr>
        <w:pStyle w:val="ListParagraph"/>
      </w:pPr>
      <w:r>
        <w:rPr>
          <w:sz w:val="22"/>
        </w:rPr>
        <w:t>B. 72</w:t>
      </w:r>
    </w:p>
    <w:p>
      <w:pPr>
        <w:pStyle w:val="ListParagraph"/>
      </w:pPr>
      <w:r>
        <w:rPr>
          <w:sz w:val="22"/>
        </w:rPr>
        <w:t>C. 63</w:t>
      </w:r>
    </w:p>
    <w:p>
      <w:pPr>
        <w:pStyle w:val="ListParagraph"/>
      </w:pPr>
      <w:r>
        <w:rPr>
          <w:sz w:val="22"/>
        </w:rPr>
        <w:t>D. 99</w:t>
      </w:r>
    </w:p>
    <w:p/>
    <w:p>
      <w:r>
        <w:rPr>
          <w:b/>
          <w:sz w:val="24"/>
        </w:rPr>
        <w:t>Câu 10: 42 ÷ 7 = ?</w:t>
      </w:r>
    </w:p>
    <w:p>
      <w:pPr>
        <w:pStyle w:val="ListParagraph"/>
      </w:pPr>
      <w:r>
        <w:rPr>
          <w:sz w:val="22"/>
        </w:rPr>
        <w:t>A. 7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5</w:t>
      </w:r>
    </w:p>
    <w:p>
      <w:pPr>
        <w:pStyle w:val="ListParagraph"/>
      </w:pPr>
      <w:r>
        <w:rPr>
          <w:sz w:val="22"/>
        </w:rPr>
        <w:t>D. 8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