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kiểm tra 15p môn toán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Trong mặt phẳng tọa độ, cho hai điểm $A(1, 2)$ và $B(3, 4)$. Tọa độ của vectơ $\overrightarrow{AB}$ là:</w:t>
      </w:r>
    </w:p>
    <w:p>
      <w:pPr>
        <w:pStyle w:val="ListParagraph"/>
      </w:pPr>
      <w:r>
        <w:rPr>
          <w:sz w:val="22"/>
        </w:rPr>
        <w:t>A. $(2, 2)$</w:t>
      </w:r>
    </w:p>
    <w:p>
      <w:pPr>
        <w:pStyle w:val="ListParagraph"/>
      </w:pPr>
      <w:r>
        <w:rPr>
          <w:sz w:val="22"/>
        </w:rPr>
        <w:t>B. $(4, 6)$</w:t>
      </w:r>
    </w:p>
    <w:p>
      <w:pPr>
        <w:pStyle w:val="ListParagraph"/>
      </w:pPr>
      <w:r>
        <w:rPr>
          <w:sz w:val="22"/>
        </w:rPr>
        <w:t>C. $(-2, -2)$</w:t>
      </w:r>
    </w:p>
    <w:p>
      <w:pPr>
        <w:pStyle w:val="ListParagraph"/>
      </w:pPr>
      <w:r>
        <w:rPr>
          <w:sz w:val="22"/>
        </w:rPr>
        <w:t>D. $(2, -2)$</w:t>
      </w:r>
    </w:p>
    <w:p/>
    <w:p>
      <w:r>
        <w:rPr>
          <w:b/>
          <w:sz w:val="24"/>
        </w:rPr>
        <w:t>Câu 2: Phương trình đường thẳng đi qua điểm $M(1, -2)$ và có hệ số góc $k = 3$ là:</w:t>
      </w:r>
    </w:p>
    <w:p>
      <w:pPr>
        <w:pStyle w:val="ListParagraph"/>
      </w:pPr>
      <w:r>
        <w:rPr>
          <w:sz w:val="22"/>
        </w:rPr>
        <w:t>A. $y = 3x - 5$</w:t>
      </w:r>
    </w:p>
    <w:p>
      <w:pPr>
        <w:pStyle w:val="ListParagraph"/>
      </w:pPr>
      <w:r>
        <w:rPr>
          <w:sz w:val="22"/>
        </w:rPr>
        <w:t>B. $y = 3x + 5$</w:t>
      </w:r>
    </w:p>
    <w:p>
      <w:pPr>
        <w:pStyle w:val="ListParagraph"/>
      </w:pPr>
      <w:r>
        <w:rPr>
          <w:sz w:val="22"/>
        </w:rPr>
        <w:t>C. $y = 3x - 1$</w:t>
      </w:r>
    </w:p>
    <w:p>
      <w:pPr>
        <w:pStyle w:val="ListParagraph"/>
      </w:pPr>
      <w:r>
        <w:rPr>
          <w:sz w:val="22"/>
        </w:rPr>
        <w:t>D. $y = 3x + 1$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