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phần trắc nghiệm đúng/ sai</w:t>
      </w:r>
    </w:p>
    <w:p>
      <w:pPr>
        <w:jc w:val="center"/>
      </w:pPr>
      <w:r>
        <w:rPr>
          <w:sz w:val="22"/>
        </w:rPr>
        <w:t>Số câu: 6    Thời gian: _____ phút    Họ và tên: _________________________</w:t>
      </w:r>
    </w:p>
    <w:p/>
    <w:p>
      <w:r>
        <w:rPr>
          <w:b/>
          <w:sz w:val="24"/>
        </w:rPr>
        <w:t>Câu 1: Đọc đoạn tư liệu sau đây:</w:t>
        <w:br/>
        <w:t>“Vào giai đoạn cuối của Chiến tranh thế giới thứ hai, tình hình thế giới có những chuyển biến quan trọng. Sức mạnh và ưu thế trên chiến trường thuộc về phe đồng minh chống phát xít. Việc tổ chức lại thế giới sau chiến tranh ngày càng trở nên cấp bách. Chiến tranh diễn ra càng khốc liệt thì ý tưởng về một tổ chức quốc tế thực sự có vai trò trong việc duy trì hòa bình thế giới càng rõ nét.”</w:t>
        <w:br/>
        <w:t>(Sách giáo khoa Lịch sử 12, bộ Kết nối tri thức với cuộc sống, trang 7)</w:t>
        <w:br/>
        <w:t>a. Chiến tranh thế giới thứ hai diễn ra từ 1939 đến 1945 giữa phe liên minh và phát xít.</w:t>
        <w:br/>
        <w:t>b. Trong Chiến tranh thế giới thứ hai, thắng lợi thuộc về phe đồng minh chống phát xít.</w:t>
        <w:br/>
        <w:t>c. Để tổ chức lại thế giới sau chiến tranh, Liên Xô, Mỹ, Anh đã triệu tập hội nghị I-an-ta.</w:t>
        <w:br/>
        <w:t>d. Tổ chức quốc tế được thành lập sau Chiến tranh thế giới thứ hai gọi là Hội quốc liên.</w:t>
      </w:r>
    </w:p>
    <w:p>
      <w:pPr>
        <w:pStyle w:val="ListParagraph"/>
      </w:pPr>
      <w:r>
        <w:rPr>
          <w:sz w:val="22"/>
        </w:rPr>
        <w:t>A. Chiến tranh thế giới thứ hai diễn ra từ 1939 đến 1945 giữa phe liên minh và phát xít.</w:t>
      </w:r>
    </w:p>
    <w:p>
      <w:pPr>
        <w:pStyle w:val="ListParagraph"/>
      </w:pPr>
      <w:r>
        <w:rPr>
          <w:sz w:val="22"/>
        </w:rPr>
        <w:t>B. Trong Chiến tranh thế giới thứ hai, thắng lợi thuộc về phe đồng minh chống phát xít.</w:t>
      </w:r>
    </w:p>
    <w:p>
      <w:pPr>
        <w:pStyle w:val="ListParagraph"/>
      </w:pPr>
      <w:r>
        <w:rPr>
          <w:sz w:val="22"/>
        </w:rPr>
        <w:t>C. Để tổ chức lại thế giới sau chiến tranh, Liên Xô, Mỹ, Anh đã triệu tập hội nghị I-an-ta.</w:t>
      </w:r>
    </w:p>
    <w:p>
      <w:pPr>
        <w:pStyle w:val="ListParagraph"/>
      </w:pPr>
      <w:r>
        <w:rPr>
          <w:sz w:val="22"/>
        </w:rPr>
        <w:t>D. Tổ chức quốc tế được thành lập sau Chiến tranh thế giới thứ hai gọi là Hội quốc liên.</w:t>
      </w:r>
    </w:p>
    <w:p/>
    <w:p>
      <w:r>
        <w:rPr>
          <w:b/>
          <w:sz w:val="24"/>
        </w:rPr>
        <w:t>Câu 2: Đọc đoạn tư liệu sau đây:</w:t>
        <w:br/>
        <w:t>“Theo Hiến chương, Liên hợp quốc được thành lập nhằm bốn mục tiêu: 1. Duy trì hòa bình và an ninh quốc tế; 2. Thúc đẩy quan hệ hữu nghị giữa các dân tộc trên cơ sở tôn trọng quyền bình đẳng, quyền tự quyết dân tộc và củng cố hòa bình thế giới; 3. Thúc đẩy hợp tác quốc tế để giải quyết các vấn đề kinh tế, xã hội, văn hóa, nhân đạo, đảm bảo quyền con người và quyền tự do cơ bản cho mọi người không phân biệt chủng tộc, giới tính, tôn giáo, ngôn ngữ; 4. Liên hợp quốc đóng vai trò là trung tâm điều hòa các nỗ lực quốc tế vì những mục tiêu trên”</w:t>
        <w:br/>
        <w:t>(Sách giáo khoa Lịch sử 12, bộ Kết nối tri thức với cuộc sống, trang 8)</w:t>
        <w:br/>
        <w:t>a. Hiến chương là văn kiện chính trị quan trọng nhất của tổ chức Liên hợp quốc.</w:t>
        <w:br/>
        <w:t>b. Hiến chương đã xác định Liên hợp quốc là tổ chức quốc tế lớn nhất hành tinh.</w:t>
        <w:br/>
        <w:t>c. Cơ sở các mối quan hệ quốc tế ở Hiến chương là bình đẳng, tự quyết, hòa bình.</w:t>
        <w:br/>
        <w:t>d. Liên Xô, Mỹ, Anh, Pháp, Trung Quốc là những nước đã chi phối Hiến chương.</w:t>
      </w:r>
    </w:p>
    <w:p>
      <w:pPr>
        <w:pStyle w:val="ListParagraph"/>
      </w:pPr>
      <w:r>
        <w:rPr>
          <w:sz w:val="22"/>
        </w:rPr>
        <w:t>A. Hiến chương là văn kiện chính trị quan trọng nhất của tổ chức Liên hợp quốc.</w:t>
      </w:r>
    </w:p>
    <w:p>
      <w:pPr>
        <w:pStyle w:val="ListParagraph"/>
      </w:pPr>
      <w:r>
        <w:rPr>
          <w:sz w:val="22"/>
        </w:rPr>
        <w:t>B. Hiến chương đã xác định Liên hợp quốc là tổ chức quốc tế lớn nhất hành tinh.</w:t>
      </w:r>
    </w:p>
    <w:p>
      <w:pPr>
        <w:pStyle w:val="ListParagraph"/>
      </w:pPr>
      <w:r>
        <w:rPr>
          <w:sz w:val="22"/>
        </w:rPr>
        <w:t>C. Cơ sở các mối quan hệ quốc tế ở Hiến chương là bình đẳng, tự quyết, hòa bình.</w:t>
      </w:r>
    </w:p>
    <w:p>
      <w:pPr>
        <w:pStyle w:val="ListParagraph"/>
      </w:pPr>
      <w:r>
        <w:rPr>
          <w:sz w:val="22"/>
        </w:rPr>
        <w:t>D. Liên Xô, Mỹ, Anh, Pháp, Trung Quốc là những nước đã chi phối Hiến chương.</w:t>
      </w:r>
    </w:p>
    <w:p/>
    <w:p>
      <w:r>
        <w:rPr>
          <w:b/>
          <w:sz w:val="24"/>
        </w:rPr>
        <w:t>Câu 3: Đọc đoạn tư liệu sau đây:</w:t>
        <w:br/>
        <w:t>Tư liệu 1. “Trong chuyến thăm chính thức đầu tiên của tổng thống Mỹ Ních-xơn tới Liên Xô diễn ra vào tháng 5 năm 1972. Hai bên đã ký kết nhiều văn kiện quan trọng về hạn chế vũ khí chiến lược, về hợp tác trong các lĩnh vực khoa học, chinh phục không gian, y học và bảo vệ môi trưởng.”</w:t>
        <w:br/>
        <w:t>Tư liệu 2. “Những khoản thâm hụt ngân sách khổng lồ và nợ nước ngoài gia tăng là những thách thức lớn mà Mỹ phải đổi mặt. Năm 1990, thâm hụt ngân sách của Mỹ lên đến 220 tỉ USD (gấp ba lần so với năm 1980), nợ nước ngoài tăng gần 3.000 tỉ USD, Mỹ phải cắt giảm lực lượng quân đội đồn trú ở châu Âu và một số căn cứ quân sự ở các khu vực khác trên thế giới.”</w:t>
        <w:br/>
        <w:t>(Sách giáo khoa Lịch sử 12, bộ Kết nối tri thức với cuộc sống, trang 15, 17)</w:t>
        <w:br/>
        <w:t>a. Việc chấm dứt chiến tranh lạnh một phần đến từ khó khăn của Mỹ và Liên Xô.</w:t>
        <w:br/>
        <w:t>b. Các hiệp ước như ABM, SALT 1 là biểu hiện của xu thế hòa hoãn Đông - Tây.</w:t>
        <w:br/>
        <w:t>c. Hiện nay do khó khăn, Mỹ không còn đưa quân đội đến đồn trú ngoài lãnh thổ.</w:t>
        <w:br/>
        <w:t>d. Hiện nay, Xô và Mỹ hợp tác trong khoa học, không gian, y học và môi trường.</w:t>
      </w:r>
    </w:p>
    <w:p>
      <w:pPr>
        <w:pStyle w:val="ListParagraph"/>
      </w:pPr>
      <w:r>
        <w:rPr>
          <w:sz w:val="22"/>
        </w:rPr>
        <w:t>A. Việc chấm dứt chiến tranh lạnh một phần đến từ khó khăn của Mỹ và Liên Xô.</w:t>
      </w:r>
    </w:p>
    <w:p>
      <w:pPr>
        <w:pStyle w:val="ListParagraph"/>
      </w:pPr>
      <w:r>
        <w:rPr>
          <w:sz w:val="22"/>
        </w:rPr>
        <w:t>B. Các hiệp ước như ABM, SALT 1 là biểu hiện của xu thế hòa hoãn Đông - Tây.</w:t>
      </w:r>
    </w:p>
    <w:p>
      <w:pPr>
        <w:pStyle w:val="ListParagraph"/>
      </w:pPr>
      <w:r>
        <w:rPr>
          <w:sz w:val="22"/>
        </w:rPr>
        <w:t>C. Hiện nay do khó khăn, Mỹ không còn đưa quân đội đến đồn trú ngoài lãnh thổ.</w:t>
      </w:r>
    </w:p>
    <w:p>
      <w:pPr>
        <w:pStyle w:val="ListParagraph"/>
      </w:pPr>
      <w:r>
        <w:rPr>
          <w:sz w:val="22"/>
        </w:rPr>
        <w:t>D. Hiện nay, Xô và Mỹ hợp tác trong khoa học, không gian, y học và môi trường.</w:t>
      </w:r>
    </w:p>
    <w:p/>
    <w:p>
      <w:r>
        <w:rPr>
          <w:b/>
          <w:sz w:val="24"/>
        </w:rPr>
        <w:t>Câu 4: Đọc đoạn tư liệu sau đây:</w:t>
        <w:br/>
        <w:t>“Từ nữa sau những năm 80 của thế kỷ XX, Liên Xô và Mỹ đẩy mạnh đối thoại, hợp tác với các cuộc gặp gỡ cấp cao. Hai nước ký kết các văn kiện hợp tác về kinh tế, thương mại, khoa học – kỹ thuật, đặc biệt là thoả thuận về việc thủ tiêu các tên lửa tầm trung ở châu Âu (1987), hạn chế cuộc chạy đua vũ trang. Năm 1989, Liên Xô và Mỹ cùng tuyên bố chấm dứt Chiến tranh lạnh. Sự sụp đỗ của chủ nghĩa xã hội ở Đông Âu (vào cuối những năm 80 của thế kỷ XX), sự tan rã của Liên Xô (12 - 1991) đã chấm dứt sự tồn tại của Trật tự thế giới hai cực I-an-ta.”</w:t>
        <w:br/>
        <w:t>(Sách giáo khoa Lịch sử 12, bộ Kết nối tri thức với cuộc sống, trang 16)</w:t>
        <w:br/>
        <w:t>a. Xu thế hòa hoãn đông - tây xuất hiện từ nửa sau những năm 80 của thế kỷ XX.</w:t>
        <w:br/>
        <w:t>b. Liên Xô và Mỹ đã thủ tiêu hết tên lửa tầm trung và chấm dứt chạy đua vũ trang.</w:t>
        <w:br/>
        <w:t>c. Chiến tranh lạnh hoàn toàn chấm dứt khi trật tự hai cực I-an-ta sụp đổ năm 1991.</w:t>
        <w:br/>
        <w:t>d. Hiện nay, Liên Xô và Mỹ đang đẩy mạnh hợp tác kinh tế, thương mại, khoa học.</w:t>
      </w:r>
    </w:p>
    <w:p>
      <w:pPr>
        <w:pStyle w:val="ListParagraph"/>
      </w:pPr>
      <w:r>
        <w:rPr>
          <w:sz w:val="22"/>
        </w:rPr>
        <w:t>A. Xu thế hòa hoãn đông - tây xuất hiện từ nửa sau những năm 80 của thế kỷ XX.</w:t>
      </w:r>
    </w:p>
    <w:p>
      <w:pPr>
        <w:pStyle w:val="ListParagraph"/>
      </w:pPr>
      <w:r>
        <w:rPr>
          <w:sz w:val="22"/>
        </w:rPr>
        <w:t>B. Liên Xô và Mỹ đã thủ tiêu hết tên lửa tầm trung và chấm dứt chạy đua vũ trang.</w:t>
      </w:r>
    </w:p>
    <w:p>
      <w:pPr>
        <w:pStyle w:val="ListParagraph"/>
      </w:pPr>
      <w:r>
        <w:rPr>
          <w:sz w:val="22"/>
        </w:rPr>
        <w:t>C. Chiến tranh lạnh hoàn toàn chấm dứt khi trật tự hai cực I-an-ta sụp đổ năm 1991.</w:t>
      </w:r>
    </w:p>
    <w:p>
      <w:pPr>
        <w:pStyle w:val="ListParagraph"/>
      </w:pPr>
      <w:r>
        <w:rPr>
          <w:sz w:val="22"/>
        </w:rPr>
        <w:t>D. Hiện nay, Liên Xô và Mỹ đang đẩy mạnh hợp tác kinh tế, thương mại, khoa học.</w:t>
      </w:r>
    </w:p>
    <w:p/>
    <w:p>
      <w:r>
        <w:rPr>
          <w:b/>
          <w:sz w:val="24"/>
        </w:rPr>
        <w:t>Câu 5: Đọc đoạn tư liệu sau đây:</w:t>
        <w:br/>
        <w:t>“Trật tự thế giới hai cực 1-an-la sụp đổ có tác động lớn đến thế giới, đưa tới xu thế phát triển mới. Trong quan hệ quốc tế, một trật tự thế giới mới dần hình thành theo xu thế đa cực. Mỹ tiếp tục là siêu cường có sức mạnh vượt trội, nhưng phạm vi ảnh hướng bị thu hẹp ở nhiều nơi. Trật tự thế giới hai cực I-an-ta sụp đổ đã mở ra chiều hướng và những điều kiện để giải quyết hòa bình các cuộc tranh chấp, xung đột như ở Áp-ga-ni-xtan, Cam-pu-chia, Na-mi-bi-a... Sự sụp đổ của Trật tự thế giới hai cực l-an-ta cũng tạo điều kiện cho các cường quốc mới nổi có vị trị, vai trò lớn hơn trong quan hệ quốc tế, đặc biệt  là Trung Quốc, Ấn Độ và một số nước lớn ở châu Âu...”</w:t>
        <w:br/>
        <w:t>(Sách giáo khoa Lịch sử 12, bộ Cánh diều, trang 13)</w:t>
        <w:br/>
        <w:t>a. Sau khi trật tự I-an-ta sụp đổ, trật tự thế giới mới được hình thành theo xu thế đa cực.</w:t>
        <w:br/>
        <w:t>b. Trong trật tự này, các cường quốc mới như Trung Quốc, Ấn Độ nắm vai trò chi phối.</w:t>
        <w:br/>
        <w:t>c. Sau khi trật tự I-an-ta sụp đổ, xu thế chung của thế giới là hòa bình, ổn định, hợp tác.</w:t>
        <w:br/>
        <w:t>d. Hiện nay, Xô và Mỹ hợp tác trong khoa học, không gian, y học và môi trường.</w:t>
      </w:r>
    </w:p>
    <w:p>
      <w:pPr>
        <w:pStyle w:val="ListParagraph"/>
      </w:pPr>
      <w:r>
        <w:rPr>
          <w:sz w:val="22"/>
        </w:rPr>
        <w:t>A. Sau khi trật tự I-an-ta sụp đổ, trật tự thế giới mới được hình thành theo xu thế đa cực.</w:t>
      </w:r>
    </w:p>
    <w:p>
      <w:pPr>
        <w:pStyle w:val="ListParagraph"/>
      </w:pPr>
      <w:r>
        <w:rPr>
          <w:sz w:val="22"/>
        </w:rPr>
        <w:t>B. Trong trật tự này, các cường quốc mới như Trung Quốc, Ấn Độ nắm vai trò chi phối.</w:t>
      </w:r>
    </w:p>
    <w:p>
      <w:pPr>
        <w:pStyle w:val="ListParagraph"/>
      </w:pPr>
      <w:r>
        <w:rPr>
          <w:sz w:val="22"/>
        </w:rPr>
        <w:t>C. Sau khi trật tự I-an-ta sụp đổ, xu thế chung của thế giới là hòa bình, ổn định, hợp tác.</w:t>
      </w:r>
    </w:p>
    <w:p>
      <w:pPr>
        <w:pStyle w:val="ListParagraph"/>
      </w:pPr>
      <w:r>
        <w:rPr>
          <w:sz w:val="22"/>
        </w:rPr>
        <w:t>D. Hiện nay, Xô và Mỹ hợp tác trong khoa học, không gian, y học và môi trường.</w:t>
      </w:r>
    </w:p>
    <w:p/>
    <w:p>
      <w:r>
        <w:rPr>
          <w:b/>
          <w:sz w:val="24"/>
        </w:rPr>
        <w:t>Câu 6: Đọc đoạn tư liệu sau đây:</w:t>
        <w:br/>
        <w:t>Tư liệu 1. “Mặc dù Mỹ vẫn giữ vị trí số một thế giới về kinh tế và các lĩnh vực như: vốn, khoa học công nghệ,... nhưng vị thế của nước này đang ngày càng bị giảm dần trước sự nỗi lên của các trung tâm khác. Năm 2000, GDP của Mỹ gấp khoảng 12 lần Trung Quốc, nhưng đến năm 2021 chỉ còn gấp khoảng 1,3 lần.”</w:t>
        <w:br/>
        <w:t>Tư liệu 2. “G20 (gồm các nước nhóm G7, EU, Ác-hen-ti-na, Ô-xtrây-li-a, Bra-xin, Trung Quốc, Mê-hi-cô, Nga, In-đô-nê-xi-a, Ân Độ, Ả-rập Xê-út, Nam Phi, Hàn Quốc và Thổ Nhĩ Kỳ), chiếm 2/3 dân số thế giới, 90% GDP toàn cầu và 80% thương mại quốc tế. Được thành lập năm 1999, G20 trở thành trung tâm điều phối các nỗ lực quốc tế nhằm thúc đẩy sự phát triển kinh tế thế giới.”</w:t>
        <w:br/>
        <w:t>(Sách giáo khoa Lịch sử 12, bộ Kết nối tri thức với cuộc sống, trang 20)</w:t>
        <w:br/>
        <w:t>a. Tư liệu 1 nói về vị thế tuyệt đối về kinh tế, khoa học của Mỹ trong thế giới tư bản.</w:t>
        <w:br/>
        <w:t>b. Tư liệu 2 nói về sự phát triển của các nền kinh tế, có vai trò quan trọng với thế giới.</w:t>
        <w:br/>
        <w:t>c. Trung Quốc đang là một thế lực kinh tế lớn và cạnh tranh ảnh hưởng với Mỹ.</w:t>
        <w:br/>
        <w:t>d. G20 là các nước có quyền chi phối mọi mặt sự phát triển của lịch sử thế giới hiện nay.</w:t>
      </w:r>
    </w:p>
    <w:p>
      <w:pPr>
        <w:pStyle w:val="ListParagraph"/>
      </w:pPr>
      <w:r>
        <w:rPr>
          <w:sz w:val="22"/>
        </w:rPr>
        <w:t>A. Tư liệu 1 nói về vị thế tuyệt đối về kinh tế, khoa học của Mỹ trong thế giới tư bản.</w:t>
      </w:r>
    </w:p>
    <w:p>
      <w:pPr>
        <w:pStyle w:val="ListParagraph"/>
      </w:pPr>
      <w:r>
        <w:rPr>
          <w:sz w:val="22"/>
        </w:rPr>
        <w:t>B. Tư liệu 2 nói về sự phát triển của các nền kinh tế, có vai trò quan trọng với thế giới.</w:t>
      </w:r>
    </w:p>
    <w:p>
      <w:pPr>
        <w:pStyle w:val="ListParagraph"/>
      </w:pPr>
      <w:r>
        <w:rPr>
          <w:sz w:val="22"/>
        </w:rPr>
        <w:t>C. Trung Quốc đang là một thế lực kinh tế lớn và cạnh tranh ảnh hưởng với Mỹ.</w:t>
      </w:r>
    </w:p>
    <w:p>
      <w:pPr>
        <w:pStyle w:val="ListParagraph"/>
      </w:pPr>
      <w:r>
        <w:rPr>
          <w:sz w:val="22"/>
        </w:rPr>
        <w:t>D. G20 là các nước có quyền chi phối mọi mặt sự phát triển của lịch sử thế giới hiện nay.</w:t>
      </w:r>
    </w:p>
    <w:p/>
    <w:p>
      <w:r>
        <w:t>──────────────────────────────────────────────────</w:t>
      </w:r>
    </w:p>
    <w:p>
      <w:r>
        <w:rPr>
          <w:b/>
        </w:rPr>
        <w:t>BẢNG ĐÁP ÁN &amp; LỜI GIẢI CHI TIẾT</w:t>
      </w:r>
    </w:p>
    <w:p>
      <w:r>
        <w:rPr>
          <w:b/>
        </w:rPr>
        <w:t>Câu 1: Đáp án đúng: A</w:t>
      </w:r>
    </w:p>
    <w:p>
      <w:r>
        <w:rPr>
          <w:b/>
        </w:rPr>
        <w:t>Câu 2: Đáp án đúng: A</w:t>
      </w:r>
    </w:p>
    <w:p>
      <w:r>
        <w:rPr>
          <w:b/>
        </w:rPr>
        <w:t>Câu 3: Đáp án đúng: A</w:t>
      </w:r>
    </w:p>
    <w:p>
      <w:r>
        <w:rPr>
          <w:b/>
        </w:rPr>
        <w:t>Câu 4: Đáp án đúng: A</w:t>
      </w:r>
    </w:p>
    <w:p>
      <w:r>
        <w:rPr>
          <w:b/>
        </w:rPr>
        <w:t>Câu 5: Đáp án đúng: A</w:t>
      </w:r>
    </w:p>
    <w:p>
      <w:r>
        <w:rPr>
          <w:b/>
        </w:rPr>
        <w:t>Câu 6: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