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đề thi giữa học kỳ 1 môn toán 10. thời gi...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Trong các câu sau, câu nào là mệnh đề?</w:t>
      </w:r>
    </w:p>
    <w:p>
      <w:pPr>
        <w:pStyle w:val="ListParagraph"/>
      </w:pPr>
      <w:r>
        <w:rPr>
          <w:sz w:val="22"/>
        </w:rPr>
        <w:t>A. $2 + 3 = 5.$</w:t>
      </w:r>
    </w:p>
    <w:p>
      <w:pPr>
        <w:pStyle w:val="ListParagraph"/>
      </w:pPr>
      <w:r>
        <w:rPr>
          <w:sz w:val="22"/>
        </w:rPr>
        <w:t>B. Hôm nay trời đẹp quá!</w:t>
      </w:r>
    </w:p>
    <w:p>
      <w:pPr>
        <w:pStyle w:val="ListParagraph"/>
      </w:pPr>
      <w:r>
        <w:rPr>
          <w:sz w:val="22"/>
        </w:rPr>
        <w:t>C. Bạn có khỏe không?</w:t>
      </w:r>
    </w:p>
    <w:p>
      <w:pPr>
        <w:pStyle w:val="ListParagraph"/>
      </w:pPr>
      <w:r>
        <w:rPr>
          <w:sz w:val="22"/>
        </w:rPr>
        <w:t>D. Hãy đóng cửa lại.</w:t>
      </w:r>
    </w:p>
    <w:p/>
    <w:p>
      <w:r>
        <w:rPr>
          <w:b/>
          <w:sz w:val="24"/>
        </w:rPr>
        <w:t>Câu 2: Phủ định của mệnh đề $\forall x \in \mathbb{R}, x^2 \ge 0$ là:</w:t>
      </w:r>
    </w:p>
    <w:p>
      <w:pPr>
        <w:pStyle w:val="ListParagraph"/>
      </w:pPr>
      <w:r>
        <w:rPr>
          <w:sz w:val="22"/>
        </w:rPr>
        <w:t>A. $\exists x \in \mathbb{R}, x^2 &lt; 0$.</w:t>
      </w:r>
    </w:p>
    <w:p>
      <w:pPr>
        <w:pStyle w:val="ListParagraph"/>
      </w:pPr>
      <w:r>
        <w:rPr>
          <w:sz w:val="22"/>
        </w:rPr>
        <w:t>B. $\forall x \in \mathbb{R}, x^2 &lt; 0$.</w:t>
      </w:r>
    </w:p>
    <w:p>
      <w:pPr>
        <w:pStyle w:val="ListParagraph"/>
      </w:pPr>
      <w:r>
        <w:rPr>
          <w:sz w:val="22"/>
        </w:rPr>
        <w:t>C. $\exists x \in \mathbb{R}, x^2 \le 0$.</w:t>
      </w:r>
    </w:p>
    <w:p>
      <w:pPr>
        <w:pStyle w:val="ListParagraph"/>
      </w:pPr>
      <w:r>
        <w:rPr>
          <w:sz w:val="22"/>
        </w:rPr>
        <w:t>D. $\forall x \in \mathbb{R}, x^2 \le 0$.</w:t>
      </w:r>
    </w:p>
    <w:p/>
    <w:p>
      <w:r>
        <w:rPr>
          <w:b/>
          <w:sz w:val="24"/>
        </w:rPr>
        <w:t>Câu 3: Cho tập hợp $A=\{1,2,3,4\}$, $B=\{2,4,6\}$. Tập $A \cap B$ là:</w:t>
      </w:r>
    </w:p>
    <w:p>
      <w:pPr>
        <w:pStyle w:val="ListParagraph"/>
      </w:pPr>
      <w:r>
        <w:rPr>
          <w:sz w:val="22"/>
        </w:rPr>
        <w:t>A. $\{1,2,3,4,6\}$</w:t>
      </w:r>
    </w:p>
    <w:p>
      <w:pPr>
        <w:pStyle w:val="ListParagraph"/>
      </w:pPr>
      <w:r>
        <w:rPr>
          <w:sz w:val="22"/>
        </w:rPr>
        <w:t>B. $\{1,3\}$</w:t>
      </w:r>
    </w:p>
    <w:p>
      <w:pPr>
        <w:pStyle w:val="ListParagraph"/>
      </w:pPr>
      <w:r>
        <w:rPr>
          <w:sz w:val="22"/>
        </w:rPr>
        <w:t>C. $\{2,4\}$</w:t>
      </w:r>
    </w:p>
    <w:p>
      <w:pPr>
        <w:pStyle w:val="ListParagraph"/>
      </w:pPr>
      <w:r>
        <w:rPr>
          <w:sz w:val="22"/>
        </w:rPr>
        <w:t>D. $\{6\}$</w:t>
      </w:r>
    </w:p>
    <w:p/>
    <w:p>
      <w:r>
        <w:rPr>
          <w:b/>
          <w:sz w:val="24"/>
        </w:rPr>
        <w:t>Câu 4: Cho $A=(-\infty;5]$, $B=(2;10)$. Khi đó $A \cap B$ là:</w:t>
      </w:r>
    </w:p>
    <w:p>
      <w:pPr>
        <w:pStyle w:val="ListParagraph"/>
      </w:pPr>
      <w:r>
        <w:rPr>
          <w:sz w:val="22"/>
        </w:rPr>
        <w:t>A. $(2;5]$</w:t>
      </w:r>
    </w:p>
    <w:p>
      <w:pPr>
        <w:pStyle w:val="ListParagraph"/>
      </w:pPr>
      <w:r>
        <w:rPr>
          <w:sz w:val="22"/>
        </w:rPr>
        <w:t>B. $[2;5)$</w:t>
      </w:r>
    </w:p>
    <w:p>
      <w:pPr>
        <w:pStyle w:val="ListParagraph"/>
      </w:pPr>
      <w:r>
        <w:rPr>
          <w:sz w:val="22"/>
        </w:rPr>
        <w:t>C. $(2;10)$</w:t>
      </w:r>
    </w:p>
    <w:p>
      <w:pPr>
        <w:pStyle w:val="ListParagraph"/>
      </w:pPr>
      <w:r>
        <w:rPr>
          <w:sz w:val="22"/>
        </w:rPr>
        <w:t>D. $(-\infty;10)$</w:t>
      </w:r>
    </w:p>
    <w:p/>
    <w:p>
      <w:r>
        <w:rPr>
          <w:b/>
          <w:sz w:val="24"/>
        </w:rPr>
        <w:t>Câu 5: Bất phương trình nào là bất phương trình bậc nhất hai ẩn?</w:t>
      </w:r>
    </w:p>
    <w:p>
      <w:pPr>
        <w:pStyle w:val="ListParagraph"/>
      </w:pPr>
      <w:r>
        <w:rPr>
          <w:sz w:val="22"/>
        </w:rPr>
        <w:t>A. $x^2 + y &lt; 1$</w:t>
      </w:r>
    </w:p>
    <w:p>
      <w:pPr>
        <w:pStyle w:val="ListParagraph"/>
      </w:pPr>
      <w:r>
        <w:rPr>
          <w:sz w:val="22"/>
        </w:rPr>
        <w:t>B. $\frac{x}{y} + 1 \ge 0$</w:t>
      </w:r>
    </w:p>
    <w:p>
      <w:pPr>
        <w:pStyle w:val="ListParagraph"/>
      </w:pPr>
      <w:r>
        <w:rPr>
          <w:sz w:val="22"/>
        </w:rPr>
        <w:t>C. $2x + 3y &gt; 5$</w:t>
      </w:r>
    </w:p>
    <w:p>
      <w:pPr>
        <w:pStyle w:val="ListParagraph"/>
      </w:pPr>
      <w:r>
        <w:rPr>
          <w:sz w:val="22"/>
        </w:rPr>
        <w:t>D. $x + y^2 \le 2$</w:t>
      </w:r>
    </w:p>
    <w:p/>
    <w:p>
      <w:r>
        <w:rPr>
          <w:b/>
          <w:sz w:val="24"/>
        </w:rPr>
        <w:t>Câu 6: Điểm nào thuộc miền nghiệm của bất phương trình $x + 2y &gt; 4$?</w:t>
      </w:r>
    </w:p>
    <w:p>
      <w:pPr>
        <w:pStyle w:val="ListParagraph"/>
      </w:pPr>
      <w:r>
        <w:rPr>
          <w:sz w:val="22"/>
        </w:rPr>
        <w:t>A. $(0;0)$</w:t>
      </w:r>
    </w:p>
    <w:p>
      <w:pPr>
        <w:pStyle w:val="ListParagraph"/>
      </w:pPr>
      <w:r>
        <w:rPr>
          <w:sz w:val="22"/>
        </w:rPr>
        <w:t>B. $(1;1)$</w:t>
      </w:r>
    </w:p>
    <w:p>
      <w:pPr>
        <w:pStyle w:val="ListParagraph"/>
      </w:pPr>
      <w:r>
        <w:rPr>
          <w:sz w:val="22"/>
        </w:rPr>
        <w:t>C. $(4;0)$</w:t>
      </w:r>
    </w:p>
    <w:p>
      <w:pPr>
        <w:pStyle w:val="ListParagraph"/>
      </w:pPr>
      <w:r>
        <w:rPr>
          <w:sz w:val="22"/>
        </w:rPr>
        <w:t>D. $(2;3)$</w:t>
      </w:r>
    </w:p>
    <w:p/>
    <w:p>
      <w:r>
        <w:rPr>
          <w:b/>
          <w:sz w:val="24"/>
        </w:rPr>
        <w:t>Câu 7: Hệ bất phương trình nào sau đây là hệ bất phương trình bậc nhất hai ẩn?</w:t>
      </w:r>
    </w:p>
    <w:p>
      <w:pPr>
        <w:pStyle w:val="ListParagraph"/>
      </w:pPr>
      <w:r>
        <w:rPr>
          <w:sz w:val="22"/>
        </w:rPr>
        <w:t>A. $\begin{cases} x^2 + y &gt; 1 \\ x - y \le 3 \end{cases}$</w:t>
      </w:r>
    </w:p>
    <w:p>
      <w:pPr>
        <w:pStyle w:val="ListParagraph"/>
      </w:pPr>
      <w:r>
        <w:rPr>
          <w:sz w:val="22"/>
        </w:rPr>
        <w:t>B. $\begin{cases} x + y &gt; 1 \\ 2x - y \le 3 \end{cases}$</w:t>
      </w:r>
    </w:p>
    <w:p>
      <w:pPr>
        <w:pStyle w:val="ListParagraph"/>
      </w:pPr>
      <w:r>
        <w:rPr>
          <w:sz w:val="22"/>
        </w:rPr>
        <w:t>C. $\begin{cases} \frac{1}{x} + y &gt; 1 \\ x - y \le 3 \end{cases}$</w:t>
      </w:r>
    </w:p>
    <w:p>
      <w:pPr>
        <w:pStyle w:val="ListParagraph"/>
      </w:pPr>
      <w:r>
        <w:rPr>
          <w:sz w:val="22"/>
        </w:rPr>
        <w:t>D. $\begin{cases} x + y &gt; 1 \\ xy \le 3 \end{cases}$</w:t>
      </w:r>
    </w:p>
    <w:p/>
    <w:p>
      <w:r>
        <w:rPr>
          <w:b/>
          <w:sz w:val="24"/>
        </w:rPr>
        <w:t>Câu 8: Cho tam giác $ABC$ có $BC=a$, $CA=b$, $AB=c$. Khẳng định nào đúng theo định lí côsin?</w:t>
      </w:r>
    </w:p>
    <w:p>
      <w:pPr>
        <w:pStyle w:val="ListParagraph"/>
      </w:pPr>
      <w:r>
        <w:rPr>
          <w:sz w:val="22"/>
        </w:rPr>
        <w:t>A. $a^2 = b^2 + c^2 + 2bc\cos A$</w:t>
      </w:r>
    </w:p>
    <w:p>
      <w:pPr>
        <w:pStyle w:val="ListParagraph"/>
      </w:pPr>
      <w:r>
        <w:rPr>
          <w:sz w:val="22"/>
        </w:rPr>
        <w:t>B. $a^2 = b^2 + c^2 - 2bc\cos B$</w:t>
      </w:r>
    </w:p>
    <w:p>
      <w:pPr>
        <w:pStyle w:val="ListParagraph"/>
      </w:pPr>
      <w:r>
        <w:rPr>
          <w:sz w:val="22"/>
        </w:rPr>
        <w:t>C. $a^2 = b^2 + c^2 - 2bc\cos C$</w:t>
      </w:r>
    </w:p>
    <w:p>
      <w:pPr>
        <w:pStyle w:val="ListParagraph"/>
      </w:pPr>
      <w:r>
        <w:rPr>
          <w:sz w:val="22"/>
        </w:rPr>
        <w:t>D. $a^2 = b^2 + c^2 - 2bc\cos A$</w:t>
      </w:r>
    </w:p>
    <w:p/>
    <w:p>
      <w:r>
        <w:rPr>
          <w:b/>
          <w:sz w:val="24"/>
        </w:rPr>
        <w:t>Câu 9: Cho tam giác $ABC$ có $AB=3$, $AC=4$, $\widehat{A}=60^\circ$. Độ dài $BC$ bằng:</w:t>
      </w:r>
    </w:p>
    <w:p>
      <w:pPr>
        <w:pStyle w:val="ListParagraph"/>
      </w:pPr>
      <w:r>
        <w:rPr>
          <w:sz w:val="22"/>
        </w:rPr>
        <w:t>A. $\sqrt{37}$</w:t>
      </w:r>
    </w:p>
    <w:p>
      <w:pPr>
        <w:pStyle w:val="ListParagraph"/>
      </w:pPr>
      <w:r>
        <w:rPr>
          <w:sz w:val="22"/>
        </w:rPr>
        <w:t>B. $5$</w:t>
      </w:r>
    </w:p>
    <w:p>
      <w:pPr>
        <w:pStyle w:val="ListParagraph"/>
      </w:pPr>
      <w:r>
        <w:rPr>
          <w:sz w:val="22"/>
        </w:rPr>
        <w:t>C. $\sqrt{13}$</w:t>
      </w:r>
    </w:p>
    <w:p>
      <w:pPr>
        <w:pStyle w:val="ListParagraph"/>
      </w:pPr>
      <w:r>
        <w:rPr>
          <w:sz w:val="22"/>
        </w:rPr>
        <w:t>D. $7$</w:t>
      </w:r>
    </w:p>
    <w:p/>
    <w:p>
      <w:r>
        <w:rPr>
          <w:b/>
          <w:sz w:val="24"/>
        </w:rPr>
        <w:t>Câu 10: Cho tam giác $ABC$ có $a=5$, $b=7$, $\widehat{C}=60^\circ$. Độ dài cạnh $c$ bằng:</w:t>
      </w:r>
    </w:p>
    <w:p>
      <w:pPr>
        <w:pStyle w:val="ListParagraph"/>
      </w:pPr>
      <w:r>
        <w:rPr>
          <w:sz w:val="22"/>
        </w:rPr>
        <w:t>A. $\sqrt{109}$</w:t>
      </w:r>
    </w:p>
    <w:p>
      <w:pPr>
        <w:pStyle w:val="ListParagraph"/>
      </w:pPr>
      <w:r>
        <w:rPr>
          <w:sz w:val="22"/>
        </w:rPr>
        <w:t>B. $\sqrt{74}$</w:t>
      </w:r>
    </w:p>
    <w:p>
      <w:pPr>
        <w:pStyle w:val="ListParagraph"/>
      </w:pPr>
      <w:r>
        <w:rPr>
          <w:sz w:val="22"/>
        </w:rPr>
        <w:t>C. $9$</w:t>
      </w:r>
    </w:p>
    <w:p>
      <w:pPr>
        <w:pStyle w:val="ListParagraph"/>
      </w:pPr>
      <w:r>
        <w:rPr>
          <w:sz w:val="22"/>
        </w:rPr>
        <w:t>D. $\sqrt{39}$</w:t>
      </w:r>
    </w:p>
    <w:p/>
    <w:p>
      <w:r>
        <w:rPr>
          <w:b/>
          <w:sz w:val="24"/>
        </w:rPr>
        <w:t>Câu 11: Cho tam giác $ABC$ có $BC=6$, $\widehat{A}=30^\circ$. Bán kính đường tròn ngoại tiếp $R$ bằng:</w:t>
      </w:r>
    </w:p>
    <w:p>
      <w:pPr>
        <w:pStyle w:val="ListParagraph"/>
      </w:pPr>
      <w:r>
        <w:rPr>
          <w:sz w:val="22"/>
        </w:rPr>
        <w:t>A. $3$</w:t>
      </w:r>
    </w:p>
    <w:p>
      <w:pPr>
        <w:pStyle w:val="ListParagraph"/>
      </w:pPr>
      <w:r>
        <w:rPr>
          <w:sz w:val="22"/>
        </w:rPr>
        <w:t>B. $12$</w:t>
      </w:r>
    </w:p>
    <w:p>
      <w:pPr>
        <w:pStyle w:val="ListParagraph"/>
      </w:pPr>
      <w:r>
        <w:rPr>
          <w:sz w:val="22"/>
        </w:rPr>
        <w:t>C. $6$</w:t>
      </w:r>
    </w:p>
    <w:p>
      <w:pPr>
        <w:pStyle w:val="ListParagraph"/>
      </w:pPr>
      <w:r>
        <w:rPr>
          <w:sz w:val="22"/>
        </w:rPr>
        <w:t>D. $3\sqrt{3}$</w:t>
      </w:r>
    </w:p>
    <w:p/>
    <w:p>
      <w:r>
        <w:rPr>
          <w:b/>
          <w:sz w:val="24"/>
        </w:rPr>
        <w:t>Câu 12: Cho tam giác $ABC$ có $AB=2$, $AC=3$, $BC=4$. Giá trị $\cos A$ bằng:</w:t>
      </w:r>
    </w:p>
    <w:p>
      <w:pPr>
        <w:pStyle w:val="ListParagraph"/>
      </w:pPr>
      <w:r>
        <w:rPr>
          <w:sz w:val="22"/>
        </w:rPr>
        <w:t>A. $\frac{1}{4}$</w:t>
      </w:r>
    </w:p>
    <w:p>
      <w:pPr>
        <w:pStyle w:val="ListParagraph"/>
      </w:pPr>
      <w:r>
        <w:rPr>
          <w:sz w:val="22"/>
        </w:rPr>
        <w:t>B. $-\frac{1}{2}$</w:t>
      </w:r>
    </w:p>
    <w:p>
      <w:pPr>
        <w:pStyle w:val="ListParagraph"/>
      </w:pPr>
      <w:r>
        <w:rPr>
          <w:sz w:val="22"/>
        </w:rPr>
        <w:t>C. $-\frac{1}{4}$</w:t>
      </w:r>
    </w:p>
    <w:p>
      <w:pPr>
        <w:pStyle w:val="ListParagraph"/>
      </w:pPr>
      <w:r>
        <w:rPr>
          <w:sz w:val="22"/>
        </w:rPr>
        <w:t>D. $\frac{1}{2}$</w:t>
      </w:r>
    </w:p>
    <w:p/>
    <w:p>
      <w:r>
        <w:rPr>
          <w:b/>
          <w:sz w:val="24"/>
        </w:rPr>
        <w:t>Câu 13: Khẳng định nào đúng về vectơ?</w:t>
      </w:r>
    </w:p>
    <w:p>
      <w:pPr>
        <w:pStyle w:val="ListParagraph"/>
      </w:pPr>
      <w:r>
        <w:rPr>
          <w:sz w:val="22"/>
        </w:rPr>
        <w:t>A. Vectơ là đoạn thẳng.</w:t>
      </w:r>
    </w:p>
    <w:p>
      <w:pPr>
        <w:pStyle w:val="ListParagraph"/>
      </w:pPr>
      <w:r>
        <w:rPr>
          <w:sz w:val="22"/>
        </w:rPr>
        <w:t>B. Vectơ là một số thực.</w:t>
      </w:r>
    </w:p>
    <w:p>
      <w:pPr>
        <w:pStyle w:val="ListParagraph"/>
      </w:pPr>
      <w:r>
        <w:rPr>
          <w:sz w:val="22"/>
        </w:rPr>
        <w:t>C. Vectơ là một điểm.</w:t>
      </w:r>
    </w:p>
    <w:p>
      <w:pPr>
        <w:pStyle w:val="ListParagraph"/>
      </w:pPr>
      <w:r>
        <w:rPr>
          <w:sz w:val="22"/>
        </w:rPr>
        <w:t>D. Vectơ là đoạn thẳng có hướng.</w:t>
      </w:r>
    </w:p>
    <w:p/>
    <w:p>
      <w:r>
        <w:rPr>
          <w:b/>
          <w:sz w:val="24"/>
        </w:rPr>
        <w:t>Câu 14: Cho hình bình hành $ABCD$. Đẳng thức vectơ nào đúng?</w:t>
      </w:r>
    </w:p>
    <w:p>
      <w:pPr>
        <w:pStyle w:val="ListParagraph"/>
      </w:pPr>
      <w:r>
        <w:rPr>
          <w:sz w:val="22"/>
        </w:rPr>
        <w:t>A. $\vec{AB} = \vec{CD}$</w:t>
      </w:r>
    </w:p>
    <w:p>
      <w:pPr>
        <w:pStyle w:val="ListParagraph"/>
      </w:pPr>
      <w:r>
        <w:rPr>
          <w:sz w:val="22"/>
        </w:rPr>
        <w:t>B. $\vec{AB} = \vec{BC}$</w:t>
      </w:r>
    </w:p>
    <w:p>
      <w:pPr>
        <w:pStyle w:val="ListParagraph"/>
      </w:pPr>
      <w:r>
        <w:rPr>
          <w:sz w:val="22"/>
        </w:rPr>
        <w:t>C. $\vec{AB} = \vec{DC}$</w:t>
      </w:r>
    </w:p>
    <w:p>
      <w:pPr>
        <w:pStyle w:val="ListParagraph"/>
      </w:pPr>
      <w:r>
        <w:rPr>
          <w:sz w:val="22"/>
        </w:rPr>
        <w:t>D. $\vec{AB} = \vec{AD}$</w:t>
      </w:r>
    </w:p>
    <w:p/>
    <w:p>
      <w:r>
        <w:rPr>
          <w:b/>
          <w:sz w:val="24"/>
        </w:rPr>
        <w:t>Câu 15: Cho ba điểm $A$, $B$, $C$ phân biệt. Đẳng thức nào đúng?</w:t>
      </w:r>
    </w:p>
    <w:p>
      <w:pPr>
        <w:pStyle w:val="ListParagraph"/>
      </w:pPr>
      <w:r>
        <w:rPr>
          <w:sz w:val="22"/>
        </w:rPr>
        <w:t>A. $\vec{AB} + \vec{AC} = \vec{BC}$</w:t>
      </w:r>
    </w:p>
    <w:p>
      <w:pPr>
        <w:pStyle w:val="ListParagraph"/>
      </w:pPr>
      <w:r>
        <w:rPr>
          <w:sz w:val="22"/>
        </w:rPr>
        <w:t>B. $\vec{AB} - \vec{BC} = \vec{AC}$</w:t>
      </w:r>
    </w:p>
    <w:p>
      <w:pPr>
        <w:pStyle w:val="ListParagraph"/>
      </w:pPr>
      <w:r>
        <w:rPr>
          <w:sz w:val="22"/>
        </w:rPr>
        <w:t>C. $\vec{AB} + \vec{CA} = \vec{BC}$</w:t>
      </w:r>
    </w:p>
    <w:p>
      <w:pPr>
        <w:pStyle w:val="ListParagraph"/>
      </w:pPr>
      <w:r>
        <w:rPr>
          <w:sz w:val="22"/>
        </w:rPr>
        <w:t>D. $\vec{AB} + \vec{BC} = \vec{AC}$</w:t>
      </w:r>
    </w:p>
    <w:p/>
    <w:p>
      <w:r>
        <w:rPr>
          <w:b/>
          <w:sz w:val="24"/>
        </w:rPr>
        <w:t>Câu 16: Trong mặt phẳng tọa độ $Oxy$, cho $A(1;2)$, $B(3;4)$. Tọa độ vectơ $\vec{AB}$ là:</w:t>
      </w:r>
    </w:p>
    <w:p>
      <w:pPr>
        <w:pStyle w:val="ListParagraph"/>
      </w:pPr>
      <w:r>
        <w:rPr>
          <w:sz w:val="22"/>
        </w:rPr>
        <w:t>A. $(4;6)$</w:t>
      </w:r>
    </w:p>
    <w:p>
      <w:pPr>
        <w:pStyle w:val="ListParagraph"/>
      </w:pPr>
      <w:r>
        <w:rPr>
          <w:sz w:val="22"/>
        </w:rPr>
        <w:t>B. $(-2;-2)$</w:t>
      </w:r>
    </w:p>
    <w:p>
      <w:pPr>
        <w:pStyle w:val="ListParagraph"/>
      </w:pPr>
      <w:r>
        <w:rPr>
          <w:sz w:val="22"/>
        </w:rPr>
        <w:t>C. $(2;2)$</w:t>
      </w:r>
    </w:p>
    <w:p>
      <w:pPr>
        <w:pStyle w:val="ListParagraph"/>
      </w:pPr>
      <w:r>
        <w:rPr>
          <w:sz w:val="22"/>
        </w:rPr>
        <w:t>D. $(2;-2)$</w:t>
      </w:r>
    </w:p>
    <w:p/>
    <w:p>
      <w:r>
        <w:rPr>
          <w:b/>
          <w:sz w:val="24"/>
        </w:rPr>
        <w:t>Câu 17: Trong mặt phẳng tọa độ $Oxy$, cho $\vec{u}=(2;-3)$, $\vec{v}=(-1;4)$. Tọa độ $\vec{u}+\vec{v}$ là:</w:t>
      </w:r>
    </w:p>
    <w:p>
      <w:pPr>
        <w:pStyle w:val="ListParagraph"/>
      </w:pPr>
      <w:r>
        <w:rPr>
          <w:sz w:val="22"/>
        </w:rPr>
        <w:t>A. $(3;-7)$</w:t>
      </w:r>
    </w:p>
    <w:p>
      <w:pPr>
        <w:pStyle w:val="ListParagraph"/>
      </w:pPr>
      <w:r>
        <w:rPr>
          <w:sz w:val="22"/>
        </w:rPr>
        <w:t>B. $(1;1)$</w:t>
      </w:r>
    </w:p>
    <w:p>
      <w:pPr>
        <w:pStyle w:val="ListParagraph"/>
      </w:pPr>
      <w:r>
        <w:rPr>
          <w:sz w:val="22"/>
        </w:rPr>
        <w:t>C. $(1;-7)$</w:t>
      </w:r>
    </w:p>
    <w:p>
      <w:pPr>
        <w:pStyle w:val="ListParagraph"/>
      </w:pPr>
      <w:r>
        <w:rPr>
          <w:sz w:val="22"/>
        </w:rPr>
        <w:t>D. $(-3;7)$</w:t>
      </w:r>
    </w:p>
    <w:p/>
    <w:p>
      <w:r>
        <w:rPr>
          <w:b/>
          <w:sz w:val="24"/>
        </w:rPr>
        <w:t>Câu 18: Cho hàm số $y=2x+1$. Điểm nào thuộc đồ thị hàm số?</w:t>
      </w:r>
    </w:p>
    <w:p>
      <w:pPr>
        <w:pStyle w:val="ListParagraph"/>
      </w:pPr>
      <w:r>
        <w:rPr>
          <w:sz w:val="22"/>
        </w:rPr>
        <w:t>A. $(1;1)$</w:t>
      </w:r>
    </w:p>
    <w:p>
      <w:pPr>
        <w:pStyle w:val="ListParagraph"/>
      </w:pPr>
      <w:r>
        <w:rPr>
          <w:sz w:val="22"/>
        </w:rPr>
        <w:t>B. $(2;3)$</w:t>
      </w:r>
    </w:p>
    <w:p>
      <w:pPr>
        <w:pStyle w:val="ListParagraph"/>
      </w:pPr>
      <w:r>
        <w:rPr>
          <w:sz w:val="22"/>
        </w:rPr>
        <w:t>C. $(-1;1)$</w:t>
      </w:r>
    </w:p>
    <w:p>
      <w:pPr>
        <w:pStyle w:val="ListParagraph"/>
      </w:pPr>
      <w:r>
        <w:rPr>
          <w:sz w:val="22"/>
        </w:rPr>
        <w:t>D. $(0;1)$</w:t>
      </w:r>
    </w:p>
    <w:p/>
    <w:p>
      <w:r>
        <w:rPr>
          <w:b/>
          <w:sz w:val="24"/>
        </w:rPr>
        <w:t>Câu 19: Tập xác định của hàm số $y=\frac{1}{x-2}$ là:</w:t>
      </w:r>
    </w:p>
    <w:p>
      <w:pPr>
        <w:pStyle w:val="ListParagraph"/>
      </w:pPr>
      <w:r>
        <w:rPr>
          <w:sz w:val="22"/>
        </w:rPr>
        <w:t>A. $\mathbb{R} \setminus \{2\}$</w:t>
      </w:r>
    </w:p>
    <w:p>
      <w:pPr>
        <w:pStyle w:val="ListParagraph"/>
      </w:pPr>
      <w:r>
        <w:rPr>
          <w:sz w:val="22"/>
        </w:rPr>
        <w:t>B. $\mathbb{R}$</w:t>
      </w:r>
    </w:p>
    <w:p>
      <w:pPr>
        <w:pStyle w:val="ListParagraph"/>
      </w:pPr>
      <w:r>
        <w:rPr>
          <w:sz w:val="22"/>
        </w:rPr>
        <w:t>C. $[2;+\infty)$</w:t>
      </w:r>
    </w:p>
    <w:p>
      <w:pPr>
        <w:pStyle w:val="ListParagraph"/>
      </w:pPr>
      <w:r>
        <w:rPr>
          <w:sz w:val="22"/>
        </w:rPr>
        <w:t>D. $(-\infty;2)$</w:t>
      </w:r>
    </w:p>
    <w:p/>
    <w:p>
      <w:r>
        <w:rPr>
          <w:b/>
          <w:sz w:val="24"/>
        </w:rPr>
        <w:t>Câu 20: Đỉnh của parabol $y=-x^2+2x+3$ là:</w:t>
      </w:r>
    </w:p>
    <w:p>
      <w:pPr>
        <w:pStyle w:val="ListParagraph"/>
      </w:pPr>
      <w:r>
        <w:rPr>
          <w:sz w:val="22"/>
        </w:rPr>
        <w:t>A. $(1;4)$</w:t>
      </w:r>
    </w:p>
    <w:p>
      <w:pPr>
        <w:pStyle w:val="ListParagraph"/>
      </w:pPr>
      <w:r>
        <w:rPr>
          <w:sz w:val="22"/>
        </w:rPr>
        <w:t>B. $(-1;0)$</w:t>
      </w:r>
    </w:p>
    <w:p>
      <w:pPr>
        <w:pStyle w:val="ListParagraph"/>
      </w:pPr>
      <w:r>
        <w:rPr>
          <w:sz w:val="22"/>
        </w:rPr>
        <w:t>C. $(1;0)$</w:t>
      </w:r>
    </w:p>
    <w:p>
      <w:pPr>
        <w:pStyle w:val="ListParagraph"/>
      </w:pPr>
      <w:r>
        <w:rPr>
          <w:sz w:val="22"/>
        </w:rPr>
        <w:t>D. $(2;3)$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