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Hóa học Lớp 11 - Nitơ, Amoniac và Axit nitric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Cấu hình electron lớp ngoài cùng của nguyên tử nitơ (Z=7) là:</w:t>
      </w:r>
    </w:p>
    <w:p>
      <w:pPr>
        <w:pStyle w:val="ListParagraph"/>
      </w:pPr>
      <w:r>
        <w:rPr>
          <w:sz w:val="22"/>
        </w:rPr>
        <w:t>A. $2s^2 2p^3$</w:t>
      </w:r>
    </w:p>
    <w:p>
      <w:pPr>
        <w:pStyle w:val="ListParagraph"/>
      </w:pPr>
      <w:r>
        <w:rPr>
          <w:sz w:val="22"/>
        </w:rPr>
        <w:t>B. $2s^2 2p^5$</w:t>
      </w:r>
    </w:p>
    <w:p>
      <w:pPr>
        <w:pStyle w:val="ListParagraph"/>
      </w:pPr>
      <w:r>
        <w:rPr>
          <w:sz w:val="22"/>
        </w:rPr>
        <w:t>C. $2s^2 2p^6$</w:t>
      </w:r>
    </w:p>
    <w:p>
      <w:pPr>
        <w:pStyle w:val="ListParagraph"/>
      </w:pPr>
      <w:r>
        <w:rPr>
          <w:sz w:val="22"/>
        </w:rPr>
        <w:t>D. $2s^2 2p^4$</w:t>
      </w:r>
    </w:p>
    <w:p/>
    <w:p>
      <w:r>
        <w:rPr>
          <w:b/>
          <w:sz w:val="24"/>
        </w:rPr>
        <w:t>Câu 2: Trong phân tử nitơ ($N_2$), liên kết giữa hai nguyên tử nitơ là:</w:t>
      </w:r>
    </w:p>
    <w:p>
      <w:pPr>
        <w:pStyle w:val="ListParagraph"/>
      </w:pPr>
      <w:r>
        <w:rPr>
          <w:sz w:val="22"/>
        </w:rPr>
        <w:t>A. Liên kết đơn</w:t>
      </w:r>
    </w:p>
    <w:p>
      <w:pPr>
        <w:pStyle w:val="ListParagraph"/>
      </w:pPr>
      <w:r>
        <w:rPr>
          <w:sz w:val="22"/>
        </w:rPr>
        <w:t>B. Liên kết đôi</w:t>
      </w:r>
    </w:p>
    <w:p>
      <w:pPr>
        <w:pStyle w:val="ListParagraph"/>
      </w:pPr>
      <w:r>
        <w:rPr>
          <w:sz w:val="22"/>
        </w:rPr>
        <w:t>C. Liên kết ba</w:t>
      </w:r>
    </w:p>
    <w:p>
      <w:pPr>
        <w:pStyle w:val="ListParagraph"/>
      </w:pPr>
      <w:r>
        <w:rPr>
          <w:sz w:val="22"/>
        </w:rPr>
        <w:t>D. Liên kết ion</w:t>
      </w:r>
    </w:p>
    <w:p/>
    <w:p>
      <w:r>
        <w:rPr>
          <w:b/>
          <w:sz w:val="24"/>
        </w:rPr>
        <w:t>Câu 3: Khí nitơ tương đối trơ ở nhiệt độ thường vì:</w:t>
      </w:r>
    </w:p>
    <w:p>
      <w:pPr>
        <w:pStyle w:val="ListParagraph"/>
      </w:pPr>
      <w:r>
        <w:rPr>
          <w:sz w:val="22"/>
        </w:rPr>
        <w:t>A. Nitơ có bán kính nguyên tử nhỏ</w:t>
      </w:r>
    </w:p>
    <w:p>
      <w:pPr>
        <w:pStyle w:val="ListParagraph"/>
      </w:pPr>
      <w:r>
        <w:rPr>
          <w:sz w:val="22"/>
        </w:rPr>
        <w:t>B. Nitơ có độ âm điện lớn</w:t>
      </w:r>
    </w:p>
    <w:p>
      <w:pPr>
        <w:pStyle w:val="ListParagraph"/>
      </w:pPr>
      <w:r>
        <w:rPr>
          <w:sz w:val="22"/>
        </w:rPr>
        <w:t>C. Trong phân tử $N_2$ có liên kết ba rất bền vững</w:t>
      </w:r>
    </w:p>
    <w:p>
      <w:pPr>
        <w:pStyle w:val="ListParagraph"/>
      </w:pPr>
      <w:r>
        <w:rPr>
          <w:sz w:val="22"/>
        </w:rPr>
        <w:t>D. Nitơ là phi kim có tính oxi hóa mạnh</w:t>
      </w:r>
    </w:p>
    <w:p/>
    <w:p>
      <w:r>
        <w:rPr>
          <w:b/>
          <w:sz w:val="24"/>
        </w:rPr>
        <w:t>Câu 4: Amoniac ($NH_3$) có tính bazơ yếu vì:</w:t>
      </w:r>
    </w:p>
    <w:p>
      <w:pPr>
        <w:pStyle w:val="ListParagraph"/>
      </w:pPr>
      <w:r>
        <w:rPr>
          <w:sz w:val="22"/>
        </w:rPr>
        <w:t>A. Nguyên tử N còn cặp electron tự do</w:t>
      </w:r>
    </w:p>
    <w:p>
      <w:pPr>
        <w:pStyle w:val="ListParagraph"/>
      </w:pPr>
      <w:r>
        <w:rPr>
          <w:sz w:val="22"/>
        </w:rPr>
        <w:t>B. Phân tử $NH_3$ phân cực</w:t>
      </w:r>
    </w:p>
    <w:p>
      <w:pPr>
        <w:pStyle w:val="ListParagraph"/>
      </w:pPr>
      <w:r>
        <w:rPr>
          <w:sz w:val="22"/>
        </w:rPr>
        <w:t>C. Liên kết N-H phân cực về phía N</w:t>
      </w:r>
    </w:p>
    <w:p>
      <w:pPr>
        <w:pStyle w:val="ListParagraph"/>
      </w:pPr>
      <w:r>
        <w:rPr>
          <w:sz w:val="22"/>
        </w:rPr>
        <w:t>D. Amoniac tan nhiều trong nước</w:t>
      </w:r>
    </w:p>
    <w:p/>
    <w:p>
      <w:r>
        <w:rPr>
          <w:b/>
          <w:sz w:val="24"/>
        </w:rPr>
        <w:t>Câu 5: Cho phản ứng: $NH_3 + HCl \rightarrow NH_4Cl$. Vai trò của $NH_3$ trong phản ứng là:</w:t>
      </w:r>
    </w:p>
    <w:p>
      <w:pPr>
        <w:pStyle w:val="ListParagraph"/>
      </w:pPr>
      <w:r>
        <w:rPr>
          <w:sz w:val="22"/>
        </w:rPr>
        <w:t>A. Chất oxi hóa</w:t>
      </w:r>
    </w:p>
    <w:p>
      <w:pPr>
        <w:pStyle w:val="ListParagraph"/>
      </w:pPr>
      <w:r>
        <w:rPr>
          <w:sz w:val="22"/>
        </w:rPr>
        <w:t>B. Chất khử</w:t>
      </w:r>
    </w:p>
    <w:p>
      <w:pPr>
        <w:pStyle w:val="ListParagraph"/>
      </w:pPr>
      <w:r>
        <w:rPr>
          <w:sz w:val="22"/>
        </w:rPr>
        <w:t>C. Axit</w:t>
      </w:r>
    </w:p>
    <w:p>
      <w:pPr>
        <w:pStyle w:val="ListParagraph"/>
      </w:pPr>
      <w:r>
        <w:rPr>
          <w:sz w:val="22"/>
        </w:rPr>
        <w:t>D. Bazơ</w:t>
      </w:r>
    </w:p>
    <w:p/>
    <w:p>
      <w:r>
        <w:rPr>
          <w:b/>
          <w:sz w:val="24"/>
        </w:rPr>
        <w:t>Câu 6: Để điều chế $NH_3$ trong phòng thí nghiệm, người ta thường dùng phản ứng:</w:t>
      </w:r>
    </w:p>
    <w:p>
      <w:pPr>
        <w:pStyle w:val="ListParagraph"/>
      </w:pPr>
      <w:r>
        <w:rPr>
          <w:sz w:val="22"/>
        </w:rPr>
        <w:t>A. $N_2 + 3H_2 \rightleftharpoons 2NH_3$</w:t>
      </w:r>
    </w:p>
    <w:p>
      <w:pPr>
        <w:pStyle w:val="ListParagraph"/>
      </w:pPr>
      <w:r>
        <w:rPr>
          <w:sz w:val="22"/>
        </w:rPr>
        <w:t>B. $NH_4Cl + NaOH \rightarrow NH_3 + NaCl + H_2O$</w:t>
      </w:r>
    </w:p>
    <w:p>
      <w:pPr>
        <w:pStyle w:val="ListParagraph"/>
      </w:pPr>
      <w:r>
        <w:rPr>
          <w:sz w:val="22"/>
        </w:rPr>
        <w:t>C. $NH_4NO_3 \rightarrow N_2O + 2H_2O$</w:t>
      </w:r>
    </w:p>
    <w:p>
      <w:pPr>
        <w:pStyle w:val="ListParagraph"/>
      </w:pPr>
      <w:r>
        <w:rPr>
          <w:sz w:val="22"/>
        </w:rPr>
        <w:t>D. $2NH_3 + H_2SO_4 \rightarrow (NH_4)_2SO_4$</w:t>
      </w:r>
    </w:p>
    <w:p/>
    <w:p>
      <w:r>
        <w:rPr>
          <w:b/>
          <w:sz w:val="24"/>
        </w:rPr>
        <w:t>Câu 7: Axit nitric ($HNO_3$) là chất:</w:t>
      </w:r>
    </w:p>
    <w:p>
      <w:pPr>
        <w:pStyle w:val="ListParagraph"/>
      </w:pPr>
      <w:r>
        <w:rPr>
          <w:sz w:val="22"/>
        </w:rPr>
        <w:t>A. Chỉ có tính axit</w:t>
      </w:r>
    </w:p>
    <w:p>
      <w:pPr>
        <w:pStyle w:val="ListParagraph"/>
      </w:pPr>
      <w:r>
        <w:rPr>
          <w:sz w:val="22"/>
        </w:rPr>
        <w:t>B. Chỉ có tính oxi hóa mạnh</w:t>
      </w:r>
    </w:p>
    <w:p>
      <w:pPr>
        <w:pStyle w:val="ListParagraph"/>
      </w:pPr>
      <w:r>
        <w:rPr>
          <w:sz w:val="22"/>
        </w:rPr>
        <w:t>C. Có tính axit mạnh và tính oxi hóa mạnh</w:t>
      </w:r>
    </w:p>
    <w:p>
      <w:pPr>
        <w:pStyle w:val="ListParagraph"/>
      </w:pPr>
      <w:r>
        <w:rPr>
          <w:sz w:val="22"/>
        </w:rPr>
        <w:t>D. Có tính khử mạnh</w:t>
      </w:r>
    </w:p>
    <w:p/>
    <w:p>
      <w:r>
        <w:rPr>
          <w:b/>
          <w:sz w:val="24"/>
        </w:rPr>
        <w:t>Câu 8: Kim loại nào sau đây không tác dụng với dung dịch $HNO_3$ đặc nguội?</w:t>
      </w:r>
    </w:p>
    <w:p>
      <w:pPr>
        <w:pStyle w:val="ListParagraph"/>
      </w:pPr>
      <w:r>
        <w:rPr>
          <w:sz w:val="22"/>
        </w:rPr>
        <w:t>A. Cu</w:t>
      </w:r>
    </w:p>
    <w:p>
      <w:pPr>
        <w:pStyle w:val="ListParagraph"/>
      </w:pPr>
      <w:r>
        <w:rPr>
          <w:sz w:val="22"/>
        </w:rPr>
        <w:t>B. Fe</w:t>
      </w:r>
    </w:p>
    <w:p>
      <w:pPr>
        <w:pStyle w:val="ListParagraph"/>
      </w:pPr>
      <w:r>
        <w:rPr>
          <w:sz w:val="22"/>
        </w:rPr>
        <w:t>C. Ag</w:t>
      </w:r>
    </w:p>
    <w:p>
      <w:pPr>
        <w:pStyle w:val="ListParagraph"/>
      </w:pPr>
      <w:r>
        <w:rPr>
          <w:sz w:val="22"/>
        </w:rPr>
        <w:t>D. Zn</w:t>
      </w:r>
    </w:p>
    <w:p/>
    <w:p>
      <w:r>
        <w:rPr>
          <w:b/>
          <w:sz w:val="24"/>
        </w:rPr>
        <w:t>Câu 9: Cho phản ứng: $Cu + 4HNO_3 \text{ (đặc)} \rightarrow Cu(NO_3)_2 + 2NO_2 + 2H_2O$. Số phân tử $HNO_3$ đóng vai trò chất oxi hóa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10: Để phân biệt dung dịch $NH_4NO_3$ và dung dịch $NaNO_3$, có thể dùng thuốc thử nào sau đây?</w:t>
      </w:r>
    </w:p>
    <w:p>
      <w:pPr>
        <w:pStyle w:val="ListParagraph"/>
      </w:pPr>
      <w:r>
        <w:rPr>
          <w:sz w:val="22"/>
        </w:rPr>
        <w:t>A. Dung dịch $NaOH$</w:t>
      </w:r>
    </w:p>
    <w:p>
      <w:pPr>
        <w:pStyle w:val="ListParagraph"/>
      </w:pPr>
      <w:r>
        <w:rPr>
          <w:sz w:val="22"/>
        </w:rPr>
        <w:t>B. Dung dịch $HCl$</w:t>
      </w:r>
    </w:p>
    <w:p>
      <w:pPr>
        <w:pStyle w:val="ListParagraph"/>
      </w:pPr>
      <w:r>
        <w:rPr>
          <w:sz w:val="22"/>
        </w:rPr>
        <w:t>C. Dung dịch $H_2SO_4$</w:t>
      </w:r>
    </w:p>
    <w:p>
      <w:pPr>
        <w:pStyle w:val="ListParagraph"/>
      </w:pPr>
      <w:r>
        <w:rPr>
          <w:sz w:val="22"/>
        </w:rPr>
        <w:t>D. Quỳ tím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