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10 câu trắc nghiệm Tiếng Anh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She is very good ___ playing the piano.</w:t>
      </w:r>
    </w:p>
    <w:p>
      <w:pPr>
        <w:pStyle w:val="ListParagraph"/>
      </w:pPr>
      <w:r>
        <w:rPr>
          <w:sz w:val="22"/>
        </w:rPr>
        <w:t>A. at</w:t>
      </w:r>
    </w:p>
    <w:p>
      <w:pPr>
        <w:pStyle w:val="ListParagraph"/>
      </w:pPr>
      <w:r>
        <w:rPr>
          <w:sz w:val="22"/>
        </w:rPr>
        <w:t>B. in</w:t>
      </w:r>
    </w:p>
    <w:p>
      <w:pPr>
        <w:pStyle w:val="ListParagraph"/>
      </w:pPr>
      <w:r>
        <w:rPr>
          <w:sz w:val="22"/>
        </w:rPr>
        <w:t>C. on</w:t>
      </w:r>
    </w:p>
    <w:p>
      <w:pPr>
        <w:pStyle w:val="ListParagraph"/>
      </w:pPr>
      <w:r>
        <w:rPr>
          <w:sz w:val="22"/>
        </w:rPr>
        <w:t>D. for</w:t>
      </w:r>
    </w:p>
    <w:p/>
    <w:p>
      <w:r>
        <w:rPr>
          <w:b/>
          <w:sz w:val="24"/>
        </w:rPr>
        <w:t>Câu 2: If I ___ you, I would apologize.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was</w:t>
      </w:r>
    </w:p>
    <w:p>
      <w:pPr>
        <w:pStyle w:val="ListParagraph"/>
      </w:pPr>
      <w:r>
        <w:rPr>
          <w:sz w:val="22"/>
        </w:rPr>
        <w:t>C. were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3: The book ___ by a famous author.</w:t>
      </w:r>
    </w:p>
    <w:p>
      <w:pPr>
        <w:pStyle w:val="ListParagraph"/>
      </w:pPr>
      <w:r>
        <w:rPr>
          <w:sz w:val="22"/>
        </w:rPr>
        <w:t>A. wrote</w:t>
      </w:r>
    </w:p>
    <w:p>
      <w:pPr>
        <w:pStyle w:val="ListParagraph"/>
      </w:pPr>
      <w:r>
        <w:rPr>
          <w:sz w:val="22"/>
        </w:rPr>
        <w:t>B. was written</w:t>
      </w:r>
    </w:p>
    <w:p>
      <w:pPr>
        <w:pStyle w:val="ListParagraph"/>
      </w:pPr>
      <w:r>
        <w:rPr>
          <w:sz w:val="22"/>
        </w:rPr>
        <w:t>C. is writing</w:t>
      </w:r>
    </w:p>
    <w:p>
      <w:pPr>
        <w:pStyle w:val="ListParagraph"/>
      </w:pPr>
      <w:r>
        <w:rPr>
          <w:sz w:val="22"/>
        </w:rPr>
        <w:t>D. has written</w:t>
      </w:r>
    </w:p>
    <w:p/>
    <w:p>
      <w:r>
        <w:rPr>
          <w:b/>
          <w:sz w:val="24"/>
        </w:rPr>
        <w:t>Câu 4: I look forward to ___ from you soon.</w:t>
      </w:r>
    </w:p>
    <w:p>
      <w:pPr>
        <w:pStyle w:val="ListParagraph"/>
      </w:pPr>
      <w:r>
        <w:rPr>
          <w:sz w:val="22"/>
        </w:rPr>
        <w:t>A. hear</w:t>
      </w:r>
    </w:p>
    <w:p>
      <w:pPr>
        <w:pStyle w:val="ListParagraph"/>
      </w:pPr>
      <w:r>
        <w:rPr>
          <w:sz w:val="22"/>
        </w:rPr>
        <w:t>B. hearing</w:t>
      </w:r>
    </w:p>
    <w:p>
      <w:pPr>
        <w:pStyle w:val="ListParagraph"/>
      </w:pPr>
      <w:r>
        <w:rPr>
          <w:sz w:val="22"/>
        </w:rPr>
        <w:t>C. heard</w:t>
      </w:r>
    </w:p>
    <w:p>
      <w:pPr>
        <w:pStyle w:val="ListParagraph"/>
      </w:pPr>
      <w:r>
        <w:rPr>
          <w:sz w:val="22"/>
        </w:rPr>
        <w:t>D. hears</w:t>
      </w:r>
    </w:p>
    <w:p/>
    <w:p>
      <w:r>
        <w:rPr>
          <w:b/>
          <w:sz w:val="24"/>
        </w:rPr>
        <w:t>Câu 5: She has been working here ___ 2010.</w:t>
      </w:r>
    </w:p>
    <w:p>
      <w:pPr>
        <w:pStyle w:val="ListParagraph"/>
      </w:pPr>
      <w:r>
        <w:rPr>
          <w:sz w:val="22"/>
        </w:rPr>
        <w:t>A. for</w:t>
      </w:r>
    </w:p>
    <w:p>
      <w:pPr>
        <w:pStyle w:val="ListParagraph"/>
      </w:pPr>
      <w:r>
        <w:rPr>
          <w:sz w:val="22"/>
        </w:rPr>
        <w:t>B. since</w:t>
      </w:r>
    </w:p>
    <w:p>
      <w:pPr>
        <w:pStyle w:val="ListParagraph"/>
      </w:pPr>
      <w:r>
        <w:rPr>
          <w:sz w:val="22"/>
        </w:rPr>
        <w:t>C. in</w:t>
      </w:r>
    </w:p>
    <w:p>
      <w:pPr>
        <w:pStyle w:val="ListParagraph"/>
      </w:pPr>
      <w:r>
        <w:rPr>
          <w:sz w:val="22"/>
        </w:rPr>
        <w:t>D. at</w:t>
      </w:r>
    </w:p>
    <w:p/>
    <w:p>
      <w:r>
        <w:rPr>
          <w:b/>
          <w:sz w:val="24"/>
        </w:rPr>
        <w:t>Câu 6: The movie was so ___ that I fell asleep.</w:t>
      </w:r>
    </w:p>
    <w:p>
      <w:pPr>
        <w:pStyle w:val="ListParagraph"/>
      </w:pPr>
      <w:r>
        <w:rPr>
          <w:sz w:val="22"/>
        </w:rPr>
        <w:t>A. bored</w:t>
      </w:r>
    </w:p>
    <w:p>
      <w:pPr>
        <w:pStyle w:val="ListParagraph"/>
      </w:pPr>
      <w:r>
        <w:rPr>
          <w:sz w:val="22"/>
        </w:rPr>
        <w:t>B. boring</w:t>
      </w:r>
    </w:p>
    <w:p>
      <w:pPr>
        <w:pStyle w:val="ListParagraph"/>
      </w:pPr>
      <w:r>
        <w:rPr>
          <w:sz w:val="22"/>
        </w:rPr>
        <w:t>C. bore</w:t>
      </w:r>
    </w:p>
    <w:p>
      <w:pPr>
        <w:pStyle w:val="ListParagraph"/>
      </w:pPr>
      <w:r>
        <w:rPr>
          <w:sz w:val="22"/>
        </w:rPr>
        <w:t>D. boredom</w:t>
      </w:r>
    </w:p>
    <w:p/>
    <w:p>
      <w:r>
        <w:rPr>
          <w:b/>
          <w:sz w:val="24"/>
        </w:rPr>
        <w:t>Câu 7: He asked me ___ I had finished my homework.</w:t>
      </w:r>
    </w:p>
    <w:p>
      <w:pPr>
        <w:pStyle w:val="ListParagraph"/>
      </w:pPr>
      <w:r>
        <w:rPr>
          <w:sz w:val="22"/>
        </w:rPr>
        <w:t>A. if</w:t>
      </w:r>
    </w:p>
    <w:p>
      <w:pPr>
        <w:pStyle w:val="ListParagraph"/>
      </w:pPr>
      <w:r>
        <w:rPr>
          <w:sz w:val="22"/>
        </w:rPr>
        <w:t>B. that</w:t>
      </w:r>
    </w:p>
    <w:p>
      <w:pPr>
        <w:pStyle w:val="ListParagraph"/>
      </w:pPr>
      <w:r>
        <w:rPr>
          <w:sz w:val="22"/>
        </w:rPr>
        <w:t>C. what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8: You ___ smoke here. It's forbidden.</w:t>
      </w:r>
    </w:p>
    <w:p>
      <w:pPr>
        <w:pStyle w:val="ListParagraph"/>
      </w:pPr>
      <w:r>
        <w:rPr>
          <w:sz w:val="22"/>
        </w:rPr>
        <w:t>A. mustn't</w:t>
      </w:r>
    </w:p>
    <w:p>
      <w:pPr>
        <w:pStyle w:val="ListParagraph"/>
      </w:pPr>
      <w:r>
        <w:rPr>
          <w:sz w:val="22"/>
        </w:rPr>
        <w:t>B. don't have to</w:t>
      </w:r>
    </w:p>
    <w:p>
      <w:pPr>
        <w:pStyle w:val="ListParagraph"/>
      </w:pPr>
      <w:r>
        <w:rPr>
          <w:sz w:val="22"/>
        </w:rPr>
        <w:t>C. needn't</w:t>
      </w:r>
    </w:p>
    <w:p>
      <w:pPr>
        <w:pStyle w:val="ListParagraph"/>
      </w:pPr>
      <w:r>
        <w:rPr>
          <w:sz w:val="22"/>
        </w:rPr>
        <w:t>D. couldn't</w:t>
      </w:r>
    </w:p>
    <w:p/>
    <w:p>
      <w:r>
        <w:rPr>
          <w:b/>
          <w:sz w:val="24"/>
        </w:rPr>
        <w:t>Câu 9: The woman ___ car was stolen called the police.</w:t>
      </w:r>
    </w:p>
    <w:p>
      <w:pPr>
        <w:pStyle w:val="ListParagraph"/>
      </w:pPr>
      <w:r>
        <w:rPr>
          <w:sz w:val="22"/>
        </w:rPr>
        <w:t>A. who</w:t>
      </w:r>
    </w:p>
    <w:p>
      <w:pPr>
        <w:pStyle w:val="ListParagraph"/>
      </w:pPr>
      <w:r>
        <w:rPr>
          <w:sz w:val="22"/>
        </w:rPr>
        <w:t>B. whom</w:t>
      </w:r>
    </w:p>
    <w:p>
      <w:pPr>
        <w:pStyle w:val="ListParagraph"/>
      </w:pPr>
      <w:r>
        <w:rPr>
          <w:sz w:val="22"/>
        </w:rPr>
        <w:t>C. whose</w:t>
      </w:r>
    </w:p>
    <w:p>
      <w:pPr>
        <w:pStyle w:val="ListParagraph"/>
      </w:pPr>
      <w:r>
        <w:rPr>
          <w:sz w:val="22"/>
        </w:rPr>
        <w:t>D. which</w:t>
      </w:r>
    </w:p>
    <w:p/>
    <w:p>
      <w:r>
        <w:rPr>
          <w:b/>
          <w:sz w:val="24"/>
        </w:rPr>
        <w:t>Câu 10: By the time we arrived, the party ___.</w:t>
      </w:r>
    </w:p>
    <w:p>
      <w:pPr>
        <w:pStyle w:val="ListParagraph"/>
      </w:pPr>
      <w:r>
        <w:rPr>
          <w:sz w:val="22"/>
        </w:rPr>
        <w:t>A. finished</w:t>
      </w:r>
    </w:p>
    <w:p>
      <w:pPr>
        <w:pStyle w:val="ListParagraph"/>
      </w:pPr>
      <w:r>
        <w:rPr>
          <w:sz w:val="22"/>
        </w:rPr>
        <w:t>B. has finished</w:t>
      </w:r>
    </w:p>
    <w:p>
      <w:pPr>
        <w:pStyle w:val="ListParagraph"/>
      </w:pPr>
      <w:r>
        <w:rPr>
          <w:sz w:val="22"/>
        </w:rPr>
        <w:t>C. had finished</w:t>
      </w:r>
    </w:p>
    <w:p>
      <w:pPr>
        <w:pStyle w:val="ListParagraph"/>
      </w:pPr>
      <w:r>
        <w:rPr>
          <w:sz w:val="22"/>
        </w:rPr>
        <w:t>D. was finishing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