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Hóa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Theo Bronsted-Lowry, acid là chất:</w:t>
      </w:r>
    </w:p>
    <w:p>
      <w:pPr>
        <w:pStyle w:val="ListParagraph"/>
      </w:pPr>
      <w:r>
        <w:rPr>
          <w:sz w:val="22"/>
        </w:rPr>
        <w:t>A. nhận proton H+</w:t>
      </w:r>
    </w:p>
    <w:p>
      <w:pPr>
        <w:pStyle w:val="ListParagraph"/>
      </w:pPr>
      <w:r>
        <w:rPr>
          <w:sz w:val="22"/>
        </w:rPr>
        <w:t>B. cho proton H+</w:t>
      </w:r>
    </w:p>
    <w:p>
      <w:pPr>
        <w:pStyle w:val="ListParagraph"/>
      </w:pPr>
      <w:r>
        <w:rPr>
          <w:sz w:val="22"/>
        </w:rPr>
        <w:t>C. cho electron</w:t>
      </w:r>
    </w:p>
    <w:p>
      <w:pPr>
        <w:pStyle w:val="ListParagraph"/>
      </w:pPr>
      <w:r>
        <w:rPr>
          <w:sz w:val="22"/>
        </w:rPr>
        <w:t>D. nhận electron</w:t>
      </w:r>
    </w:p>
    <w:p/>
    <w:p>
      <w:r>
        <w:rPr>
          <w:b/>
          <w:sz w:val="24"/>
        </w:rPr>
        <w:t>Câu 2: Theo Bronsted-Lowry, base là chất:</w:t>
      </w:r>
    </w:p>
    <w:p>
      <w:pPr>
        <w:pStyle w:val="ListParagraph"/>
      </w:pPr>
      <w:r>
        <w:rPr>
          <w:sz w:val="22"/>
        </w:rPr>
        <w:t>A. cho proton</w:t>
      </w:r>
    </w:p>
    <w:p>
      <w:pPr>
        <w:pStyle w:val="ListParagraph"/>
      </w:pPr>
      <w:r>
        <w:rPr>
          <w:sz w:val="22"/>
        </w:rPr>
        <w:t>B. cho electron</w:t>
      </w:r>
    </w:p>
    <w:p>
      <w:pPr>
        <w:pStyle w:val="ListParagraph"/>
      </w:pPr>
      <w:r>
        <w:rPr>
          <w:sz w:val="22"/>
        </w:rPr>
        <w:t>C. nhận proton H+</w:t>
      </w:r>
    </w:p>
    <w:p>
      <w:pPr>
        <w:pStyle w:val="ListParagraph"/>
      </w:pPr>
      <w:r>
        <w:rPr>
          <w:sz w:val="22"/>
        </w:rPr>
        <w:t>D. nhận electron</w:t>
      </w:r>
    </w:p>
    <w:p/>
    <w:p>
      <w:r>
        <w:rPr>
          <w:b/>
          <w:sz w:val="24"/>
        </w:rPr>
        <w:t>Câu 3: Chất lưỡng tính theo Bronsted-Lowry là chất:</w:t>
      </w:r>
    </w:p>
    <w:p>
      <w:pPr>
        <w:pStyle w:val="ListParagraph"/>
      </w:pPr>
      <w:r>
        <w:rPr>
          <w:sz w:val="22"/>
        </w:rPr>
        <w:t>A. vừa cho vừa nhận proton</w:t>
      </w:r>
    </w:p>
    <w:p>
      <w:pPr>
        <w:pStyle w:val="ListParagraph"/>
      </w:pPr>
      <w:r>
        <w:rPr>
          <w:sz w:val="22"/>
        </w:rPr>
        <w:t>B. chỉ cho proton</w:t>
      </w:r>
    </w:p>
    <w:p>
      <w:pPr>
        <w:pStyle w:val="ListParagraph"/>
      </w:pPr>
      <w:r>
        <w:rPr>
          <w:sz w:val="22"/>
        </w:rPr>
        <w:t>C. chỉ nhận proton</w:t>
      </w:r>
    </w:p>
    <w:p>
      <w:pPr>
        <w:pStyle w:val="ListParagraph"/>
      </w:pPr>
      <w:r>
        <w:rPr>
          <w:sz w:val="22"/>
        </w:rPr>
        <w:t>D. không cho nhận proton</w:t>
      </w:r>
    </w:p>
    <w:p/>
    <w:p>
      <w:r>
        <w:rPr>
          <w:b/>
          <w:sz w:val="24"/>
        </w:rPr>
        <w:t>Câu 4: Công thức tính pH của dung dịch là:</w:t>
      </w:r>
    </w:p>
    <w:p>
      <w:pPr>
        <w:pStyle w:val="ListParagraph"/>
      </w:pPr>
      <w:r>
        <w:rPr>
          <w:sz w:val="22"/>
        </w:rPr>
        <w:t>A. $pH = \log[H^+]$</w:t>
      </w:r>
    </w:p>
    <w:p>
      <w:pPr>
        <w:pStyle w:val="ListParagraph"/>
      </w:pPr>
      <w:r>
        <w:rPr>
          <w:sz w:val="22"/>
        </w:rPr>
        <w:t>B. $pH = -\ln[H^+]$</w:t>
      </w:r>
    </w:p>
    <w:p>
      <w:pPr>
        <w:pStyle w:val="ListParagraph"/>
      </w:pPr>
      <w:r>
        <w:rPr>
          <w:sz w:val="22"/>
        </w:rPr>
        <w:t>C. $pH = 14 + \log[H^+]$</w:t>
      </w:r>
    </w:p>
    <w:p>
      <w:pPr>
        <w:pStyle w:val="ListParagraph"/>
      </w:pPr>
      <w:r>
        <w:rPr>
          <w:sz w:val="22"/>
        </w:rPr>
        <w:t>D. $pH = -\log[H^+]$</w:t>
      </w:r>
    </w:p>
    <w:p/>
    <w:p>
      <w:r>
        <w:rPr>
          <w:b/>
          <w:sz w:val="24"/>
        </w:rPr>
        <w:t>Câu 5: Dung dịch có pH &lt; 7 thì có môi trường: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base</w:t>
      </w:r>
    </w:p>
    <w:p>
      <w:pPr>
        <w:pStyle w:val="ListParagraph"/>
      </w:pPr>
      <w:r>
        <w:rPr>
          <w:sz w:val="22"/>
        </w:rPr>
        <w:t>C. trung tính</w:t>
      </w:r>
    </w:p>
    <w:p>
      <w:pPr>
        <w:pStyle w:val="ListParagraph"/>
      </w:pPr>
      <w:r>
        <w:rPr>
          <w:sz w:val="22"/>
        </w:rPr>
        <w:t>D. lưỡng tính</w:t>
      </w:r>
    </w:p>
    <w:p/>
    <w:p>
      <w:r>
        <w:rPr>
          <w:b/>
          <w:sz w:val="24"/>
        </w:rPr>
        <w:t>Câu 6: Dung dịch có pH = 7 ở 25°C là dung dịch: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base</w:t>
      </w:r>
    </w:p>
    <w:p>
      <w:pPr>
        <w:pStyle w:val="ListParagraph"/>
      </w:pPr>
      <w:r>
        <w:rPr>
          <w:sz w:val="22"/>
        </w:rPr>
        <w:t>C. trung tính</w:t>
      </w:r>
    </w:p>
    <w:p>
      <w:pPr>
        <w:pStyle w:val="ListParagraph"/>
      </w:pPr>
      <w:r>
        <w:rPr>
          <w:sz w:val="22"/>
        </w:rPr>
        <w:t>D. lưỡng tính</w:t>
      </w:r>
    </w:p>
    <w:p/>
    <w:p>
      <w:r>
        <w:rPr>
          <w:b/>
          <w:sz w:val="24"/>
        </w:rPr>
        <w:t>Câu 7: Chất điện li mạnh là chất:</w:t>
      </w:r>
    </w:p>
    <w:p>
      <w:pPr>
        <w:pStyle w:val="ListParagraph"/>
      </w:pPr>
      <w:r>
        <w:rPr>
          <w:sz w:val="22"/>
        </w:rPr>
        <w:t>A. phân li một phần trong nước</w:t>
      </w:r>
    </w:p>
    <w:p>
      <w:pPr>
        <w:pStyle w:val="ListParagraph"/>
      </w:pPr>
      <w:r>
        <w:rPr>
          <w:sz w:val="22"/>
        </w:rPr>
        <w:t>B. phân li hoàn toàn trong nước</w:t>
      </w:r>
    </w:p>
    <w:p>
      <w:pPr>
        <w:pStyle w:val="ListParagraph"/>
      </w:pPr>
      <w:r>
        <w:rPr>
          <w:sz w:val="22"/>
        </w:rPr>
        <w:t>C. không phân li trong nước</w:t>
      </w:r>
    </w:p>
    <w:p>
      <w:pPr>
        <w:pStyle w:val="ListParagraph"/>
      </w:pPr>
      <w:r>
        <w:rPr>
          <w:sz w:val="22"/>
        </w:rPr>
        <w:t>D. chỉ phân li khi nóng chảy</w:t>
      </w:r>
    </w:p>
    <w:p/>
    <w:p>
      <w:r>
        <w:rPr>
          <w:b/>
          <w:sz w:val="24"/>
        </w:rPr>
        <w:t>Câu 8: Chất điện li yếu là chất:</w:t>
      </w:r>
    </w:p>
    <w:p>
      <w:pPr>
        <w:pStyle w:val="ListParagraph"/>
      </w:pPr>
      <w:r>
        <w:rPr>
          <w:sz w:val="22"/>
        </w:rPr>
        <w:t>A. phân li hoàn toàn trong nước</w:t>
      </w:r>
    </w:p>
    <w:p>
      <w:pPr>
        <w:pStyle w:val="ListParagraph"/>
      </w:pPr>
      <w:r>
        <w:rPr>
          <w:sz w:val="22"/>
        </w:rPr>
        <w:t>B. không tan trong nước</w:t>
      </w:r>
    </w:p>
    <w:p>
      <w:pPr>
        <w:pStyle w:val="ListParagraph"/>
      </w:pPr>
      <w:r>
        <w:rPr>
          <w:sz w:val="22"/>
        </w:rPr>
        <w:t>C. không dẫn điện</w:t>
      </w:r>
    </w:p>
    <w:p>
      <w:pPr>
        <w:pStyle w:val="ListParagraph"/>
      </w:pPr>
      <w:r>
        <w:rPr>
          <w:sz w:val="22"/>
        </w:rPr>
        <w:t>D. phân li một phần trong nước</w:t>
      </w:r>
    </w:p>
    <w:p/>
    <w:p>
      <w:r>
        <w:rPr>
          <w:b/>
          <w:sz w:val="24"/>
        </w:rPr>
        <w:t>Câu 9: Ở 25°C, tích số ion của nước $K_w$ bằng:</w:t>
      </w:r>
    </w:p>
    <w:p>
      <w:pPr>
        <w:pStyle w:val="ListParagraph"/>
      </w:pPr>
      <w:r>
        <w:rPr>
          <w:sz w:val="22"/>
        </w:rPr>
        <w:t>A. $10^{-14}$</w:t>
      </w:r>
    </w:p>
    <w:p>
      <w:pPr>
        <w:pStyle w:val="ListParagraph"/>
      </w:pPr>
      <w:r>
        <w:rPr>
          <w:sz w:val="22"/>
        </w:rPr>
        <w:t>B. $10^{14}$</w:t>
      </w:r>
    </w:p>
    <w:p>
      <w:pPr>
        <w:pStyle w:val="ListParagraph"/>
      </w:pPr>
      <w:r>
        <w:rPr>
          <w:sz w:val="22"/>
        </w:rPr>
        <w:t>C. $10^{-7}$</w:t>
      </w:r>
    </w:p>
    <w:p>
      <w:pPr>
        <w:pStyle w:val="ListParagraph"/>
      </w:pPr>
      <w:r>
        <w:rPr>
          <w:sz w:val="22"/>
        </w:rPr>
        <w:t>D. $10^7$</w:t>
      </w:r>
    </w:p>
    <w:p/>
    <w:p>
      <w:r>
        <w:rPr>
          <w:b/>
          <w:sz w:val="24"/>
        </w:rPr>
        <w:t>Câu 10: pH của dung dịch HCl 0,01 M (coi phân li hoàn toàn)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11: pH của dung dịch NaOH 0,001 M (coi phân li hoàn toàn)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12: pH của dung dịch $H_2SO_4$ 0,005 M (coi phân li hoàn toàn nấc 1)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2</w:t>
      </w:r>
    </w:p>
    <w:p/>
    <w:p>
      <w:r>
        <w:rPr>
          <w:b/>
          <w:sz w:val="24"/>
        </w:rPr>
        <w:t>Câu 13: pH của dung dịch $Ba(OH)_2$ 0,0005 M (coi phân li hoàn toàn) là: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14: Nếu $[H^+] = 10^{-3}$ M thì pH của dung dịch bằng:</w:t>
      </w:r>
    </w:p>
    <w:p>
      <w:pPr>
        <w:pStyle w:val="ListParagraph"/>
      </w:pPr>
      <w:r>
        <w:rPr>
          <w:sz w:val="22"/>
        </w:rPr>
        <w:t>A. -3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15: Nếu pH = 11 thì pOH của dung dịch ở 25°C bằng: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16: Ở 25°C, mối liên hệ giữa pH và pOH là:</w:t>
      </w:r>
    </w:p>
    <w:p>
      <w:pPr>
        <w:pStyle w:val="ListParagraph"/>
      </w:pPr>
      <w:r>
        <w:rPr>
          <w:sz w:val="22"/>
        </w:rPr>
        <w:t>A. $pH - pOH = 14$</w:t>
      </w:r>
    </w:p>
    <w:p>
      <w:pPr>
        <w:pStyle w:val="ListParagraph"/>
      </w:pPr>
      <w:r>
        <w:rPr>
          <w:sz w:val="22"/>
        </w:rPr>
        <w:t>B. $pH + pOH = 7$</w:t>
      </w:r>
    </w:p>
    <w:p>
      <w:pPr>
        <w:pStyle w:val="ListParagraph"/>
      </w:pPr>
      <w:r>
        <w:rPr>
          <w:sz w:val="22"/>
        </w:rPr>
        <w:t>C. $pH = pOH$</w:t>
      </w:r>
    </w:p>
    <w:p>
      <w:pPr>
        <w:pStyle w:val="ListParagraph"/>
      </w:pPr>
      <w:r>
        <w:rPr>
          <w:sz w:val="22"/>
        </w:rPr>
        <w:t>D. $pH + pOH = 14$</w:t>
      </w:r>
    </w:p>
    <w:p/>
    <w:p>
      <w:r>
        <w:rPr>
          <w:b/>
          <w:sz w:val="24"/>
        </w:rPr>
        <w:t>Câu 17: Chất chỉ thị acid-base dùng để:</w:t>
      </w:r>
    </w:p>
    <w:p>
      <w:pPr>
        <w:pStyle w:val="ListParagraph"/>
      </w:pPr>
      <w:r>
        <w:rPr>
          <w:sz w:val="22"/>
        </w:rPr>
        <w:t>A. xác định khoảng pH của dung dịch</w:t>
      </w:r>
    </w:p>
    <w:p>
      <w:pPr>
        <w:pStyle w:val="ListParagraph"/>
      </w:pPr>
      <w:r>
        <w:rPr>
          <w:sz w:val="22"/>
        </w:rPr>
        <w:t>B. xác định khối lượng chất tan</w:t>
      </w:r>
    </w:p>
    <w:p>
      <w:pPr>
        <w:pStyle w:val="ListParagraph"/>
      </w:pPr>
      <w:r>
        <w:rPr>
          <w:sz w:val="22"/>
        </w:rPr>
        <w:t>C. xác định nhiệt độ dung dịch</w:t>
      </w:r>
    </w:p>
    <w:p>
      <w:pPr>
        <w:pStyle w:val="ListParagraph"/>
      </w:pPr>
      <w:r>
        <w:rPr>
          <w:sz w:val="22"/>
        </w:rPr>
        <w:t>D. xác định nồng độ mol của base mạnh</w:t>
      </w:r>
    </w:p>
    <w:p/>
    <w:p>
      <w:r>
        <w:rPr>
          <w:b/>
          <w:sz w:val="24"/>
        </w:rPr>
        <w:t>Câu 18: Phenolphthalein trong dung dịch base có màu:</w:t>
      </w:r>
    </w:p>
    <w:p>
      <w:pPr>
        <w:pStyle w:val="ListParagraph"/>
      </w:pPr>
      <w:r>
        <w:rPr>
          <w:sz w:val="22"/>
        </w:rPr>
        <w:t>A. không màu</w:t>
      </w:r>
    </w:p>
    <w:p>
      <w:pPr>
        <w:pStyle w:val="ListParagraph"/>
      </w:pPr>
      <w:r>
        <w:rPr>
          <w:sz w:val="22"/>
        </w:rPr>
        <w:t>B. hồng</w:t>
      </w:r>
    </w:p>
    <w:p>
      <w:pPr>
        <w:pStyle w:val="ListParagraph"/>
      </w:pPr>
      <w:r>
        <w:rPr>
          <w:sz w:val="22"/>
        </w:rPr>
        <w:t>C. xanh</w:t>
      </w:r>
    </w:p>
    <w:p>
      <w:pPr>
        <w:pStyle w:val="ListParagraph"/>
      </w:pPr>
      <w:r>
        <w:rPr>
          <w:sz w:val="22"/>
        </w:rPr>
        <w:t>D. vàng</w:t>
      </w:r>
    </w:p>
    <w:p/>
    <w:p>
      <w:r>
        <w:rPr>
          <w:b/>
          <w:sz w:val="24"/>
        </w:rPr>
        <w:t>Câu 19: Methyl orange trong dung dịch acid có màu: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xanh</w:t>
      </w:r>
    </w:p>
    <w:p>
      <w:pPr>
        <w:pStyle w:val="ListParagraph"/>
      </w:pPr>
      <w:r>
        <w:rPr>
          <w:sz w:val="22"/>
        </w:rPr>
        <w:t>C. đỏ</w:t>
      </w:r>
    </w:p>
    <w:p>
      <w:pPr>
        <w:pStyle w:val="ListParagraph"/>
      </w:pPr>
      <w:r>
        <w:rPr>
          <w:sz w:val="22"/>
        </w:rPr>
        <w:t>D. hồng</w:t>
      </w:r>
    </w:p>
    <w:p/>
    <w:p>
      <w:r>
        <w:rPr>
          <w:b/>
          <w:sz w:val="24"/>
        </w:rPr>
        <w:t>Câu 20: Dung dịch muối $Na_2CO_3$ có môi trường: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trung tính</w:t>
      </w:r>
    </w:p>
    <w:p>
      <w:pPr>
        <w:pStyle w:val="ListParagraph"/>
      </w:pPr>
      <w:r>
        <w:rPr>
          <w:sz w:val="22"/>
        </w:rPr>
        <w:t>C. lưỡng tính</w:t>
      </w:r>
    </w:p>
    <w:p>
      <w:pPr>
        <w:pStyle w:val="ListParagraph"/>
      </w:pPr>
      <w:r>
        <w:rPr>
          <w:sz w:val="22"/>
        </w:rPr>
        <w:t>D. base</w:t>
      </w:r>
    </w:p>
    <w:p/>
    <w:p>
      <w:r>
        <w:rPr>
          <w:b/>
          <w:sz w:val="24"/>
        </w:rPr>
        <w:t>Câu 21: Dung dịch muối $NH_4Cl$ có môi trường: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base</w:t>
      </w:r>
    </w:p>
    <w:p>
      <w:pPr>
        <w:pStyle w:val="ListParagraph"/>
      </w:pPr>
      <w:r>
        <w:rPr>
          <w:sz w:val="22"/>
        </w:rPr>
        <w:t>C. trung tính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22: Dung dịch muối NaCl có môi trường: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trung tính</w:t>
      </w:r>
    </w:p>
    <w:p>
      <w:pPr>
        <w:pStyle w:val="ListParagraph"/>
      </w:pPr>
      <w:r>
        <w:rPr>
          <w:sz w:val="22"/>
        </w:rPr>
        <w:t>C. base</w:t>
      </w:r>
    </w:p>
    <w:p>
      <w:pPr>
        <w:pStyle w:val="ListParagraph"/>
      </w:pPr>
      <w:r>
        <w:rPr>
          <w:sz w:val="22"/>
        </w:rPr>
        <w:t>D. lưỡng tính</w:t>
      </w:r>
    </w:p>
    <w:p/>
    <w:p>
      <w:r>
        <w:rPr>
          <w:b/>
          <w:sz w:val="24"/>
        </w:rPr>
        <w:t>Câu 23: Dung dịch muối $CH_3COONa$ có môi trường:</w:t>
      </w:r>
    </w:p>
    <w:p>
      <w:pPr>
        <w:pStyle w:val="ListParagraph"/>
      </w:pPr>
      <w:r>
        <w:rPr>
          <w:sz w:val="22"/>
        </w:rPr>
        <w:t>A. acid</w:t>
      </w:r>
    </w:p>
    <w:p>
      <w:pPr>
        <w:pStyle w:val="ListParagraph"/>
      </w:pPr>
      <w:r>
        <w:rPr>
          <w:sz w:val="22"/>
        </w:rPr>
        <w:t>B. trung tính</w:t>
      </w:r>
    </w:p>
    <w:p>
      <w:pPr>
        <w:pStyle w:val="ListParagraph"/>
      </w:pPr>
      <w:r>
        <w:rPr>
          <w:sz w:val="22"/>
        </w:rPr>
        <w:t>C. base</w:t>
      </w:r>
    </w:p>
    <w:p>
      <w:pPr>
        <w:pStyle w:val="ListParagraph"/>
      </w:pPr>
      <w:r>
        <w:rPr>
          <w:sz w:val="22"/>
        </w:rPr>
        <w:t>D. lưỡng tính</w:t>
      </w:r>
    </w:p>
    <w:p/>
    <w:p>
      <w:r>
        <w:rPr>
          <w:b/>
          <w:sz w:val="24"/>
        </w:rPr>
        <w:t>Câu 24: Dung dịch muối $AlCl_3$ có môi trường:</w:t>
      </w:r>
    </w:p>
    <w:p>
      <w:pPr>
        <w:pStyle w:val="ListParagraph"/>
      </w:pPr>
      <w:r>
        <w:rPr>
          <w:sz w:val="22"/>
        </w:rPr>
        <w:t>A. base</w:t>
      </w:r>
    </w:p>
    <w:p>
      <w:pPr>
        <w:pStyle w:val="ListParagraph"/>
      </w:pPr>
      <w:r>
        <w:rPr>
          <w:sz w:val="22"/>
        </w:rPr>
        <w:t>B. trung tính</w:t>
      </w:r>
    </w:p>
    <w:p>
      <w:pPr>
        <w:pStyle w:val="ListParagraph"/>
      </w:pPr>
      <w:r>
        <w:rPr>
          <w:sz w:val="22"/>
        </w:rPr>
        <w:t>C. base mạnh</w:t>
      </w:r>
    </w:p>
    <w:p>
      <w:pPr>
        <w:pStyle w:val="ListParagraph"/>
      </w:pPr>
      <w:r>
        <w:rPr>
          <w:sz w:val="22"/>
        </w:rPr>
        <w:t>D. acid</w:t>
      </w:r>
    </w:p>
    <w:p/>
    <w:p>
      <w:r>
        <w:rPr>
          <w:b/>
          <w:sz w:val="24"/>
        </w:rPr>
        <w:t>Câu 25: Dung dịch đệm là dung dịch có khả năng:</w:t>
      </w:r>
    </w:p>
    <w:p>
      <w:pPr>
        <w:pStyle w:val="ListParagraph"/>
      </w:pPr>
      <w:r>
        <w:rPr>
          <w:sz w:val="22"/>
        </w:rPr>
        <w:t>A. giữ pH gần như không đổi khi thêm lượng nhỏ acid hoặc base</w:t>
      </w:r>
    </w:p>
    <w:p>
      <w:pPr>
        <w:pStyle w:val="ListParagraph"/>
      </w:pPr>
      <w:r>
        <w:rPr>
          <w:sz w:val="22"/>
        </w:rPr>
        <w:t>B. làm pH tăng mạnh</w:t>
      </w:r>
    </w:p>
    <w:p>
      <w:pPr>
        <w:pStyle w:val="ListParagraph"/>
      </w:pPr>
      <w:r>
        <w:rPr>
          <w:sz w:val="22"/>
        </w:rPr>
        <w:t>C. làm pH giảm mạnh</w:t>
      </w:r>
    </w:p>
    <w:p>
      <w:pPr>
        <w:pStyle w:val="ListParagraph"/>
      </w:pPr>
      <w:r>
        <w:rPr>
          <w:sz w:val="22"/>
        </w:rPr>
        <w:t>D. đổi màu theo pH</w:t>
      </w:r>
    </w:p>
    <w:p/>
    <w:p>
      <w:r>
        <w:rPr>
          <w:b/>
          <w:sz w:val="24"/>
        </w:rPr>
        <w:t>Câu 26: Hệ đệm thường gồm:</w:t>
      </w:r>
    </w:p>
    <w:p>
      <w:pPr>
        <w:pStyle w:val="ListParagraph"/>
      </w:pPr>
      <w:r>
        <w:rPr>
          <w:sz w:val="22"/>
        </w:rPr>
        <w:t>A. acid mạnh và base mạnh</w:t>
      </w:r>
    </w:p>
    <w:p>
      <w:pPr>
        <w:pStyle w:val="ListParagraph"/>
      </w:pPr>
      <w:r>
        <w:rPr>
          <w:sz w:val="22"/>
        </w:rPr>
        <w:t>B. acid yếu và base liên hợp của nó</w:t>
      </w:r>
    </w:p>
    <w:p>
      <w:pPr>
        <w:pStyle w:val="ListParagraph"/>
      </w:pPr>
      <w:r>
        <w:rPr>
          <w:sz w:val="22"/>
        </w:rPr>
        <w:t>C. muối trung tính</w:t>
      </w:r>
    </w:p>
    <w:p>
      <w:pPr>
        <w:pStyle w:val="ListParagraph"/>
      </w:pPr>
      <w:r>
        <w:rPr>
          <w:sz w:val="22"/>
        </w:rPr>
        <w:t>D. nước nguyên chất</w:t>
      </w:r>
    </w:p>
    <w:p/>
    <w:p>
      <w:r>
        <w:rPr>
          <w:b/>
          <w:sz w:val="24"/>
        </w:rPr>
        <w:t>Câu 27: Khi thêm một lượng nhỏ HCl vào dung dịch đệm acetic acid/acetate, pH của dung dịch:</w:t>
      </w:r>
    </w:p>
    <w:p>
      <w:pPr>
        <w:pStyle w:val="ListParagraph"/>
      </w:pPr>
      <w:r>
        <w:rPr>
          <w:sz w:val="22"/>
        </w:rPr>
        <w:t>A. giảm rất mạnh</w:t>
      </w:r>
    </w:p>
    <w:p>
      <w:pPr>
        <w:pStyle w:val="ListParagraph"/>
      </w:pPr>
      <w:r>
        <w:rPr>
          <w:sz w:val="22"/>
        </w:rPr>
        <w:t>B. tăng mạnh</w:t>
      </w:r>
    </w:p>
    <w:p>
      <w:pPr>
        <w:pStyle w:val="ListParagraph"/>
      </w:pPr>
      <w:r>
        <w:rPr>
          <w:sz w:val="22"/>
        </w:rPr>
        <w:t>C. giảm rất ít</w:t>
      </w:r>
    </w:p>
    <w:p>
      <w:pPr>
        <w:pStyle w:val="ListParagraph"/>
      </w:pPr>
      <w:r>
        <w:rPr>
          <w:sz w:val="22"/>
        </w:rPr>
        <w:t>D. không đổi hoàn toàn</w:t>
      </w:r>
    </w:p>
    <w:p/>
    <w:p>
      <w:r>
        <w:rPr>
          <w:b/>
          <w:sz w:val="24"/>
        </w:rPr>
        <w:t>Câu 28: Khi pha loãng dung dịch acid mạnh bằng nước, pH của dung dịch: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không đổi</w:t>
      </w:r>
    </w:p>
    <w:p>
      <w:pPr>
        <w:pStyle w:val="ListParagraph"/>
      </w:pPr>
      <w:r>
        <w:rPr>
          <w:sz w:val="22"/>
        </w:rPr>
        <w:t>C. giảm rồi tăng</w:t>
      </w:r>
    </w:p>
    <w:p>
      <w:pPr>
        <w:pStyle w:val="ListParagraph"/>
      </w:pPr>
      <w:r>
        <w:rPr>
          <w:sz w:val="22"/>
        </w:rPr>
        <w:t>D. tăng</w:t>
      </w:r>
    </w:p>
    <w:p/>
    <w:p>
      <w:r>
        <w:rPr>
          <w:b/>
          <w:sz w:val="24"/>
        </w:rPr>
        <w:t>Câu 29: Phản ứng trung hòa giữa acid và base tạo ra:</w:t>
      </w:r>
    </w:p>
    <w:p>
      <w:pPr>
        <w:pStyle w:val="ListParagraph"/>
      </w:pPr>
      <w:r>
        <w:rPr>
          <w:sz w:val="22"/>
        </w:rPr>
        <w:t>A. muối và nước</w:t>
      </w:r>
    </w:p>
    <w:p>
      <w:pPr>
        <w:pStyle w:val="ListParagraph"/>
      </w:pPr>
      <w:r>
        <w:rPr>
          <w:sz w:val="22"/>
        </w:rPr>
        <w:t>B. kim loại và khí</w:t>
      </w:r>
    </w:p>
    <w:p>
      <w:pPr>
        <w:pStyle w:val="ListParagraph"/>
      </w:pPr>
      <w:r>
        <w:rPr>
          <w:sz w:val="22"/>
        </w:rPr>
        <w:t>C. oxide và nước</w:t>
      </w:r>
    </w:p>
    <w:p>
      <w:pPr>
        <w:pStyle w:val="ListParagraph"/>
      </w:pPr>
      <w:r>
        <w:rPr>
          <w:sz w:val="22"/>
        </w:rPr>
        <w:t>D. chỉ nước</w:t>
      </w:r>
    </w:p>
    <w:p/>
    <w:p>
      <w:r>
        <w:rPr>
          <w:b/>
          <w:sz w:val="24"/>
        </w:rPr>
        <w:t>Câu 30: Biểu thức hằng số acid $K_a$ của acid yếu HA là:</w:t>
      </w:r>
    </w:p>
    <w:p>
      <w:pPr>
        <w:pStyle w:val="ListParagraph"/>
      </w:pPr>
      <w:r>
        <w:rPr>
          <w:sz w:val="22"/>
        </w:rPr>
        <w:t>A. $K_a = \frac{[HA]}{[H^+][A^-]}$</w:t>
      </w:r>
    </w:p>
    <w:p>
      <w:pPr>
        <w:pStyle w:val="ListParagraph"/>
      </w:pPr>
      <w:r>
        <w:rPr>
          <w:sz w:val="22"/>
        </w:rPr>
        <w:t>B. $K_a = \frac{[H^+][A^-]}{[HA]}$</w:t>
      </w:r>
    </w:p>
    <w:p>
      <w:pPr>
        <w:pStyle w:val="ListParagraph"/>
      </w:pPr>
      <w:r>
        <w:rPr>
          <w:sz w:val="22"/>
        </w:rPr>
        <w:t>C. $K_a = \frac{[H^+][HA]}{[A^-]}$</w:t>
      </w:r>
    </w:p>
    <w:p>
      <w:pPr>
        <w:pStyle w:val="ListParagraph"/>
      </w:pPr>
      <w:r>
        <w:rPr>
          <w:sz w:val="22"/>
        </w:rPr>
        <w:t>D. $K_a = [H^+] + [A^-] - [HA]$</w:t>
      </w:r>
    </w:p>
    <w:p/>
    <w:p>
      <w:r>
        <w:rPr>
          <w:b/>
          <w:sz w:val="24"/>
        </w:rPr>
        <w:t>Câu 31: Biểu thức hằng số base $K_b$ của base yếu B là:</w:t>
      </w:r>
    </w:p>
    <w:p>
      <w:pPr>
        <w:pStyle w:val="ListParagraph"/>
      </w:pPr>
      <w:r>
        <w:rPr>
          <w:sz w:val="22"/>
        </w:rPr>
        <w:t>A. $K_b = \frac{[B]}{[BH^+][OH^-]}$</w:t>
      </w:r>
    </w:p>
    <w:p>
      <w:pPr>
        <w:pStyle w:val="ListParagraph"/>
      </w:pPr>
      <w:r>
        <w:rPr>
          <w:sz w:val="22"/>
        </w:rPr>
        <w:t>B. $K_b = \frac{[BH^+][B]}{[OH^-]}$</w:t>
      </w:r>
    </w:p>
    <w:p>
      <w:pPr>
        <w:pStyle w:val="ListParagraph"/>
      </w:pPr>
      <w:r>
        <w:rPr>
          <w:sz w:val="22"/>
        </w:rPr>
        <w:t>C. $K_b = \frac{[BH^+][OH^-]}{[B]}$</w:t>
      </w:r>
    </w:p>
    <w:p>
      <w:pPr>
        <w:pStyle w:val="ListParagraph"/>
      </w:pPr>
      <w:r>
        <w:rPr>
          <w:sz w:val="22"/>
        </w:rPr>
        <w:t>D. $K_b = \frac{[OH^-]}{[B]}$</w:t>
      </w:r>
    </w:p>
    <w:p/>
    <w:p>
      <w:r>
        <w:rPr>
          <w:b/>
          <w:sz w:val="24"/>
        </w:rPr>
        <w:t>Câu 32: Chất nào sau đây là chất điện li mạnh?</w:t>
      </w:r>
    </w:p>
    <w:p>
      <w:pPr>
        <w:pStyle w:val="ListParagraph"/>
      </w:pPr>
      <w:r>
        <w:rPr>
          <w:sz w:val="22"/>
        </w:rPr>
        <w:t>A. $CH_3COOH$</w:t>
      </w:r>
    </w:p>
    <w:p>
      <w:pPr>
        <w:pStyle w:val="ListParagraph"/>
      </w:pPr>
      <w:r>
        <w:rPr>
          <w:sz w:val="22"/>
        </w:rPr>
        <w:t>B. $H_2CO_3$</w:t>
      </w:r>
    </w:p>
    <w:p>
      <w:pPr>
        <w:pStyle w:val="ListParagraph"/>
      </w:pPr>
      <w:r>
        <w:rPr>
          <w:sz w:val="22"/>
        </w:rPr>
        <w:t>C. $H_2O$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33: Chất nào sau đây là chất điện li yếu?</w:t>
      </w:r>
    </w:p>
    <w:p>
      <w:pPr>
        <w:pStyle w:val="ListParagraph"/>
      </w:pPr>
      <w:r>
        <w:rPr>
          <w:sz w:val="22"/>
        </w:rPr>
        <w:t>A. $CH_3COOH$</w:t>
      </w:r>
    </w:p>
    <w:p>
      <w:pPr>
        <w:pStyle w:val="ListParagraph"/>
      </w:pPr>
      <w:r>
        <w:rPr>
          <w:sz w:val="22"/>
        </w:rPr>
        <w:t>B. HCl</w:t>
      </w:r>
    </w:p>
    <w:p>
      <w:pPr>
        <w:pStyle w:val="ListParagraph"/>
      </w:pPr>
      <w:r>
        <w:rPr>
          <w:sz w:val="22"/>
        </w:rPr>
        <w:t>C. NaOH</w:t>
      </w:r>
    </w:p>
    <w:p>
      <w:pPr>
        <w:pStyle w:val="ListParagraph"/>
      </w:pPr>
      <w:r>
        <w:rPr>
          <w:sz w:val="22"/>
        </w:rPr>
        <w:t>D. $KNO_3$</w:t>
      </w:r>
    </w:p>
    <w:p/>
    <w:p>
      <w:r>
        <w:rPr>
          <w:b/>
          <w:sz w:val="24"/>
        </w:rPr>
        <w:t>Câu 34: Dung dịch dẫn điện được là do:</w:t>
      </w:r>
    </w:p>
    <w:p>
      <w:pPr>
        <w:pStyle w:val="ListParagraph"/>
      </w:pPr>
      <w:r>
        <w:rPr>
          <w:sz w:val="22"/>
        </w:rPr>
        <w:t>A. có các phân tử trung hòa</w:t>
      </w:r>
    </w:p>
    <w:p>
      <w:pPr>
        <w:pStyle w:val="ListParagraph"/>
      </w:pPr>
      <w:r>
        <w:rPr>
          <w:sz w:val="22"/>
        </w:rPr>
        <w:t>B. có các ion chuyển động</w:t>
      </w:r>
    </w:p>
    <w:p>
      <w:pPr>
        <w:pStyle w:val="ListParagraph"/>
      </w:pPr>
      <w:r>
        <w:rPr>
          <w:sz w:val="22"/>
        </w:rPr>
        <w:t>C. có electron tự do</w:t>
      </w:r>
    </w:p>
    <w:p>
      <w:pPr>
        <w:pStyle w:val="ListParagraph"/>
      </w:pPr>
      <w:r>
        <w:rPr>
          <w:sz w:val="22"/>
        </w:rPr>
        <w:t>D. có neutron</w:t>
      </w:r>
    </w:p>
    <w:p/>
    <w:p>
      <w:r>
        <w:rPr>
          <w:b/>
          <w:sz w:val="24"/>
        </w:rPr>
        <w:t>Câu 35: pH của nước nguyên chất ở 25°C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36: Nếu pOH = 2 thì nồng độ $[OH^-]$ bằng:</w:t>
      </w:r>
    </w:p>
    <w:p>
      <w:pPr>
        <w:pStyle w:val="ListParagraph"/>
      </w:pPr>
      <w:r>
        <w:rPr>
          <w:sz w:val="22"/>
        </w:rPr>
        <w:t>A. $10^2$ M</w:t>
      </w:r>
    </w:p>
    <w:p>
      <w:pPr>
        <w:pStyle w:val="ListParagraph"/>
      </w:pPr>
      <w:r>
        <w:rPr>
          <w:sz w:val="22"/>
        </w:rPr>
        <w:t>B. 2 M</w:t>
      </w:r>
    </w:p>
    <w:p>
      <w:pPr>
        <w:pStyle w:val="ListParagraph"/>
      </w:pPr>
      <w:r>
        <w:rPr>
          <w:sz w:val="22"/>
        </w:rPr>
        <w:t>C. $10^{-12}$ M</w:t>
      </w:r>
    </w:p>
    <w:p>
      <w:pPr>
        <w:pStyle w:val="ListParagraph"/>
      </w:pPr>
      <w:r>
        <w:rPr>
          <w:sz w:val="22"/>
        </w:rPr>
        <w:t>D. $10^{-2}$ M</w:t>
      </w:r>
    </w:p>
    <w:p/>
    <w:p>
      <w:r>
        <w:rPr>
          <w:b/>
          <w:sz w:val="24"/>
        </w:rPr>
        <w:t>Câu 37: Nếu $[OH^-] = 10^{-4}$ M thì pH của dung dịch ở 25°C bằng: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38: Mưa acid thường có pH:</w:t>
      </w:r>
    </w:p>
    <w:p>
      <w:pPr>
        <w:pStyle w:val="ListParagraph"/>
      </w:pPr>
      <w:r>
        <w:rPr>
          <w:sz w:val="22"/>
        </w:rPr>
        <w:t>A. bằng 7</w:t>
      </w:r>
    </w:p>
    <w:p>
      <w:pPr>
        <w:pStyle w:val="ListParagraph"/>
      </w:pPr>
      <w:r>
        <w:rPr>
          <w:sz w:val="22"/>
        </w:rPr>
        <w:t>B. nhỏ hơn 5,6</w:t>
      </w:r>
    </w:p>
    <w:p>
      <w:pPr>
        <w:pStyle w:val="ListParagraph"/>
      </w:pPr>
      <w:r>
        <w:rPr>
          <w:sz w:val="22"/>
        </w:rPr>
        <w:t>C. lớn hơn 7</w:t>
      </w:r>
    </w:p>
    <w:p>
      <w:pPr>
        <w:pStyle w:val="ListParagraph"/>
      </w:pPr>
      <w:r>
        <w:rPr>
          <w:sz w:val="22"/>
        </w:rPr>
        <w:t>D. lớn hơn 14</w:t>
      </w:r>
    </w:p>
    <w:p/>
    <w:p>
      <w:r>
        <w:rPr>
          <w:b/>
          <w:sz w:val="24"/>
        </w:rPr>
        <w:t>Câu 39: pH của máu người bình thường khoảng:</w:t>
      </w:r>
    </w:p>
    <w:p>
      <w:pPr>
        <w:pStyle w:val="ListParagraph"/>
      </w:pPr>
      <w:r>
        <w:rPr>
          <w:sz w:val="22"/>
        </w:rPr>
        <w:t>A. 5,5 - 6,5</w:t>
      </w:r>
    </w:p>
    <w:p>
      <w:pPr>
        <w:pStyle w:val="ListParagraph"/>
      </w:pPr>
      <w:r>
        <w:rPr>
          <w:sz w:val="22"/>
        </w:rPr>
        <w:t>B. 1 - 2</w:t>
      </w:r>
    </w:p>
    <w:p>
      <w:pPr>
        <w:pStyle w:val="ListParagraph"/>
      </w:pPr>
      <w:r>
        <w:rPr>
          <w:sz w:val="22"/>
        </w:rPr>
        <w:t>C. 7,35 - 7,45</w:t>
      </w:r>
    </w:p>
    <w:p>
      <w:pPr>
        <w:pStyle w:val="ListParagraph"/>
      </w:pPr>
      <w:r>
        <w:rPr>
          <w:sz w:val="22"/>
        </w:rPr>
        <w:t>D. 8,5 - 9,5</w:t>
      </w:r>
    </w:p>
    <w:p/>
    <w:p>
      <w:r>
        <w:rPr>
          <w:b/>
          <w:sz w:val="24"/>
        </w:rPr>
        <w:t>Câu 40: Để xác định pH gần đúng của dung dịch, có thể dùng:</w:t>
      </w:r>
    </w:p>
    <w:p>
      <w:pPr>
        <w:pStyle w:val="ListParagraph"/>
      </w:pPr>
      <w:r>
        <w:rPr>
          <w:sz w:val="22"/>
        </w:rPr>
        <w:t>A. cân điện tử</w:t>
      </w:r>
    </w:p>
    <w:p>
      <w:pPr>
        <w:pStyle w:val="ListParagraph"/>
      </w:pPr>
      <w:r>
        <w:rPr>
          <w:sz w:val="22"/>
        </w:rPr>
        <w:t>B. nhiệt kế</w:t>
      </w:r>
    </w:p>
    <w:p>
      <w:pPr>
        <w:pStyle w:val="ListParagraph"/>
      </w:pPr>
      <w:r>
        <w:rPr>
          <w:sz w:val="22"/>
        </w:rPr>
        <w:t>C. ống đong</w:t>
      </w:r>
    </w:p>
    <w:p>
      <w:pPr>
        <w:pStyle w:val="ListParagraph"/>
      </w:pPr>
      <w:r>
        <w:rPr>
          <w:sz w:val="22"/>
        </w:rPr>
        <w:t>D. giấy quỳ tím hoặc chất chỉ thị</w:t>
      </w:r>
    </w:p>
    <w:p/>
    <w:p>
      <w:r>
        <w:rPr>
          <w:b/>
          <w:sz w:val="24"/>
        </w:rPr>
        <w:t>Câu 41: Phương trình thủy phân của ion $CO_3^{2-}$ trong nước là:</w:t>
      </w:r>
    </w:p>
    <w:p>
      <w:pPr>
        <w:pStyle w:val="ListParagraph"/>
      </w:pPr>
      <w:r>
        <w:rPr>
          <w:sz w:val="22"/>
        </w:rPr>
        <w:t>A. $CO_3^{2-} + H_2O \rightleftharpoons HCO_3^- + OH^-$</w:t>
      </w:r>
    </w:p>
    <w:p>
      <w:pPr>
        <w:pStyle w:val="ListParagraph"/>
      </w:pPr>
      <w:r>
        <w:rPr>
          <w:sz w:val="22"/>
        </w:rPr>
        <w:t>B. $CO_3^{2-} + H_2O \rightleftharpoons H_2CO_3 + OH^-$</w:t>
      </w:r>
    </w:p>
    <w:p>
      <w:pPr>
        <w:pStyle w:val="ListParagraph"/>
      </w:pPr>
      <w:r>
        <w:rPr>
          <w:sz w:val="22"/>
        </w:rPr>
        <w:t>C. $CO_3^{2-} + H^+ \rightleftharpoons HCO_3^-$</w:t>
      </w:r>
    </w:p>
    <w:p>
      <w:pPr>
        <w:pStyle w:val="ListParagraph"/>
      </w:pPr>
      <w:r>
        <w:rPr>
          <w:sz w:val="22"/>
        </w:rPr>
        <w:t>D. $CO_3^{2-} + OH^- \rightleftharpoons HCO_3^-$</w:t>
      </w:r>
    </w:p>
    <w:p/>
    <w:p>
      <w:r>
        <w:rPr>
          <w:b/>
          <w:sz w:val="24"/>
        </w:rPr>
        <w:t>Câu 42: Cặp acid-base liên hợp của $CH_3COOH$ là:</w:t>
      </w:r>
    </w:p>
    <w:p>
      <w:pPr>
        <w:pStyle w:val="ListParagraph"/>
      </w:pPr>
      <w:r>
        <w:rPr>
          <w:sz w:val="22"/>
        </w:rPr>
        <w:t>A. $CH_3COOH / CH_3COOOH$</w:t>
      </w:r>
    </w:p>
    <w:p>
      <w:pPr>
        <w:pStyle w:val="ListParagraph"/>
      </w:pPr>
      <w:r>
        <w:rPr>
          <w:sz w:val="22"/>
        </w:rPr>
        <w:t>B. $CH_3COOH / CH_3COO^-$</w:t>
      </w:r>
    </w:p>
    <w:p>
      <w:pPr>
        <w:pStyle w:val="ListParagraph"/>
      </w:pPr>
      <w:r>
        <w:rPr>
          <w:sz w:val="22"/>
        </w:rPr>
        <w:t>C. $CH_3COOH / CH_3OH$</w:t>
      </w:r>
    </w:p>
    <w:p>
      <w:pPr>
        <w:pStyle w:val="ListParagraph"/>
      </w:pPr>
      <w:r>
        <w:rPr>
          <w:sz w:val="22"/>
        </w:rPr>
        <w:t>D. $CH_3COOH / HCOO^-$</w:t>
      </w:r>
    </w:p>
    <w:p/>
    <w:p>
      <w:r>
        <w:rPr>
          <w:b/>
          <w:sz w:val="24"/>
        </w:rPr>
        <w:t>Câu 43: Base liên hợp của $HSO_4^-$ là:</w:t>
      </w:r>
    </w:p>
    <w:p>
      <w:pPr>
        <w:pStyle w:val="ListParagraph"/>
      </w:pPr>
      <w:r>
        <w:rPr>
          <w:sz w:val="22"/>
        </w:rPr>
        <w:t>A. $H_2SO_4$</w:t>
      </w:r>
    </w:p>
    <w:p>
      <w:pPr>
        <w:pStyle w:val="ListParagraph"/>
      </w:pPr>
      <w:r>
        <w:rPr>
          <w:sz w:val="22"/>
        </w:rPr>
        <w:t>B. $HSO_4^-$</w:t>
      </w:r>
    </w:p>
    <w:p>
      <w:pPr>
        <w:pStyle w:val="ListParagraph"/>
      </w:pPr>
      <w:r>
        <w:rPr>
          <w:sz w:val="22"/>
        </w:rPr>
        <w:t>C. $SO_4^{2-}$</w:t>
      </w:r>
    </w:p>
    <w:p>
      <w:pPr>
        <w:pStyle w:val="ListParagraph"/>
      </w:pPr>
      <w:r>
        <w:rPr>
          <w:sz w:val="22"/>
        </w:rPr>
        <w:t>D. $SO_3^{2-}$</w:t>
      </w:r>
    </w:p>
    <w:p/>
    <w:p>
      <w:r>
        <w:rPr>
          <w:b/>
          <w:sz w:val="24"/>
        </w:rPr>
        <w:t>Câu 44: Acid liên hợp của $HCO_3^-$ là:</w:t>
      </w:r>
    </w:p>
    <w:p>
      <w:pPr>
        <w:pStyle w:val="ListParagraph"/>
      </w:pPr>
      <w:r>
        <w:rPr>
          <w:sz w:val="22"/>
        </w:rPr>
        <w:t>A. $CO_3^{2-}$</w:t>
      </w:r>
    </w:p>
    <w:p>
      <w:pPr>
        <w:pStyle w:val="ListParagraph"/>
      </w:pPr>
      <w:r>
        <w:rPr>
          <w:sz w:val="22"/>
        </w:rPr>
        <w:t>B. $CO_2$</w:t>
      </w:r>
    </w:p>
    <w:p>
      <w:pPr>
        <w:pStyle w:val="ListParagraph"/>
      </w:pPr>
      <w:r>
        <w:rPr>
          <w:sz w:val="22"/>
        </w:rPr>
        <w:t>C. $H_2O$</w:t>
      </w:r>
    </w:p>
    <w:p>
      <w:pPr>
        <w:pStyle w:val="ListParagraph"/>
      </w:pPr>
      <w:r>
        <w:rPr>
          <w:sz w:val="22"/>
        </w:rPr>
        <w:t>D. $H_2CO_3$</w:t>
      </w:r>
    </w:p>
    <w:p/>
    <w:p>
      <w:r>
        <w:rPr>
          <w:b/>
          <w:sz w:val="24"/>
        </w:rPr>
        <w:t>Câu 45: Chất nào sau đây lưỡng tính theo Bronsted-Lowry?</w:t>
      </w:r>
    </w:p>
    <w:p>
      <w:pPr>
        <w:pStyle w:val="ListParagraph"/>
      </w:pPr>
      <w:r>
        <w:rPr>
          <w:sz w:val="22"/>
        </w:rPr>
        <w:t>A. $HCO_3^-$</w:t>
      </w:r>
    </w:p>
    <w:p>
      <w:pPr>
        <w:pStyle w:val="ListParagraph"/>
      </w:pPr>
      <w:r>
        <w:rPr>
          <w:sz w:val="22"/>
        </w:rPr>
        <w:t>B. HCl</w:t>
      </w:r>
    </w:p>
    <w:p>
      <w:pPr>
        <w:pStyle w:val="ListParagraph"/>
      </w:pPr>
      <w:r>
        <w:rPr>
          <w:sz w:val="22"/>
        </w:rPr>
        <w:t>C. NaOH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46: Dung dịch $CH_3COOH$ 0,1 M có pH:</w:t>
      </w:r>
    </w:p>
    <w:p>
      <w:pPr>
        <w:pStyle w:val="ListParagraph"/>
      </w:pPr>
      <w:r>
        <w:rPr>
          <w:sz w:val="22"/>
        </w:rPr>
        <w:t>A. bằng 1</w:t>
      </w:r>
    </w:p>
    <w:p>
      <w:pPr>
        <w:pStyle w:val="ListParagraph"/>
      </w:pPr>
      <w:r>
        <w:rPr>
          <w:sz w:val="22"/>
        </w:rPr>
        <w:t>B. lớn hơn 1</w:t>
      </w:r>
    </w:p>
    <w:p>
      <w:pPr>
        <w:pStyle w:val="ListParagraph"/>
      </w:pPr>
      <w:r>
        <w:rPr>
          <w:sz w:val="22"/>
        </w:rPr>
        <w:t>C. nhỏ hơn 1</w:t>
      </w:r>
    </w:p>
    <w:p>
      <w:pPr>
        <w:pStyle w:val="ListParagraph"/>
      </w:pPr>
      <w:r>
        <w:rPr>
          <w:sz w:val="22"/>
        </w:rPr>
        <w:t>D. bằng 7</w:t>
      </w:r>
    </w:p>
    <w:p/>
    <w:p>
      <w:r>
        <w:rPr>
          <w:b/>
          <w:sz w:val="24"/>
        </w:rPr>
        <w:t>Câu 47: Khi thêm vài giọt HCl vào nước nguyên chất, pH của dung dịch: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không đổi</w:t>
      </w:r>
    </w:p>
    <w:p>
      <w:pPr>
        <w:pStyle w:val="ListParagraph"/>
      </w:pPr>
      <w:r>
        <w:rPr>
          <w:sz w:val="22"/>
        </w:rPr>
        <w:t>C. giảm</w:t>
      </w:r>
    </w:p>
    <w:p>
      <w:pPr>
        <w:pStyle w:val="ListParagraph"/>
      </w:pPr>
      <w:r>
        <w:rPr>
          <w:sz w:val="22"/>
        </w:rPr>
        <w:t>D. bằng 7</w:t>
      </w:r>
    </w:p>
    <w:p/>
    <w:p>
      <w:r>
        <w:rPr>
          <w:b/>
          <w:sz w:val="24"/>
        </w:rPr>
        <w:t>Câu 48: Khi thêm vài giọt NaOH vào nước nguyên chất, pH của dung dịch: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không đổi</w:t>
      </w:r>
    </w:p>
    <w:p>
      <w:pPr>
        <w:pStyle w:val="ListParagraph"/>
      </w:pPr>
      <w:r>
        <w:rPr>
          <w:sz w:val="22"/>
        </w:rPr>
        <w:t>C. bằng 7</w:t>
      </w:r>
    </w:p>
    <w:p>
      <w:pPr>
        <w:pStyle w:val="ListParagraph"/>
      </w:pPr>
      <w:r>
        <w:rPr>
          <w:sz w:val="22"/>
        </w:rPr>
        <w:t>D. tăng</w:t>
      </w:r>
    </w:p>
    <w:p/>
    <w:p>
      <w:r>
        <w:rPr>
          <w:b/>
          <w:sz w:val="24"/>
        </w:rPr>
        <w:t>Câu 49: Trộn 100 mL dung dịch HCl 0,1 M với 100 mL dung dịch NaOH 0,1 M. Dung dịch sau phản ứng có pH: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50: Trộn 100 mL dung dịch HCl 0,1 M với 100 mL dung dịch $Ba(OH)_2$ 0,05 M. Dung dịch sau phản ứng có pH: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12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