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 lịch sử 30 câu hỏi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