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15p tiếng anh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