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Kiểm tra 15 KTPL</w:t>
      </w:r>
    </w:p>
    <w:p>
      <w:pPr>
        <w:jc w:val="center"/>
      </w:pPr>
      <w:r>
        <w:rPr>
          <w:sz w:val="22"/>
        </w:rPr>
        <w:t>Số câu: 15    Thời gian: _____ phút    Họ và tên: _________________________</w:t>
      </w:r>
    </w:p>
    <w:p/>
    <w:p>
      <w:r>
        <w:rPr>
          <w:b/>
          <w:sz w:val="24"/>
        </w:rPr>
        <w:t>Câu 1: Di sản văn hóa bao gồm những loại nào?</w:t>
      </w:r>
    </w:p>
    <w:p>
      <w:pPr>
        <w:pStyle w:val="ListParagraph"/>
      </w:pPr>
      <w:r>
        <w:rPr>
          <w:sz w:val="22"/>
        </w:rPr>
        <w:t>A. Di sản văn hóa vật thể và di sản văn hóa phi vật thể.</w:t>
      </w:r>
    </w:p>
    <w:p>
      <w:pPr>
        <w:pStyle w:val="ListParagraph"/>
      </w:pPr>
      <w:r>
        <w:rPr>
          <w:sz w:val="22"/>
        </w:rPr>
        <w:t>B. Di sản thiên nhiên và di sản văn hóa.</w:t>
      </w:r>
    </w:p>
    <w:p>
      <w:pPr>
        <w:pStyle w:val="ListParagraph"/>
      </w:pPr>
      <w:r>
        <w:rPr>
          <w:sz w:val="22"/>
        </w:rPr>
        <w:t>C. Di tích lịch sử và danh lam thắng cảnh.</w:t>
      </w:r>
    </w:p>
    <w:p>
      <w:pPr>
        <w:pStyle w:val="ListParagraph"/>
      </w:pPr>
      <w:r>
        <w:rPr>
          <w:sz w:val="22"/>
        </w:rPr>
        <w:t>D. Cổ vật, bảo vật quốc gia và di vật.</w:t>
      </w:r>
    </w:p>
    <w:p/>
    <w:p>
      <w:r>
        <w:rPr>
          <w:b/>
          <w:sz w:val="24"/>
        </w:rPr>
        <w:t>Câu 2: Di sản văn hóa vật thể là gì?</w:t>
      </w:r>
    </w:p>
    <w:p>
      <w:pPr>
        <w:pStyle w:val="ListParagraph"/>
      </w:pPr>
      <w:r>
        <w:rPr>
          <w:sz w:val="22"/>
        </w:rPr>
        <w:t>A. Sản phẩm vật chất có giá trị lịch sử, văn hóa, khoa học, bao gồm di tích lịch sử - văn hóa, danh lam thắng cảnh, di vật, cổ vật, bảo vật quốc gia.</w:t>
      </w:r>
    </w:p>
    <w:p>
      <w:pPr>
        <w:pStyle w:val="ListParagraph"/>
      </w:pPr>
      <w:r>
        <w:rPr>
          <w:sz w:val="22"/>
        </w:rPr>
        <w:t>B. Sản phẩm tinh thần gắn với cộng đồng.</w:t>
      </w:r>
    </w:p>
    <w:p>
      <w:pPr>
        <w:pStyle w:val="ListParagraph"/>
      </w:pPr>
      <w:r>
        <w:rPr>
          <w:sz w:val="22"/>
        </w:rPr>
        <w:t>C. Các lễ hội, làn điệu dân ca.</w:t>
      </w:r>
    </w:p>
    <w:p>
      <w:pPr>
        <w:pStyle w:val="ListParagraph"/>
      </w:pPr>
      <w:r>
        <w:rPr>
          <w:sz w:val="22"/>
        </w:rPr>
        <w:t>D. Các phong tục tập quán.</w:t>
      </w:r>
    </w:p>
    <w:p/>
    <w:p>
      <w:r>
        <w:rPr>
          <w:b/>
          <w:sz w:val="24"/>
        </w:rPr>
        <w:t>Câu 3: Di sản văn hóa phi vật thể là gì?</w:t>
      </w:r>
    </w:p>
    <w:p>
      <w:pPr>
        <w:pStyle w:val="ListParagraph"/>
      </w:pPr>
      <w:r>
        <w:rPr>
          <w:sz w:val="22"/>
        </w:rPr>
        <w:t>A. Sản phẩm tinh thần gắn với cộng đồng hoặc cá nhân, vật thể và không gian văn hóa liên quan, có giá trị lịch sử, văn hóa, khoa học, thể hiện bản sắc văn hóa, được truyền miệng, truyền nghề, trình diễn và các hình thức khác.</w:t>
      </w:r>
    </w:p>
    <w:p>
      <w:pPr>
        <w:pStyle w:val="ListParagraph"/>
      </w:pPr>
      <w:r>
        <w:rPr>
          <w:sz w:val="22"/>
        </w:rPr>
        <w:t>B. Các công trình kiến trúc cổ.</w:t>
      </w:r>
    </w:p>
    <w:p>
      <w:pPr>
        <w:pStyle w:val="ListParagraph"/>
      </w:pPr>
      <w:r>
        <w:rPr>
          <w:sz w:val="22"/>
        </w:rPr>
        <w:t>C. Các hiện vật trong bảo tàng.</w:t>
      </w:r>
    </w:p>
    <w:p>
      <w:pPr>
        <w:pStyle w:val="ListParagraph"/>
      </w:pPr>
      <w:r>
        <w:rPr>
          <w:sz w:val="22"/>
        </w:rPr>
        <w:t>D. Các danh lam thắng cảnh.</w:t>
      </w:r>
    </w:p>
    <w:p/>
    <w:p>
      <w:r>
        <w:rPr>
          <w:b/>
          <w:sz w:val="24"/>
        </w:rPr>
        <w:t>Câu 4: Di sản nào sau đây là di sản văn hóa phi vật thể?</w:t>
      </w:r>
    </w:p>
    <w:p>
      <w:pPr>
        <w:pStyle w:val="ListParagraph"/>
      </w:pPr>
      <w:r>
        <w:rPr>
          <w:sz w:val="22"/>
        </w:rPr>
        <w:t>A. Vịnh Hạ Long.</w:t>
      </w:r>
    </w:p>
    <w:p>
      <w:pPr>
        <w:pStyle w:val="ListParagraph"/>
      </w:pPr>
      <w:r>
        <w:rPr>
          <w:sz w:val="22"/>
        </w:rPr>
        <w:t>B. Hoàng thành Thăng Long.</w:t>
      </w:r>
    </w:p>
    <w:p>
      <w:pPr>
        <w:pStyle w:val="ListParagraph"/>
      </w:pPr>
      <w:r>
        <w:rPr>
          <w:sz w:val="22"/>
        </w:rPr>
        <w:t>C. Nhã nhạc cung đình Huế.</w:t>
      </w:r>
    </w:p>
    <w:p>
      <w:pPr>
        <w:pStyle w:val="ListParagraph"/>
      </w:pPr>
      <w:r>
        <w:rPr>
          <w:sz w:val="22"/>
        </w:rPr>
        <w:t>D. Thánh địa Mỹ Sơn.</w:t>
      </w:r>
    </w:p>
    <w:p/>
    <w:p>
      <w:r>
        <w:rPr>
          <w:b/>
          <w:sz w:val="24"/>
        </w:rPr>
        <w:t>Câu 5: Di sản nào sau đây là di sản văn hóa vật thể?</w:t>
      </w:r>
    </w:p>
    <w:p>
      <w:pPr>
        <w:pStyle w:val="ListParagraph"/>
      </w:pPr>
      <w:r>
        <w:rPr>
          <w:sz w:val="22"/>
        </w:rPr>
        <w:t>A. Ca trù.</w:t>
      </w:r>
    </w:p>
    <w:p>
      <w:pPr>
        <w:pStyle w:val="ListParagraph"/>
      </w:pPr>
      <w:r>
        <w:rPr>
          <w:sz w:val="22"/>
        </w:rPr>
        <w:t>B. Quan họ Bắc Ninh.</w:t>
      </w:r>
    </w:p>
    <w:p>
      <w:pPr>
        <w:pStyle w:val="ListParagraph"/>
      </w:pPr>
      <w:r>
        <w:rPr>
          <w:sz w:val="22"/>
        </w:rPr>
        <w:t>C. Phố cổ Hội An.</w:t>
      </w:r>
    </w:p>
    <w:p>
      <w:pPr>
        <w:pStyle w:val="ListParagraph"/>
      </w:pPr>
      <w:r>
        <w:rPr>
          <w:sz w:val="22"/>
        </w:rPr>
        <w:t>D. Hát Xoan.</w:t>
      </w:r>
    </w:p>
    <w:p/>
    <w:p>
      <w:r>
        <w:rPr>
          <w:b/>
          <w:sz w:val="24"/>
        </w:rPr>
        <w:t>Câu 6: Di sản văn hóa nào của Việt Nam được UNESCO ghi danh là Di sản văn hóa phi vật thể đại diện của nhân loại?</w:t>
      </w:r>
    </w:p>
    <w:p>
      <w:pPr>
        <w:pStyle w:val="ListParagraph"/>
      </w:pPr>
      <w:r>
        <w:rPr>
          <w:sz w:val="22"/>
        </w:rPr>
        <w:t>A. Không gian văn hóa cồng chiêng Tây Nguyên.</w:t>
      </w:r>
    </w:p>
    <w:p>
      <w:pPr>
        <w:pStyle w:val="ListParagraph"/>
      </w:pPr>
      <w:r>
        <w:rPr>
          <w:sz w:val="22"/>
        </w:rPr>
        <w:t>B. Vịnh Hạ Long.</w:t>
      </w:r>
    </w:p>
    <w:p>
      <w:pPr>
        <w:pStyle w:val="ListParagraph"/>
      </w:pPr>
      <w:r>
        <w:rPr>
          <w:sz w:val="22"/>
        </w:rPr>
        <w:t>C. Vườn quốc gia Phong Nha - Kẻ Bàng.</w:t>
      </w:r>
    </w:p>
    <w:p>
      <w:pPr>
        <w:pStyle w:val="ListParagraph"/>
      </w:pPr>
      <w:r>
        <w:rPr>
          <w:sz w:val="22"/>
        </w:rPr>
        <w:t>D. Quần thể di tích cố đô Huế.</w:t>
      </w:r>
    </w:p>
    <w:p/>
    <w:p>
      <w:r>
        <w:rPr>
          <w:b/>
          <w:sz w:val="24"/>
        </w:rPr>
        <w:t>Câu 7: Theo Luật Di sản văn hóa, hành vi nào sau đây bị nghiêm cấm?</w:t>
      </w:r>
    </w:p>
    <w:p>
      <w:pPr>
        <w:pStyle w:val="ListParagraph"/>
      </w:pPr>
      <w:r>
        <w:rPr>
          <w:sz w:val="22"/>
        </w:rPr>
        <w:t>A. Bảo vệ và phát huy giá trị di sản văn hóa.</w:t>
      </w:r>
    </w:p>
    <w:p>
      <w:pPr>
        <w:pStyle w:val="ListParagraph"/>
      </w:pPr>
      <w:r>
        <w:rPr>
          <w:sz w:val="22"/>
        </w:rPr>
        <w:t>B. Phá hoại di sản văn hóa.</w:t>
      </w:r>
    </w:p>
    <w:p>
      <w:pPr>
        <w:pStyle w:val="ListParagraph"/>
      </w:pPr>
      <w:r>
        <w:rPr>
          <w:sz w:val="22"/>
        </w:rPr>
        <w:t>C. Tuyên truyền, giới thiệu di sản văn hóa.</w:t>
      </w:r>
    </w:p>
    <w:p>
      <w:pPr>
        <w:pStyle w:val="ListParagraph"/>
      </w:pPr>
      <w:r>
        <w:rPr>
          <w:sz w:val="22"/>
        </w:rPr>
        <w:t>D. Sưu tầm tài liệu về di sản văn hóa.</w:t>
      </w:r>
    </w:p>
    <w:p/>
    <w:p>
      <w:r>
        <w:rPr>
          <w:b/>
          <w:sz w:val="24"/>
        </w:rPr>
        <w:t>Câu 8: Công dân có trách nhiệm gì đối với di sản văn hóa?</w:t>
      </w:r>
    </w:p>
    <w:p>
      <w:pPr>
        <w:pStyle w:val="ListParagraph"/>
      </w:pPr>
      <w:r>
        <w:rPr>
          <w:sz w:val="22"/>
        </w:rPr>
        <w:t>A. Chỉ hưởng lợi từ di sản.</w:t>
      </w:r>
    </w:p>
    <w:p>
      <w:pPr>
        <w:pStyle w:val="ListParagraph"/>
      </w:pPr>
      <w:r>
        <w:rPr>
          <w:sz w:val="22"/>
        </w:rPr>
        <w:t>B. Bảo vệ, giữ gìn và phát huy giá trị di sản văn hóa.</w:t>
      </w:r>
    </w:p>
    <w:p>
      <w:pPr>
        <w:pStyle w:val="ListParagraph"/>
      </w:pPr>
      <w:r>
        <w:rPr>
          <w:sz w:val="22"/>
        </w:rPr>
        <w:t>C. Được tự do phá dỡ di tích để xây mới.</w:t>
      </w:r>
    </w:p>
    <w:p>
      <w:pPr>
        <w:pStyle w:val="ListParagraph"/>
      </w:pPr>
      <w:r>
        <w:rPr>
          <w:sz w:val="22"/>
        </w:rPr>
        <w:t>D. Chỉ cần tham gia lễ hội.</w:t>
      </w:r>
    </w:p>
    <w:p/>
    <w:p>
      <w:r>
        <w:rPr>
          <w:b/>
          <w:sz w:val="24"/>
        </w:rPr>
        <w:t>Câu 9: Cơ quan nào giúp Chính phủ thống nhất quản lý nhà nước về di sản văn hóa?</w:t>
      </w:r>
    </w:p>
    <w:p>
      <w:pPr>
        <w:pStyle w:val="ListParagraph"/>
      </w:pPr>
      <w:r>
        <w:rPr>
          <w:sz w:val="22"/>
        </w:rPr>
        <w:t>A. Bộ Văn hóa, Thể thao và Du lịch.</w:t>
      </w:r>
    </w:p>
    <w:p>
      <w:pPr>
        <w:pStyle w:val="ListParagraph"/>
      </w:pPr>
      <w:r>
        <w:rPr>
          <w:sz w:val="22"/>
        </w:rPr>
        <w:t>B. Bộ Giáo dục và Đào tạo.</w:t>
      </w:r>
    </w:p>
    <w:p>
      <w:pPr>
        <w:pStyle w:val="ListParagraph"/>
      </w:pPr>
      <w:r>
        <w:rPr>
          <w:sz w:val="22"/>
        </w:rPr>
        <w:t>C. Bộ Tài chính.</w:t>
      </w:r>
    </w:p>
    <w:p>
      <w:pPr>
        <w:pStyle w:val="ListParagraph"/>
      </w:pPr>
      <w:r>
        <w:rPr>
          <w:sz w:val="22"/>
        </w:rPr>
        <w:t>D. Bộ Ngoại giao.</w:t>
      </w:r>
    </w:p>
    <w:p/>
    <w:p>
      <w:r>
        <w:rPr>
          <w:b/>
          <w:sz w:val="24"/>
        </w:rPr>
        <w:t>Câu 10: Di tích lịch sử - văn hóa là gì?</w:t>
      </w:r>
    </w:p>
    <w:p>
      <w:pPr>
        <w:pStyle w:val="ListParagraph"/>
      </w:pPr>
      <w:r>
        <w:rPr>
          <w:sz w:val="22"/>
        </w:rPr>
        <w:t>A. Công trình xây dựng, địa điểm và các di vật, cổ vật, bảo vật quốc gia thuộc công trình, địa điểm đó có giá trị lịch sử, văn hóa, khoa học.</w:t>
      </w:r>
    </w:p>
    <w:p>
      <w:pPr>
        <w:pStyle w:val="ListParagraph"/>
      </w:pPr>
      <w:r>
        <w:rPr>
          <w:sz w:val="22"/>
        </w:rPr>
        <w:t>B. Cảnh quan thiên nhiên đẹp.</w:t>
      </w:r>
    </w:p>
    <w:p>
      <w:pPr>
        <w:pStyle w:val="ListParagraph"/>
      </w:pPr>
      <w:r>
        <w:rPr>
          <w:sz w:val="22"/>
        </w:rPr>
        <w:t>C. Sản phẩm tinh thần.</w:t>
      </w:r>
    </w:p>
    <w:p>
      <w:pPr>
        <w:pStyle w:val="ListParagraph"/>
      </w:pPr>
      <w:r>
        <w:rPr>
          <w:sz w:val="22"/>
        </w:rPr>
        <w:t>D. Lễ hội truyền thống.</w:t>
      </w:r>
    </w:p>
    <w:p/>
    <w:p>
      <w:r>
        <w:rPr>
          <w:b/>
          <w:sz w:val="24"/>
        </w:rPr>
        <w:t>Câu 11: Danh lam thắng cảnh là gì?</w:t>
      </w:r>
    </w:p>
    <w:p>
      <w:pPr>
        <w:pStyle w:val="ListParagraph"/>
      </w:pPr>
      <w:r>
        <w:rPr>
          <w:sz w:val="22"/>
        </w:rPr>
        <w:t>A. Cảnh quan thiên nhiên hoặc địa điểm có sự kết hợp giữa cảnh quan thiên nhiên với công trình kiến trúc, có giá trị lịch sử, thẩm mỹ, văn hóa, khoa học.</w:t>
      </w:r>
    </w:p>
    <w:p>
      <w:pPr>
        <w:pStyle w:val="ListParagraph"/>
      </w:pPr>
      <w:r>
        <w:rPr>
          <w:sz w:val="22"/>
        </w:rPr>
        <w:t>B. Các hiện vật cổ.</w:t>
      </w:r>
    </w:p>
    <w:p>
      <w:pPr>
        <w:pStyle w:val="ListParagraph"/>
      </w:pPr>
      <w:r>
        <w:rPr>
          <w:sz w:val="22"/>
        </w:rPr>
        <w:t>C. Các làn điệu dân ca.</w:t>
      </w:r>
    </w:p>
    <w:p>
      <w:pPr>
        <w:pStyle w:val="ListParagraph"/>
      </w:pPr>
      <w:r>
        <w:rPr>
          <w:sz w:val="22"/>
        </w:rPr>
        <w:t>D. Các phong tục tập quán.</w:t>
      </w:r>
    </w:p>
    <w:p/>
    <w:p>
      <w:r>
        <w:rPr>
          <w:b/>
          <w:sz w:val="24"/>
        </w:rPr>
        <w:t>Câu 12: Bảo vật quốc gia là gì?</w:t>
      </w:r>
    </w:p>
    <w:p>
      <w:pPr>
        <w:pStyle w:val="ListParagraph"/>
      </w:pPr>
      <w:r>
        <w:rPr>
          <w:sz w:val="22"/>
        </w:rPr>
        <w:t>A. Hiện vật được lưu truyền, có giá trị đặc biệt quý hiếm tiêu biểu của đất nước về lịch sử, văn hóa, khoa học.</w:t>
      </w:r>
    </w:p>
    <w:p>
      <w:pPr>
        <w:pStyle w:val="ListParagraph"/>
      </w:pPr>
      <w:r>
        <w:rPr>
          <w:sz w:val="22"/>
        </w:rPr>
        <w:t>B. Các công trình kiến trúc hiện đại.</w:t>
      </w:r>
    </w:p>
    <w:p>
      <w:pPr>
        <w:pStyle w:val="ListParagraph"/>
      </w:pPr>
      <w:r>
        <w:rPr>
          <w:sz w:val="22"/>
        </w:rPr>
        <w:t>C. Các lễ hội truyền thống.</w:t>
      </w:r>
    </w:p>
    <w:p>
      <w:pPr>
        <w:pStyle w:val="ListParagraph"/>
      </w:pPr>
      <w:r>
        <w:rPr>
          <w:sz w:val="22"/>
        </w:rPr>
        <w:t>D. Các danh nhân văn hóa.</w:t>
      </w:r>
    </w:p>
    <w:p/>
    <w:p>
      <w:r>
        <w:rPr>
          <w:b/>
          <w:sz w:val="24"/>
        </w:rPr>
        <w:t>Câu 13: Học sinh có thể làm gì để góp phần bảo vệ di sản văn hóa?</w:t>
      </w:r>
    </w:p>
    <w:p>
      <w:pPr>
        <w:pStyle w:val="ListParagraph"/>
      </w:pPr>
      <w:r>
        <w:rPr>
          <w:sz w:val="22"/>
        </w:rPr>
        <w:t>A. Tuyên truyền, giới thiệu di sản văn hóa đến bạn bè, cộng đồng.</w:t>
      </w:r>
    </w:p>
    <w:p>
      <w:pPr>
        <w:pStyle w:val="ListParagraph"/>
      </w:pPr>
      <w:r>
        <w:rPr>
          <w:sz w:val="22"/>
        </w:rPr>
        <w:t>B. Xả rác bừa bãi tại di tích.</w:t>
      </w:r>
    </w:p>
    <w:p>
      <w:pPr>
        <w:pStyle w:val="ListParagraph"/>
      </w:pPr>
      <w:r>
        <w:rPr>
          <w:sz w:val="22"/>
        </w:rPr>
        <w:t>C. Viết, vẽ lên di tích.</w:t>
      </w:r>
    </w:p>
    <w:p>
      <w:pPr>
        <w:pStyle w:val="ListParagraph"/>
      </w:pPr>
      <w:r>
        <w:rPr>
          <w:sz w:val="22"/>
        </w:rPr>
        <w:t>D. Mua bán trái phép cổ vật.</w:t>
      </w:r>
    </w:p>
    <w:p/>
    <w:p>
      <w:r>
        <w:rPr>
          <w:b/>
          <w:sz w:val="24"/>
        </w:rPr>
        <w:t>Câu 14: Ý nghĩa của việc bảo tồn và phát huy di sản văn hóa là gì?</w:t>
      </w:r>
    </w:p>
    <w:p>
      <w:pPr>
        <w:pStyle w:val="ListParagraph"/>
      </w:pPr>
      <w:r>
        <w:rPr>
          <w:sz w:val="22"/>
        </w:rPr>
        <w:t>A. Giữ gìn bản sắc văn hóa dân tộc, giáo dục truyền thống, phát triển kinh tế - xã hội.</w:t>
      </w:r>
    </w:p>
    <w:p>
      <w:pPr>
        <w:pStyle w:val="ListParagraph"/>
      </w:pPr>
      <w:r>
        <w:rPr>
          <w:sz w:val="22"/>
        </w:rPr>
        <w:t>B. Chỉ để phát triển du lịch.</w:t>
      </w:r>
    </w:p>
    <w:p>
      <w:pPr>
        <w:pStyle w:val="ListParagraph"/>
      </w:pPr>
      <w:r>
        <w:rPr>
          <w:sz w:val="22"/>
        </w:rPr>
        <w:t>C. Chỉ để bảo tàng lưu giữ.</w:t>
      </w:r>
    </w:p>
    <w:p>
      <w:pPr>
        <w:pStyle w:val="ListParagraph"/>
      </w:pPr>
      <w:r>
        <w:rPr>
          <w:sz w:val="22"/>
        </w:rPr>
        <w:t>D. Không có ý nghĩa gì.</w:t>
      </w:r>
    </w:p>
    <w:p/>
    <w:p>
      <w:r>
        <w:rPr>
          <w:b/>
          <w:sz w:val="24"/>
        </w:rPr>
        <w:t>Câu 15: Việc làm nào sau đây thể hiện bảo vệ di sản văn hóa?</w:t>
      </w:r>
    </w:p>
    <w:p>
      <w:pPr>
        <w:pStyle w:val="ListParagraph"/>
      </w:pPr>
      <w:r>
        <w:rPr>
          <w:sz w:val="22"/>
        </w:rPr>
        <w:t>A. Tham gia các hoạt động tình nguyện dọn dẹp, chăm sóc di tích.</w:t>
      </w:r>
    </w:p>
    <w:p>
      <w:pPr>
        <w:pStyle w:val="ListParagraph"/>
      </w:pPr>
      <w:r>
        <w:rPr>
          <w:sz w:val="22"/>
        </w:rPr>
        <w:t>B. Tự ý thay đổi kết cấu di tích.</w:t>
      </w:r>
    </w:p>
    <w:p>
      <w:pPr>
        <w:pStyle w:val="ListParagraph"/>
      </w:pPr>
      <w:r>
        <w:rPr>
          <w:sz w:val="22"/>
        </w:rPr>
        <w:t>C. Buôn bán cổ vật không có nguồn gốc.</w:t>
      </w:r>
    </w:p>
    <w:p>
      <w:pPr>
        <w:pStyle w:val="ListParagraph"/>
      </w:pPr>
      <w:r>
        <w:rPr>
          <w:sz w:val="22"/>
        </w:rPr>
        <w:t>D. Tổ chức hoạt động mê tín dị đoan tại di tích.</w:t>
      </w:r>
    </w:p>
    <w:p/>
    <w:p>
      <w:r>
        <w:t>──────────────────────────────────────────────────</w:t>
      </w:r>
    </w:p>
    <w:p>
      <w:r>
        <w:rPr>
          <w:b/>
        </w:rPr>
        <w:t>BẢNG ĐÁP ÁN &amp; LỜI GIẢI CHI TIẾT</w:t>
      </w:r>
    </w:p>
    <w:p>
      <w:r>
        <w:rPr>
          <w:b/>
        </w:rPr>
        <w:t>Câu 1: Đáp án đúng: A</w:t>
      </w:r>
    </w:p>
    <w:p>
      <w:r>
        <w:rPr>
          <w:b/>
        </w:rPr>
        <w:t>Câu 2: Đáp án đúng: A</w:t>
      </w:r>
    </w:p>
    <w:p>
      <w:r>
        <w:rPr>
          <w:b/>
        </w:rPr>
        <w:t>Câu 3: Đáp án đúng: A</w:t>
      </w:r>
    </w:p>
    <w:p>
      <w:r>
        <w:rPr>
          <w:b/>
        </w:rPr>
        <w:t>Câu 4: Đáp án đúng: C</w:t>
      </w:r>
    </w:p>
    <w:p>
      <w:r>
        <w:rPr>
          <w:b/>
        </w:rPr>
        <w:t>Câu 5: Đáp án đúng: C</w:t>
      </w:r>
    </w:p>
    <w:p>
      <w:r>
        <w:rPr>
          <w:b/>
        </w:rPr>
        <w:t>Câu 6: Đáp án đúng: A</w:t>
      </w:r>
    </w:p>
    <w:p>
      <w:r>
        <w:rPr>
          <w:b/>
        </w:rPr>
        <w:t>Câu 7: Đáp án đúng: B</w:t>
      </w:r>
    </w:p>
    <w:p>
      <w:r>
        <w:rPr>
          <w:b/>
        </w:rPr>
        <w:t>Câu 8: Đáp án đúng: B</w:t>
      </w:r>
    </w:p>
    <w:p>
      <w:r>
        <w:rPr>
          <w:b/>
        </w:rPr>
        <w:t>Câu 9: Đáp án đúng: A</w:t>
      </w:r>
    </w:p>
    <w:p>
      <w:r>
        <w:rPr>
          <w:b/>
        </w:rPr>
        <w:t>Câu 10: Đáp án đúng: A</w:t>
      </w:r>
    </w:p>
    <w:p>
      <w:r>
        <w:rPr>
          <w:b/>
        </w:rPr>
        <w:t>Câu 11: Đáp án đúng: A</w:t>
      </w:r>
    </w:p>
    <w:p>
      <w:r>
        <w:rPr>
          <w:b/>
        </w:rPr>
        <w:t>Câu 12: Đáp án đúng: A</w:t>
      </w:r>
    </w:p>
    <w:p>
      <w:r>
        <w:rPr>
          <w:b/>
        </w:rPr>
        <w:t>Câu 13: Đáp án đúng: A</w:t>
      </w:r>
    </w:p>
    <w:p>
      <w:r>
        <w:rPr>
          <w:b/>
        </w:rPr>
        <w:t>Câu 14: Đáp án đúng: A</w:t>
      </w:r>
    </w:p>
    <w:p>
      <w:r>
        <w:rPr>
          <w:b/>
        </w:rPr>
        <w:t>Câu 15: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