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10 câu trắc nghiệm Tin học 10 về cấu trúc máy...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Chức năng chính của CPU là gì?</w:t>
      </w:r>
    </w:p>
    <w:p>
      <w:pPr>
        <w:pStyle w:val="ListParagraph"/>
      </w:pPr>
      <w:r>
        <w:rPr>
          <w:sz w:val="22"/>
        </w:rPr>
        <w:t>A. Lưu trữ dữ liệu lâu dài</w:t>
      </w:r>
    </w:p>
    <w:p>
      <w:pPr>
        <w:pStyle w:val="ListParagraph"/>
      </w:pPr>
      <w:r>
        <w:rPr>
          <w:sz w:val="22"/>
        </w:rPr>
        <w:t>B. Thực hiện và điều khiển các phép xử lý dữ liệu</w:t>
      </w:r>
    </w:p>
    <w:p>
      <w:pPr>
        <w:pStyle w:val="ListParagraph"/>
      </w:pPr>
      <w:r>
        <w:rPr>
          <w:sz w:val="22"/>
        </w:rPr>
        <w:t>C. Hiển thị thông tin ra màn hình</w:t>
      </w:r>
    </w:p>
    <w:p>
      <w:pPr>
        <w:pStyle w:val="ListParagraph"/>
      </w:pPr>
      <w:r>
        <w:rPr>
          <w:sz w:val="22"/>
        </w:rPr>
        <w:t>D. Cung cấp nguồn điện cho máy tính</w:t>
      </w:r>
    </w:p>
    <w:p/>
    <w:p>
      <w:r>
        <w:rPr>
          <w:b/>
          <w:sz w:val="24"/>
        </w:rPr>
        <w:t>Câu 2: Bộ phận nào trong CPU thực hiện các phép tính số học và logic?</w:t>
      </w:r>
    </w:p>
    <w:p>
      <w:pPr>
        <w:pStyle w:val="ListParagraph"/>
      </w:pPr>
      <w:r>
        <w:rPr>
          <w:sz w:val="22"/>
        </w:rPr>
        <w:t>A. CU</w:t>
      </w:r>
    </w:p>
    <w:p>
      <w:pPr>
        <w:pStyle w:val="ListParagraph"/>
      </w:pPr>
      <w:r>
        <w:rPr>
          <w:sz w:val="22"/>
        </w:rPr>
        <w:t>B. ALU</w:t>
      </w:r>
    </w:p>
    <w:p>
      <w:pPr>
        <w:pStyle w:val="ListParagraph"/>
      </w:pPr>
      <w:r>
        <w:rPr>
          <w:sz w:val="22"/>
        </w:rPr>
        <w:t>C. Thanh ghi</w:t>
      </w:r>
    </w:p>
    <w:p>
      <w:pPr>
        <w:pStyle w:val="ListParagraph"/>
      </w:pPr>
      <w:r>
        <w:rPr>
          <w:sz w:val="22"/>
        </w:rPr>
        <w:t>D. Bộ nhớ cache</w:t>
      </w:r>
    </w:p>
    <w:p/>
    <w:p>
      <w:r>
        <w:rPr>
          <w:b/>
          <w:sz w:val="24"/>
        </w:rPr>
        <w:t>Câu 3: Bộ điều khiển (Control Unit - CU) có chức năng gì?</w:t>
      </w:r>
    </w:p>
    <w:p>
      <w:pPr>
        <w:pStyle w:val="ListParagraph"/>
      </w:pPr>
      <w:r>
        <w:rPr>
          <w:sz w:val="22"/>
        </w:rPr>
        <w:t>A. Thực hiện phép cộng, trừ</w:t>
      </w:r>
    </w:p>
    <w:p>
      <w:pPr>
        <w:pStyle w:val="ListParagraph"/>
      </w:pPr>
      <w:r>
        <w:rPr>
          <w:sz w:val="22"/>
        </w:rPr>
        <w:t>B. Điều khiển các bộ phận khác thực hiện lệnh</w:t>
      </w:r>
    </w:p>
    <w:p>
      <w:pPr>
        <w:pStyle w:val="ListParagraph"/>
      </w:pPr>
      <w:r>
        <w:rPr>
          <w:sz w:val="22"/>
        </w:rPr>
        <w:t>C. Lưu trữ dữ liệu tạm thời</w:t>
      </w:r>
    </w:p>
    <w:p>
      <w:pPr>
        <w:pStyle w:val="ListParagraph"/>
      </w:pPr>
      <w:r>
        <w:rPr>
          <w:sz w:val="22"/>
        </w:rPr>
        <w:t>D. Kết nối Internet</w:t>
      </w:r>
    </w:p>
    <w:p/>
    <w:p>
      <w:r>
        <w:rPr>
          <w:b/>
          <w:sz w:val="24"/>
        </w:rPr>
        <w:t>Câu 4: Thiết bị nào sau đây là bộ nhớ trong?</w:t>
      </w:r>
    </w:p>
    <w:p>
      <w:pPr>
        <w:pStyle w:val="ListParagraph"/>
      </w:pPr>
      <w:r>
        <w:rPr>
          <w:sz w:val="22"/>
        </w:rPr>
        <w:t>A. Ổ cứng HDD</w:t>
      </w:r>
    </w:p>
    <w:p>
      <w:pPr>
        <w:pStyle w:val="ListParagraph"/>
      </w:pPr>
      <w:r>
        <w:rPr>
          <w:sz w:val="22"/>
        </w:rPr>
        <w:t>B. USB</w:t>
      </w:r>
    </w:p>
    <w:p>
      <w:pPr>
        <w:pStyle w:val="ListParagraph"/>
      </w:pPr>
      <w:r>
        <w:rPr>
          <w:sz w:val="22"/>
        </w:rPr>
        <w:t>C. RAM</w:t>
      </w:r>
    </w:p>
    <w:p>
      <w:pPr>
        <w:pStyle w:val="ListParagraph"/>
      </w:pPr>
      <w:r>
        <w:rPr>
          <w:sz w:val="22"/>
        </w:rPr>
        <w:t>D. Đĩa CD</w:t>
      </w:r>
    </w:p>
    <w:p/>
    <w:p>
      <w:r>
        <w:rPr>
          <w:b/>
          <w:sz w:val="24"/>
        </w:rPr>
        <w:t>Câu 5: RAM là bộ nhớ có đặc điểm nào sau đây?</w:t>
      </w:r>
    </w:p>
    <w:p>
      <w:pPr>
        <w:pStyle w:val="ListParagraph"/>
      </w:pPr>
      <w:r>
        <w:rPr>
          <w:sz w:val="22"/>
        </w:rPr>
        <w:t>A. Chỉ đọc, mất dữ liệu khi tắt máy</w:t>
      </w:r>
    </w:p>
    <w:p>
      <w:pPr>
        <w:pStyle w:val="ListParagraph"/>
      </w:pPr>
      <w:r>
        <w:rPr>
          <w:sz w:val="22"/>
        </w:rPr>
        <w:t>B. Đọc/ghi, mất dữ liệu khi tắt máy</w:t>
      </w:r>
    </w:p>
    <w:p>
      <w:pPr>
        <w:pStyle w:val="ListParagraph"/>
      </w:pPr>
      <w:r>
        <w:rPr>
          <w:sz w:val="22"/>
        </w:rPr>
        <w:t>C. Chỉ đọc, không mất dữ liệu khi tắt máy</w:t>
      </w:r>
    </w:p>
    <w:p>
      <w:pPr>
        <w:pStyle w:val="ListParagraph"/>
      </w:pPr>
      <w:r>
        <w:rPr>
          <w:sz w:val="22"/>
        </w:rPr>
        <w:t>D. Đọc/ghi, không mất dữ liệu khi tắt máy</w:t>
      </w:r>
    </w:p>
    <w:p/>
    <w:p>
      <w:r>
        <w:rPr>
          <w:b/>
          <w:sz w:val="24"/>
        </w:rPr>
        <w:t>Câu 6: ROM là bộ nhớ có đặc điểm nào sau đây?</w:t>
      </w:r>
    </w:p>
    <w:p>
      <w:pPr>
        <w:pStyle w:val="ListParagraph"/>
      </w:pPr>
      <w:r>
        <w:rPr>
          <w:sz w:val="22"/>
        </w:rPr>
        <w:t>A. Đọc/ghi, mất dữ liệu khi tắt máy</w:t>
      </w:r>
    </w:p>
    <w:p>
      <w:pPr>
        <w:pStyle w:val="ListParagraph"/>
      </w:pPr>
      <w:r>
        <w:rPr>
          <w:sz w:val="22"/>
        </w:rPr>
        <w:t>B. Chỉ đọc, không mất dữ liệu khi tắt máy</w:t>
      </w:r>
    </w:p>
    <w:p>
      <w:pPr>
        <w:pStyle w:val="ListParagraph"/>
      </w:pPr>
      <w:r>
        <w:rPr>
          <w:sz w:val="22"/>
        </w:rPr>
        <w:t>C. Chỉ đọc, mất dữ liệu khi tắt máy</w:t>
      </w:r>
    </w:p>
    <w:p>
      <w:pPr>
        <w:pStyle w:val="ListParagraph"/>
      </w:pPr>
      <w:r>
        <w:rPr>
          <w:sz w:val="22"/>
        </w:rPr>
        <w:t>D. Đọc/ghi, không mất dữ liệu khi tắt máy</w:t>
      </w:r>
    </w:p>
    <w:p/>
    <w:p>
      <w:r>
        <w:rPr>
          <w:b/>
          <w:sz w:val="24"/>
        </w:rPr>
        <w:t>Câu 7: Hệ thống bus trong máy tính dùng để làm gì?</w:t>
      </w:r>
    </w:p>
    <w:p>
      <w:pPr>
        <w:pStyle w:val="ListParagraph"/>
      </w:pPr>
      <w:r>
        <w:rPr>
          <w:sz w:val="22"/>
        </w:rPr>
        <w:t>A. Lưu trữ dữ liệu vĩnh viễn</w:t>
      </w:r>
    </w:p>
    <w:p>
      <w:pPr>
        <w:pStyle w:val="ListParagraph"/>
      </w:pPr>
      <w:r>
        <w:rPr>
          <w:sz w:val="22"/>
        </w:rPr>
        <w:t>B. Truyền dữ liệu giữa các thành phần trong máy tính</w:t>
      </w:r>
    </w:p>
    <w:p>
      <w:pPr>
        <w:pStyle w:val="ListParagraph"/>
      </w:pPr>
      <w:r>
        <w:rPr>
          <w:sz w:val="22"/>
        </w:rPr>
        <w:t>C. Thực hiện các phép toán số học</w:t>
      </w:r>
    </w:p>
    <w:p>
      <w:pPr>
        <w:pStyle w:val="ListParagraph"/>
      </w:pPr>
      <w:r>
        <w:rPr>
          <w:sz w:val="22"/>
        </w:rPr>
        <w:t>D. Cấp nguồn cho CPU</w:t>
      </w:r>
    </w:p>
    <w:p/>
    <w:p>
      <w:r>
        <w:rPr>
          <w:b/>
          <w:sz w:val="24"/>
        </w:rPr>
        <w:t>Câu 8: Thiết bị nào sau đây là thiết bị vào?</w:t>
      </w:r>
    </w:p>
    <w:p>
      <w:pPr>
        <w:pStyle w:val="ListParagraph"/>
      </w:pPr>
      <w:r>
        <w:rPr>
          <w:sz w:val="22"/>
        </w:rPr>
        <w:t>A. Màn hình</w:t>
      </w:r>
    </w:p>
    <w:p>
      <w:pPr>
        <w:pStyle w:val="ListParagraph"/>
      </w:pPr>
      <w:r>
        <w:rPr>
          <w:sz w:val="22"/>
        </w:rPr>
        <w:t>B. Máy in</w:t>
      </w:r>
    </w:p>
    <w:p>
      <w:pPr>
        <w:pStyle w:val="ListParagraph"/>
      </w:pPr>
      <w:r>
        <w:rPr>
          <w:sz w:val="22"/>
        </w:rPr>
        <w:t>C. Bàn phím</w:t>
      </w:r>
    </w:p>
    <w:p>
      <w:pPr>
        <w:pStyle w:val="ListParagraph"/>
      </w:pPr>
      <w:r>
        <w:rPr>
          <w:sz w:val="22"/>
        </w:rPr>
        <w:t>D. Loa</w:t>
      </w:r>
    </w:p>
    <w:p/>
    <w:p>
      <w:r>
        <w:rPr>
          <w:b/>
          <w:sz w:val="24"/>
        </w:rPr>
        <w:t>Câu 9: Thiết bị nào sau đây là thiết bị ra?</w:t>
      </w:r>
    </w:p>
    <w:p>
      <w:pPr>
        <w:pStyle w:val="ListParagraph"/>
      </w:pPr>
      <w:r>
        <w:rPr>
          <w:sz w:val="22"/>
        </w:rPr>
        <w:t>A. Chuột</w:t>
      </w:r>
    </w:p>
    <w:p>
      <w:pPr>
        <w:pStyle w:val="ListParagraph"/>
      </w:pPr>
      <w:r>
        <w:rPr>
          <w:sz w:val="22"/>
        </w:rPr>
        <w:t>B. Bàn phím</w:t>
      </w:r>
    </w:p>
    <w:p>
      <w:pPr>
        <w:pStyle w:val="ListParagraph"/>
      </w:pPr>
      <w:r>
        <w:rPr>
          <w:sz w:val="22"/>
        </w:rPr>
        <w:t>C. Màn hình</w:t>
      </w:r>
    </w:p>
    <w:p>
      <w:pPr>
        <w:pStyle w:val="ListParagraph"/>
      </w:pPr>
      <w:r>
        <w:rPr>
          <w:sz w:val="22"/>
        </w:rPr>
        <w:t>D. Máy quét</w:t>
      </w:r>
    </w:p>
    <w:p/>
    <w:p>
      <w:r>
        <w:rPr>
          <w:b/>
          <w:sz w:val="24"/>
        </w:rPr>
        <w:t>Câu 10: Trong mô hình Von Neumann, máy tính gồm các thành phần chính nào?</w:t>
      </w:r>
    </w:p>
    <w:p>
      <w:pPr>
        <w:pStyle w:val="ListParagraph"/>
      </w:pPr>
      <w:r>
        <w:rPr>
          <w:sz w:val="22"/>
        </w:rPr>
        <w:t>A. CPU, bộ nhớ, thiết bị vào, thiết bị ra</w:t>
      </w:r>
    </w:p>
    <w:p>
      <w:pPr>
        <w:pStyle w:val="ListParagraph"/>
      </w:pPr>
      <w:r>
        <w:rPr>
          <w:sz w:val="22"/>
        </w:rPr>
        <w:t>B. CPU, RAM, ROM, màn hình</w:t>
      </w:r>
    </w:p>
    <w:p>
      <w:pPr>
        <w:pStyle w:val="ListParagraph"/>
      </w:pPr>
      <w:r>
        <w:rPr>
          <w:sz w:val="22"/>
        </w:rPr>
        <w:t>C. Bộ nhớ, ổ cứng, chuột, bàn phím</w:t>
      </w:r>
    </w:p>
    <w:p>
      <w:pPr>
        <w:pStyle w:val="ListParagraph"/>
      </w:pPr>
      <w:r>
        <w:rPr>
          <w:sz w:val="22"/>
        </w:rPr>
        <w:t>D. ALU, CU, thanh ghi, bus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