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kiểm tra 5 phút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Việt Nam nằm ở vị trí nào trên bán đảo Đông Dương?</w:t>
      </w:r>
    </w:p>
    <w:p>
      <w:pPr>
        <w:pStyle w:val="ListParagraph"/>
      </w:pPr>
      <w:r>
        <w:rPr>
          <w:sz w:val="22"/>
        </w:rPr>
        <w:t>A. Rìa phía tây bán đảo Đông Dương</w:t>
      </w:r>
    </w:p>
    <w:p>
      <w:pPr>
        <w:pStyle w:val="ListParagraph"/>
      </w:pPr>
      <w:r>
        <w:rPr>
          <w:sz w:val="22"/>
        </w:rPr>
        <w:t>B. Rìa phía đông bán đảo Đông Dương</w:t>
      </w:r>
    </w:p>
    <w:p>
      <w:pPr>
        <w:pStyle w:val="ListParagraph"/>
      </w:pPr>
      <w:r>
        <w:rPr>
          <w:sz w:val="22"/>
        </w:rPr>
        <w:t>C. Trung tâm bán đảo Đông Dương</w:t>
      </w:r>
    </w:p>
    <w:p>
      <w:pPr>
        <w:pStyle w:val="ListParagraph"/>
      </w:pPr>
      <w:r>
        <w:rPr>
          <w:sz w:val="22"/>
        </w:rPr>
        <w:t>D. Phía nam bán đảo Đông Dương</w:t>
      </w:r>
    </w:p>
    <w:p/>
    <w:p>
      <w:r>
        <w:rPr>
          <w:b/>
          <w:sz w:val="24"/>
        </w:rPr>
        <w:t>Câu 2: Điểm cực Bắc của Việt Nam thuộc tỉnh nào?</w:t>
      </w:r>
    </w:p>
    <w:p>
      <w:pPr>
        <w:pStyle w:val="ListParagraph"/>
      </w:pPr>
      <w:r>
        <w:rPr>
          <w:sz w:val="22"/>
        </w:rPr>
        <w:t>A. Cao Bằng</w:t>
      </w:r>
    </w:p>
    <w:p>
      <w:pPr>
        <w:pStyle w:val="ListParagraph"/>
      </w:pPr>
      <w:r>
        <w:rPr>
          <w:sz w:val="22"/>
        </w:rPr>
        <w:t>B. Lào Cai</w:t>
      </w:r>
    </w:p>
    <w:p>
      <w:pPr>
        <w:pStyle w:val="ListParagraph"/>
      </w:pPr>
      <w:r>
        <w:rPr>
          <w:sz w:val="22"/>
        </w:rPr>
        <w:t>C. Hà Giang</w:t>
      </w:r>
    </w:p>
    <w:p>
      <w:pPr>
        <w:pStyle w:val="ListParagraph"/>
      </w:pPr>
      <w:r>
        <w:rPr>
          <w:sz w:val="22"/>
        </w:rPr>
        <w:t>D. Điện Biên</w:t>
      </w:r>
    </w:p>
    <w:p/>
    <w:p>
      <w:r>
        <w:rPr>
          <w:b/>
          <w:sz w:val="24"/>
        </w:rPr>
        <w:t>Câu 3: Điểm cực Nam trên đất liền của Việt Nam thuộc tỉnh nào?</w:t>
      </w:r>
    </w:p>
    <w:p>
      <w:pPr>
        <w:pStyle w:val="ListParagraph"/>
      </w:pPr>
      <w:r>
        <w:rPr>
          <w:sz w:val="22"/>
        </w:rPr>
        <w:t>A. Bạc Liêu</w:t>
      </w:r>
    </w:p>
    <w:p>
      <w:pPr>
        <w:pStyle w:val="ListParagraph"/>
      </w:pPr>
      <w:r>
        <w:rPr>
          <w:sz w:val="22"/>
        </w:rPr>
        <w:t>B. Cà Mau</w:t>
      </w:r>
    </w:p>
    <w:p>
      <w:pPr>
        <w:pStyle w:val="ListParagraph"/>
      </w:pPr>
      <w:r>
        <w:rPr>
          <w:sz w:val="22"/>
        </w:rPr>
        <w:t>C. Kiên Giang</w:t>
      </w:r>
    </w:p>
    <w:p>
      <w:pPr>
        <w:pStyle w:val="ListParagraph"/>
      </w:pPr>
      <w:r>
        <w:rPr>
          <w:sz w:val="22"/>
        </w:rPr>
        <w:t>D. Sóc Trăng</w:t>
      </w:r>
    </w:p>
    <w:p/>
    <w:p>
      <w:r>
        <w:rPr>
          <w:b/>
          <w:sz w:val="24"/>
        </w:rPr>
        <w:t>Câu 4: Điểm cực Tây của Việt Nam thuộc tỉnh nào?</w:t>
      </w:r>
    </w:p>
    <w:p>
      <w:pPr>
        <w:pStyle w:val="ListParagraph"/>
      </w:pPr>
      <w:r>
        <w:rPr>
          <w:sz w:val="22"/>
        </w:rPr>
        <w:t>A. Lai Châu</w:t>
      </w:r>
    </w:p>
    <w:p>
      <w:pPr>
        <w:pStyle w:val="ListParagraph"/>
      </w:pPr>
      <w:r>
        <w:rPr>
          <w:sz w:val="22"/>
        </w:rPr>
        <w:t>B. Sơn La</w:t>
      </w:r>
    </w:p>
    <w:p>
      <w:pPr>
        <w:pStyle w:val="ListParagraph"/>
      </w:pPr>
      <w:r>
        <w:rPr>
          <w:sz w:val="22"/>
        </w:rPr>
        <w:t>C. Lào Cai</w:t>
      </w:r>
    </w:p>
    <w:p>
      <w:pPr>
        <w:pStyle w:val="ListParagraph"/>
      </w:pPr>
      <w:r>
        <w:rPr>
          <w:sz w:val="22"/>
        </w:rPr>
        <w:t>D. Điện Biên</w:t>
      </w:r>
    </w:p>
    <w:p/>
    <w:p>
      <w:r>
        <w:rPr>
          <w:b/>
          <w:sz w:val="24"/>
        </w:rPr>
        <w:t>Câu 5: Điểm cực Đông trên đất liền của Việt Nam thuộc tỉnh nào?</w:t>
      </w:r>
    </w:p>
    <w:p>
      <w:pPr>
        <w:pStyle w:val="ListParagraph"/>
      </w:pPr>
      <w:r>
        <w:rPr>
          <w:sz w:val="22"/>
        </w:rPr>
        <w:t>A. Khánh Hòa</w:t>
      </w:r>
    </w:p>
    <w:p>
      <w:pPr>
        <w:pStyle w:val="ListParagraph"/>
      </w:pPr>
      <w:r>
        <w:rPr>
          <w:sz w:val="22"/>
        </w:rPr>
        <w:t>B. Phú Yên</w:t>
      </w:r>
    </w:p>
    <w:p>
      <w:pPr>
        <w:pStyle w:val="ListParagraph"/>
      </w:pPr>
      <w:r>
        <w:rPr>
          <w:sz w:val="22"/>
        </w:rPr>
        <w:t>C. Bình Định</w:t>
      </w:r>
    </w:p>
    <w:p>
      <w:pPr>
        <w:pStyle w:val="ListParagraph"/>
      </w:pPr>
      <w:r>
        <w:rPr>
          <w:sz w:val="22"/>
        </w:rPr>
        <w:t>D. Ninh Thuận</w:t>
      </w:r>
    </w:p>
    <w:p/>
    <w:p>
      <w:r>
        <w:rPr>
          <w:b/>
          <w:sz w:val="24"/>
        </w:rPr>
        <w:t>Câu 6: Hình dạng lãnh thổ phần đất liền Việt Nam được ví như hình gì?</w:t>
      </w:r>
    </w:p>
    <w:p>
      <w:pPr>
        <w:pStyle w:val="ListParagraph"/>
      </w:pPr>
      <w:r>
        <w:rPr>
          <w:sz w:val="22"/>
        </w:rPr>
        <w:t>A. Chữ V</w:t>
      </w:r>
    </w:p>
    <w:p>
      <w:pPr>
        <w:pStyle w:val="ListParagraph"/>
      </w:pPr>
      <w:r>
        <w:rPr>
          <w:sz w:val="22"/>
        </w:rPr>
        <w:t>B. Chữ U</w:t>
      </w:r>
    </w:p>
    <w:p>
      <w:pPr>
        <w:pStyle w:val="ListParagraph"/>
      </w:pPr>
      <w:r>
        <w:rPr>
          <w:sz w:val="22"/>
        </w:rPr>
        <w:t>C. Chữ S</w:t>
      </w:r>
    </w:p>
    <w:p>
      <w:pPr>
        <w:pStyle w:val="ListParagraph"/>
      </w:pPr>
      <w:r>
        <w:rPr>
          <w:sz w:val="22"/>
        </w:rPr>
        <w:t>D. Chữ L</w:t>
      </w:r>
    </w:p>
    <w:p/>
    <w:p>
      <w:r>
        <w:rPr>
          <w:b/>
          <w:sz w:val="24"/>
        </w:rPr>
        <w:t>Câu 7: Chiều dài theo chiều bắc - nam của phần đất liền Việt Nam khoảng bao nhiêu km?</w:t>
      </w:r>
    </w:p>
    <w:p>
      <w:pPr>
        <w:pStyle w:val="ListParagraph"/>
      </w:pPr>
      <w:r>
        <w:rPr>
          <w:sz w:val="22"/>
        </w:rPr>
        <w:t>A. 1.650 km</w:t>
      </w:r>
    </w:p>
    <w:p>
      <w:pPr>
        <w:pStyle w:val="ListParagraph"/>
      </w:pPr>
      <w:r>
        <w:rPr>
          <w:sz w:val="22"/>
        </w:rPr>
        <w:t>B. 2.650 km</w:t>
      </w:r>
    </w:p>
    <w:p>
      <w:pPr>
        <w:pStyle w:val="ListParagraph"/>
      </w:pPr>
      <w:r>
        <w:rPr>
          <w:sz w:val="22"/>
        </w:rPr>
        <w:t>C. 3.260 km</w:t>
      </w:r>
    </w:p>
    <w:p>
      <w:pPr>
        <w:pStyle w:val="ListParagraph"/>
      </w:pPr>
      <w:r>
        <w:rPr>
          <w:sz w:val="22"/>
        </w:rPr>
        <w:t>D. 4.600 km</w:t>
      </w:r>
    </w:p>
    <w:p/>
    <w:p>
      <w:r>
        <w:rPr>
          <w:b/>
          <w:sz w:val="24"/>
        </w:rPr>
        <w:t>Câu 8: Nơi hẹp nhất theo chiều đông - tây của Việt Nam thuộc tỉnh nào?</w:t>
      </w:r>
    </w:p>
    <w:p>
      <w:pPr>
        <w:pStyle w:val="ListParagraph"/>
      </w:pPr>
      <w:r>
        <w:rPr>
          <w:sz w:val="22"/>
        </w:rPr>
        <w:t>A. Quảng Trị</w:t>
      </w:r>
    </w:p>
    <w:p>
      <w:pPr>
        <w:pStyle w:val="ListParagraph"/>
      </w:pPr>
      <w:r>
        <w:rPr>
          <w:sz w:val="22"/>
        </w:rPr>
        <w:t>B. Thừa Thiên Huế</w:t>
      </w:r>
    </w:p>
    <w:p>
      <w:pPr>
        <w:pStyle w:val="ListParagraph"/>
      </w:pPr>
      <w:r>
        <w:rPr>
          <w:sz w:val="22"/>
        </w:rPr>
        <w:t>C. Hà Tĩnh</w:t>
      </w:r>
    </w:p>
    <w:p>
      <w:pPr>
        <w:pStyle w:val="ListParagraph"/>
      </w:pPr>
      <w:r>
        <w:rPr>
          <w:sz w:val="22"/>
        </w:rPr>
        <w:t>D. Quảng Bình</w:t>
      </w:r>
    </w:p>
    <w:p/>
    <w:p>
      <w:r>
        <w:rPr>
          <w:b/>
          <w:sz w:val="24"/>
        </w:rPr>
        <w:t>Câu 9: Việt Nam tiếp giáp với những quốc gia nào trên đất liền?</w:t>
      </w:r>
    </w:p>
    <w:p>
      <w:pPr>
        <w:pStyle w:val="ListParagraph"/>
      </w:pPr>
      <w:r>
        <w:rPr>
          <w:sz w:val="22"/>
        </w:rPr>
        <w:t>A. Trung Quốc, Lào, Campuchia</w:t>
      </w:r>
    </w:p>
    <w:p>
      <w:pPr>
        <w:pStyle w:val="ListParagraph"/>
      </w:pPr>
      <w:r>
        <w:rPr>
          <w:sz w:val="22"/>
        </w:rPr>
        <w:t>B. Trung Quốc, Thái Lan, Campuchia</w:t>
      </w:r>
    </w:p>
    <w:p>
      <w:pPr>
        <w:pStyle w:val="ListParagraph"/>
      </w:pPr>
      <w:r>
        <w:rPr>
          <w:sz w:val="22"/>
        </w:rPr>
        <w:t>C. Lào, Campuchia, Thái Lan</w:t>
      </w:r>
    </w:p>
    <w:p>
      <w:pPr>
        <w:pStyle w:val="ListParagraph"/>
      </w:pPr>
      <w:r>
        <w:rPr>
          <w:sz w:val="22"/>
        </w:rPr>
        <w:t>D. Trung Quốc, Lào, Thái Lan</w:t>
      </w:r>
    </w:p>
    <w:p/>
    <w:p>
      <w:r>
        <w:rPr>
          <w:b/>
          <w:sz w:val="24"/>
        </w:rPr>
        <w:t>Câu 10: Đường bờ biển Việt Nam dài khoảng bao nhiêu km?</w:t>
      </w:r>
    </w:p>
    <w:p>
      <w:pPr>
        <w:pStyle w:val="ListParagraph"/>
      </w:pPr>
      <w:r>
        <w:rPr>
          <w:sz w:val="22"/>
        </w:rPr>
        <w:t>A. 2.360 km</w:t>
      </w:r>
    </w:p>
    <w:p>
      <w:pPr>
        <w:pStyle w:val="ListParagraph"/>
      </w:pPr>
      <w:r>
        <w:rPr>
          <w:sz w:val="22"/>
        </w:rPr>
        <w:t>B. 3.260 km</w:t>
      </w:r>
    </w:p>
    <w:p>
      <w:pPr>
        <w:pStyle w:val="ListParagraph"/>
      </w:pPr>
      <w:r>
        <w:rPr>
          <w:sz w:val="22"/>
        </w:rPr>
        <w:t>C. 4.260 km</w:t>
      </w:r>
    </w:p>
    <w:p>
      <w:pPr>
        <w:pStyle w:val="ListParagraph"/>
      </w:pPr>
      <w:r>
        <w:rPr>
          <w:sz w:val="22"/>
        </w:rPr>
        <w:t>D. 1.650 km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D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C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D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