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My Hobbies and Free Time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What is your hobby? - I like ______ books.</w:t>
      </w:r>
    </w:p>
    <w:p>
      <w:pPr>
        <w:pStyle w:val="ListParagraph"/>
      </w:pPr>
      <w:r>
        <w:rPr>
          <w:sz w:val="22"/>
        </w:rPr>
        <w:t>A. read</w:t>
      </w:r>
    </w:p>
    <w:p>
      <w:pPr>
        <w:pStyle w:val="ListParagraph"/>
      </w:pPr>
      <w:r>
        <w:rPr>
          <w:sz w:val="22"/>
        </w:rPr>
        <w:t>B. reading</w:t>
      </w:r>
    </w:p>
    <w:p>
      <w:pPr>
        <w:pStyle w:val="ListParagraph"/>
      </w:pPr>
      <w:r>
        <w:rPr>
          <w:sz w:val="22"/>
        </w:rPr>
        <w:t>C. to read</w:t>
      </w:r>
    </w:p>
    <w:p>
      <w:pPr>
        <w:pStyle w:val="ListParagraph"/>
      </w:pPr>
      <w:r>
        <w:rPr>
          <w:sz w:val="22"/>
        </w:rPr>
        <w:t>D. reads</w:t>
      </w:r>
    </w:p>
    <w:p/>
    <w:p>
      <w:r>
        <w:rPr>
          <w:b/>
          <w:sz w:val="24"/>
        </w:rPr>
        <w:t>Câu 2: My sister enjoys ______ pictures.</w:t>
      </w:r>
    </w:p>
    <w:p>
      <w:pPr>
        <w:pStyle w:val="ListParagraph"/>
      </w:pPr>
      <w:r>
        <w:rPr>
          <w:sz w:val="22"/>
        </w:rPr>
        <w:t>A. draw</w:t>
      </w:r>
    </w:p>
    <w:p>
      <w:pPr>
        <w:pStyle w:val="ListParagraph"/>
      </w:pPr>
      <w:r>
        <w:rPr>
          <w:sz w:val="22"/>
        </w:rPr>
        <w:t>B. drawing</w:t>
      </w:r>
    </w:p>
    <w:p>
      <w:pPr>
        <w:pStyle w:val="ListParagraph"/>
      </w:pPr>
      <w:r>
        <w:rPr>
          <w:sz w:val="22"/>
        </w:rPr>
        <w:t>C. draws</w:t>
      </w:r>
    </w:p>
    <w:p>
      <w:pPr>
        <w:pStyle w:val="ListParagraph"/>
      </w:pPr>
      <w:r>
        <w:rPr>
          <w:sz w:val="22"/>
        </w:rPr>
        <w:t>D. to draw</w:t>
      </w:r>
    </w:p>
    <w:p/>
    <w:p>
      <w:r>
        <w:rPr>
          <w:b/>
          <w:sz w:val="24"/>
        </w:rPr>
        <w:t>Câu 3: He likes ______ football after school.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playing</w:t>
      </w:r>
    </w:p>
    <w:p>
      <w:pPr>
        <w:pStyle w:val="ListParagraph"/>
      </w:pPr>
      <w:r>
        <w:rPr>
          <w:sz w:val="22"/>
        </w:rPr>
        <w:t>C. plays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4: What ______ you like doing? - I like singing.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5: My hobby is ______ stamps.</w:t>
      </w:r>
    </w:p>
    <w:p>
      <w:pPr>
        <w:pStyle w:val="ListParagraph"/>
      </w:pPr>
      <w:r>
        <w:rPr>
          <w:sz w:val="22"/>
        </w:rPr>
        <w:t>A. collect</w:t>
      </w:r>
    </w:p>
    <w:p>
      <w:pPr>
        <w:pStyle w:val="ListParagraph"/>
      </w:pPr>
      <w:r>
        <w:rPr>
          <w:sz w:val="22"/>
        </w:rPr>
        <w:t>B. collecting</w:t>
      </w:r>
    </w:p>
    <w:p>
      <w:pPr>
        <w:pStyle w:val="ListParagraph"/>
      </w:pPr>
      <w:r>
        <w:rPr>
          <w:sz w:val="22"/>
        </w:rPr>
        <w:t>C. collects</w:t>
      </w:r>
    </w:p>
    <w:p>
      <w:pPr>
        <w:pStyle w:val="ListParagraph"/>
      </w:pPr>
      <w:r>
        <w:rPr>
          <w:sz w:val="22"/>
        </w:rPr>
        <w:t>D. to collect</w:t>
      </w:r>
    </w:p>
    <w:p/>
    <w:p>
      <w:r>
        <w:rPr>
          <w:b/>
          <w:sz w:val="24"/>
        </w:rPr>
        <w:t>Câu 6: She likes ______ to music.</w:t>
      </w:r>
    </w:p>
    <w:p>
      <w:pPr>
        <w:pStyle w:val="ListParagraph"/>
      </w:pPr>
      <w:r>
        <w:rPr>
          <w:sz w:val="22"/>
        </w:rPr>
        <w:t>A. listen</w:t>
      </w:r>
    </w:p>
    <w:p>
      <w:pPr>
        <w:pStyle w:val="ListParagraph"/>
      </w:pPr>
      <w:r>
        <w:rPr>
          <w:sz w:val="22"/>
        </w:rPr>
        <w:t>B. listening</w:t>
      </w:r>
    </w:p>
    <w:p>
      <w:pPr>
        <w:pStyle w:val="ListParagraph"/>
      </w:pPr>
      <w:r>
        <w:rPr>
          <w:sz w:val="22"/>
        </w:rPr>
        <w:t>C. listens</w:t>
      </w:r>
    </w:p>
    <w:p>
      <w:pPr>
        <w:pStyle w:val="ListParagraph"/>
      </w:pPr>
      <w:r>
        <w:rPr>
          <w:sz w:val="22"/>
        </w:rPr>
        <w:t>D. listened</w:t>
      </w:r>
    </w:p>
    <w:p/>
    <w:p>
      <w:r>
        <w:rPr>
          <w:b/>
          <w:sz w:val="24"/>
        </w:rPr>
        <w:t>Câu 7: My brother is interested in ______ models.</w:t>
      </w:r>
    </w:p>
    <w:p>
      <w:pPr>
        <w:pStyle w:val="ListParagraph"/>
      </w:pPr>
      <w:r>
        <w:rPr>
          <w:sz w:val="22"/>
        </w:rPr>
        <w:t>A. make</w:t>
      </w:r>
    </w:p>
    <w:p>
      <w:pPr>
        <w:pStyle w:val="ListParagraph"/>
      </w:pPr>
      <w:r>
        <w:rPr>
          <w:sz w:val="22"/>
        </w:rPr>
        <w:t>B. making</w:t>
      </w:r>
    </w:p>
    <w:p>
      <w:pPr>
        <w:pStyle w:val="ListParagraph"/>
      </w:pPr>
      <w:r>
        <w:rPr>
          <w:sz w:val="22"/>
        </w:rPr>
        <w:t>C. makes</w:t>
      </w:r>
    </w:p>
    <w:p>
      <w:pPr>
        <w:pStyle w:val="ListParagraph"/>
      </w:pPr>
      <w:r>
        <w:rPr>
          <w:sz w:val="22"/>
        </w:rPr>
        <w:t>D. made</w:t>
      </w:r>
    </w:p>
    <w:p/>
    <w:p>
      <w:r>
        <w:rPr>
          <w:b/>
          <w:sz w:val="24"/>
        </w:rPr>
        <w:t>Câu 8: What is his hobby? - He likes ______.</w:t>
      </w:r>
    </w:p>
    <w:p>
      <w:pPr>
        <w:pStyle w:val="ListParagraph"/>
      </w:pPr>
      <w:r>
        <w:rPr>
          <w:sz w:val="22"/>
        </w:rPr>
        <w:t>A. swim</w:t>
      </w:r>
    </w:p>
    <w:p>
      <w:pPr>
        <w:pStyle w:val="ListParagraph"/>
      </w:pPr>
      <w:r>
        <w:rPr>
          <w:sz w:val="22"/>
        </w:rPr>
        <w:t>B. swimming</w:t>
      </w:r>
    </w:p>
    <w:p>
      <w:pPr>
        <w:pStyle w:val="ListParagraph"/>
      </w:pPr>
      <w:r>
        <w:rPr>
          <w:sz w:val="22"/>
        </w:rPr>
        <w:t>C. swims</w:t>
      </w:r>
    </w:p>
    <w:p>
      <w:pPr>
        <w:pStyle w:val="ListParagraph"/>
      </w:pPr>
      <w:r>
        <w:rPr>
          <w:sz w:val="22"/>
        </w:rPr>
        <w:t>D. swam</w:t>
      </w:r>
    </w:p>
    <w:p/>
    <w:p>
      <w:r>
        <w:rPr>
          <w:b/>
          <w:sz w:val="24"/>
        </w:rPr>
        <w:t>Câu 9: My family has four ______: my parents, my sister and me.</w:t>
      </w:r>
    </w:p>
    <w:p>
      <w:pPr>
        <w:pStyle w:val="ListParagraph"/>
      </w:pPr>
      <w:r>
        <w:rPr>
          <w:sz w:val="22"/>
        </w:rPr>
        <w:t>A. member</w:t>
      </w:r>
    </w:p>
    <w:p>
      <w:pPr>
        <w:pStyle w:val="ListParagraph"/>
      </w:pPr>
      <w:r>
        <w:rPr>
          <w:sz w:val="22"/>
        </w:rPr>
        <w:t>B. members</w:t>
      </w:r>
    </w:p>
    <w:p>
      <w:pPr>
        <w:pStyle w:val="ListParagraph"/>
      </w:pPr>
      <w:r>
        <w:rPr>
          <w:sz w:val="22"/>
        </w:rPr>
        <w:t>C. a member</w:t>
      </w:r>
    </w:p>
    <w:p>
      <w:pPr>
        <w:pStyle w:val="ListParagraph"/>
      </w:pPr>
      <w:r>
        <w:rPr>
          <w:sz w:val="22"/>
        </w:rPr>
        <w:t>D. the member</w:t>
      </w:r>
    </w:p>
    <w:p/>
    <w:p>
      <w:r>
        <w:rPr>
          <w:b/>
          <w:sz w:val="24"/>
        </w:rPr>
        <w:t>Câu 10: This is my ______. He is a doctor.</w:t>
      </w:r>
    </w:p>
    <w:p>
      <w:pPr>
        <w:pStyle w:val="ListParagraph"/>
      </w:pPr>
      <w:r>
        <w:rPr>
          <w:sz w:val="22"/>
        </w:rPr>
        <w:t>A. father</w:t>
      </w:r>
    </w:p>
    <w:p>
      <w:pPr>
        <w:pStyle w:val="ListParagraph"/>
      </w:pPr>
      <w:r>
        <w:rPr>
          <w:sz w:val="22"/>
        </w:rPr>
        <w:t>B. mother</w:t>
      </w:r>
    </w:p>
    <w:p>
      <w:pPr>
        <w:pStyle w:val="ListParagraph"/>
      </w:pPr>
      <w:r>
        <w:rPr>
          <w:sz w:val="22"/>
        </w:rPr>
        <w:t>C. sister</w:t>
      </w:r>
    </w:p>
    <w:p>
      <w:pPr>
        <w:pStyle w:val="ListParagraph"/>
      </w:pPr>
      <w:r>
        <w:rPr>
          <w:sz w:val="22"/>
        </w:rPr>
        <w:t>D. brother</w:t>
      </w:r>
    </w:p>
    <w:p/>
    <w:p>
      <w:r>
        <w:rPr>
          <w:b/>
          <w:sz w:val="24"/>
        </w:rPr>
        <w:t>Câu 11: My mother is a teacher. ______ works at a primary school.</w:t>
      </w:r>
    </w:p>
    <w:p>
      <w:pPr>
        <w:pStyle w:val="ListParagraph"/>
      </w:pPr>
      <w:r>
        <w:rPr>
          <w:sz w:val="22"/>
        </w:rPr>
        <w:t>A. He</w:t>
      </w:r>
    </w:p>
    <w:p>
      <w:pPr>
        <w:pStyle w:val="ListParagraph"/>
      </w:pPr>
      <w:r>
        <w:rPr>
          <w:sz w:val="22"/>
        </w:rPr>
        <w:t>B. She</w:t>
      </w:r>
    </w:p>
    <w:p>
      <w:pPr>
        <w:pStyle w:val="ListParagraph"/>
      </w:pPr>
      <w:r>
        <w:rPr>
          <w:sz w:val="22"/>
        </w:rPr>
        <w:t>C. It</w:t>
      </w:r>
    </w:p>
    <w:p>
      <w:pPr>
        <w:pStyle w:val="ListParagraph"/>
      </w:pPr>
      <w:r>
        <w:rPr>
          <w:sz w:val="22"/>
        </w:rPr>
        <w:t>D. They</w:t>
      </w:r>
    </w:p>
    <w:p/>
    <w:p>
      <w:r>
        <w:rPr>
          <w:b/>
          <w:sz w:val="24"/>
        </w:rPr>
        <w:t>Câu 12: How many people are there in your family? - There are ______.</w:t>
      </w:r>
    </w:p>
    <w:p>
      <w:pPr>
        <w:pStyle w:val="ListParagraph"/>
      </w:pPr>
      <w:r>
        <w:rPr>
          <w:sz w:val="22"/>
        </w:rPr>
        <w:t>A. four</w:t>
      </w:r>
    </w:p>
    <w:p>
      <w:pPr>
        <w:pStyle w:val="ListParagraph"/>
      </w:pPr>
      <w:r>
        <w:rPr>
          <w:sz w:val="22"/>
        </w:rPr>
        <w:t>B. fourth</w:t>
      </w:r>
    </w:p>
    <w:p>
      <w:pPr>
        <w:pStyle w:val="ListParagraph"/>
      </w:pPr>
      <w:r>
        <w:rPr>
          <w:sz w:val="22"/>
        </w:rPr>
        <w:t>C. fourteen</w:t>
      </w:r>
    </w:p>
    <w:p>
      <w:pPr>
        <w:pStyle w:val="ListParagraph"/>
      </w:pPr>
      <w:r>
        <w:rPr>
          <w:sz w:val="22"/>
        </w:rPr>
        <w:t>D. forty</w:t>
      </w:r>
    </w:p>
    <w:p/>
    <w:p>
      <w:r>
        <w:rPr>
          <w:b/>
          <w:sz w:val="24"/>
        </w:rPr>
        <w:t>Câu 13: My grandparents are old. ______ live in the countryside.</w:t>
      </w:r>
    </w:p>
    <w:p>
      <w:pPr>
        <w:pStyle w:val="ListParagraph"/>
      </w:pPr>
      <w:r>
        <w:rPr>
          <w:sz w:val="22"/>
        </w:rPr>
        <w:t>A. He</w:t>
      </w:r>
    </w:p>
    <w:p>
      <w:pPr>
        <w:pStyle w:val="ListParagraph"/>
      </w:pPr>
      <w:r>
        <w:rPr>
          <w:sz w:val="22"/>
        </w:rPr>
        <w:t>B. She</w:t>
      </w:r>
    </w:p>
    <w:p>
      <w:pPr>
        <w:pStyle w:val="ListParagraph"/>
      </w:pPr>
      <w:r>
        <w:rPr>
          <w:sz w:val="22"/>
        </w:rPr>
        <w:t>C. They</w:t>
      </w:r>
    </w:p>
    <w:p>
      <w:pPr>
        <w:pStyle w:val="ListParagraph"/>
      </w:pPr>
      <w:r>
        <w:rPr>
          <w:sz w:val="22"/>
        </w:rPr>
        <w:t>D. It</w:t>
      </w:r>
    </w:p>
    <w:p/>
    <w:p>
      <w:r>
        <w:rPr>
          <w:b/>
          <w:sz w:val="24"/>
        </w:rPr>
        <w:t>Câu 14: This is my ______. She is my mother's sister.</w:t>
      </w:r>
    </w:p>
    <w:p>
      <w:pPr>
        <w:pStyle w:val="ListParagraph"/>
      </w:pPr>
      <w:r>
        <w:rPr>
          <w:sz w:val="22"/>
        </w:rPr>
        <w:t>A. uncle</w:t>
      </w:r>
    </w:p>
    <w:p>
      <w:pPr>
        <w:pStyle w:val="ListParagraph"/>
      </w:pPr>
      <w:r>
        <w:rPr>
          <w:sz w:val="22"/>
        </w:rPr>
        <w:t>B. aunt</w:t>
      </w:r>
    </w:p>
    <w:p>
      <w:pPr>
        <w:pStyle w:val="ListParagraph"/>
      </w:pPr>
      <w:r>
        <w:rPr>
          <w:sz w:val="22"/>
        </w:rPr>
        <w:t>C. cousin</w:t>
      </w:r>
    </w:p>
    <w:p>
      <w:pPr>
        <w:pStyle w:val="ListParagraph"/>
      </w:pPr>
      <w:r>
        <w:rPr>
          <w:sz w:val="22"/>
        </w:rPr>
        <w:t>D. brother</w:t>
      </w:r>
    </w:p>
    <w:p/>
    <w:p>
      <w:r>
        <w:rPr>
          <w:b/>
          <w:sz w:val="24"/>
        </w:rPr>
        <w:t>Câu 15: My father's brother is my ______.</w:t>
      </w:r>
    </w:p>
    <w:p>
      <w:pPr>
        <w:pStyle w:val="ListParagraph"/>
      </w:pPr>
      <w:r>
        <w:rPr>
          <w:sz w:val="22"/>
        </w:rPr>
        <w:t>A. aunt</w:t>
      </w:r>
    </w:p>
    <w:p>
      <w:pPr>
        <w:pStyle w:val="ListParagraph"/>
      </w:pPr>
      <w:r>
        <w:rPr>
          <w:sz w:val="22"/>
        </w:rPr>
        <w:t>B. uncle</w:t>
      </w:r>
    </w:p>
    <w:p>
      <w:pPr>
        <w:pStyle w:val="ListParagraph"/>
      </w:pPr>
      <w:r>
        <w:rPr>
          <w:sz w:val="22"/>
        </w:rPr>
        <w:t>C. sister</w:t>
      </w:r>
    </w:p>
    <w:p>
      <w:pPr>
        <w:pStyle w:val="ListParagraph"/>
      </w:pPr>
      <w:r>
        <w:rPr>
          <w:sz w:val="22"/>
        </w:rPr>
        <w:t>D. mother</w:t>
      </w:r>
    </w:p>
    <w:p/>
    <w:p>
      <w:r>
        <w:rPr>
          <w:b/>
          <w:sz w:val="24"/>
        </w:rPr>
        <w:t>Câu 16: What is your favourite animal? - I like ______.</w:t>
      </w:r>
    </w:p>
    <w:p>
      <w:pPr>
        <w:pStyle w:val="ListParagraph"/>
      </w:pPr>
      <w:r>
        <w:rPr>
          <w:sz w:val="22"/>
        </w:rPr>
        <w:t>A. cat</w:t>
      </w:r>
    </w:p>
    <w:p>
      <w:pPr>
        <w:pStyle w:val="ListParagraph"/>
      </w:pPr>
      <w:r>
        <w:rPr>
          <w:sz w:val="22"/>
        </w:rPr>
        <w:t>B. cats</w:t>
      </w:r>
    </w:p>
    <w:p>
      <w:pPr>
        <w:pStyle w:val="ListParagraph"/>
      </w:pPr>
      <w:r>
        <w:rPr>
          <w:sz w:val="22"/>
        </w:rPr>
        <w:t>C. a cat</w:t>
      </w:r>
    </w:p>
    <w:p>
      <w:pPr>
        <w:pStyle w:val="ListParagraph"/>
      </w:pPr>
      <w:r>
        <w:rPr>
          <w:sz w:val="22"/>
        </w:rPr>
        <w:t>D. the cat</w:t>
      </w:r>
    </w:p>
    <w:p/>
    <w:p>
      <w:r>
        <w:rPr>
          <w:b/>
          <w:sz w:val="24"/>
        </w:rPr>
        <w:t>Câu 17: Dogs are ______. They can help people.</w:t>
      </w:r>
    </w:p>
    <w:p>
      <w:pPr>
        <w:pStyle w:val="ListParagraph"/>
      </w:pPr>
      <w:r>
        <w:rPr>
          <w:sz w:val="22"/>
        </w:rPr>
        <w:t>A. friendly</w:t>
      </w:r>
    </w:p>
    <w:p>
      <w:pPr>
        <w:pStyle w:val="ListParagraph"/>
      </w:pPr>
      <w:r>
        <w:rPr>
          <w:sz w:val="22"/>
        </w:rPr>
        <w:t>B. friendlys</w:t>
      </w:r>
    </w:p>
    <w:p>
      <w:pPr>
        <w:pStyle w:val="ListParagraph"/>
      </w:pPr>
      <w:r>
        <w:rPr>
          <w:sz w:val="22"/>
        </w:rPr>
        <w:t>C. friend</w:t>
      </w:r>
    </w:p>
    <w:p>
      <w:pPr>
        <w:pStyle w:val="ListParagraph"/>
      </w:pPr>
      <w:r>
        <w:rPr>
          <w:sz w:val="22"/>
        </w:rPr>
        <w:t>D. friends</w:t>
      </w:r>
    </w:p>
    <w:p/>
    <w:p>
      <w:r>
        <w:rPr>
          <w:b/>
          <w:sz w:val="24"/>
        </w:rPr>
        <w:t>Câu 18: My favourite animal is the ______. It is very big and strong.</w:t>
      </w:r>
    </w:p>
    <w:p>
      <w:pPr>
        <w:pStyle w:val="ListParagraph"/>
      </w:pPr>
      <w:r>
        <w:rPr>
          <w:sz w:val="22"/>
        </w:rPr>
        <w:t>A. elephant</w:t>
      </w:r>
    </w:p>
    <w:p>
      <w:pPr>
        <w:pStyle w:val="ListParagraph"/>
      </w:pPr>
      <w:r>
        <w:rPr>
          <w:sz w:val="22"/>
        </w:rPr>
        <w:t>B. mouse</w:t>
      </w:r>
    </w:p>
    <w:p>
      <w:pPr>
        <w:pStyle w:val="ListParagraph"/>
      </w:pPr>
      <w:r>
        <w:rPr>
          <w:sz w:val="22"/>
        </w:rPr>
        <w:t>C. rabbit</w:t>
      </w:r>
    </w:p>
    <w:p>
      <w:pPr>
        <w:pStyle w:val="ListParagraph"/>
      </w:pPr>
      <w:r>
        <w:rPr>
          <w:sz w:val="22"/>
        </w:rPr>
        <w:t>D. cat</w:t>
      </w:r>
    </w:p>
    <w:p/>
    <w:p>
      <w:r>
        <w:rPr>
          <w:b/>
          <w:sz w:val="24"/>
        </w:rPr>
        <w:t>Câu 19: ______ are animals that live in the water.</w:t>
      </w:r>
    </w:p>
    <w:p>
      <w:pPr>
        <w:pStyle w:val="ListParagraph"/>
      </w:pPr>
      <w:r>
        <w:rPr>
          <w:sz w:val="22"/>
        </w:rPr>
        <w:t>A. Birds</w:t>
      </w:r>
    </w:p>
    <w:p>
      <w:pPr>
        <w:pStyle w:val="ListParagraph"/>
      </w:pPr>
      <w:r>
        <w:rPr>
          <w:sz w:val="22"/>
        </w:rPr>
        <w:t>B. Fish</w:t>
      </w:r>
    </w:p>
    <w:p>
      <w:pPr>
        <w:pStyle w:val="ListParagraph"/>
      </w:pPr>
      <w:r>
        <w:rPr>
          <w:sz w:val="22"/>
        </w:rPr>
        <w:t>C. Cats</w:t>
      </w:r>
    </w:p>
    <w:p>
      <w:pPr>
        <w:pStyle w:val="ListParagraph"/>
      </w:pPr>
      <w:r>
        <w:rPr>
          <w:sz w:val="22"/>
        </w:rPr>
        <w:t>D. Dogs</w:t>
      </w:r>
    </w:p>
    <w:p/>
    <w:p>
      <w:r>
        <w:rPr>
          <w:b/>
          <w:sz w:val="24"/>
        </w:rPr>
        <w:t>Câu 20: I like monkeys because they are ______.</w:t>
      </w:r>
    </w:p>
    <w:p>
      <w:pPr>
        <w:pStyle w:val="ListParagraph"/>
      </w:pPr>
      <w:r>
        <w:rPr>
          <w:sz w:val="22"/>
        </w:rPr>
        <w:t>A. funny</w:t>
      </w:r>
    </w:p>
    <w:p>
      <w:pPr>
        <w:pStyle w:val="ListParagraph"/>
      </w:pPr>
      <w:r>
        <w:rPr>
          <w:sz w:val="22"/>
        </w:rPr>
        <w:t>B. fun</w:t>
      </w:r>
    </w:p>
    <w:p>
      <w:pPr>
        <w:pStyle w:val="ListParagraph"/>
      </w:pPr>
      <w:r>
        <w:rPr>
          <w:sz w:val="22"/>
        </w:rPr>
        <w:t>C. funy</w:t>
      </w:r>
    </w:p>
    <w:p>
      <w:pPr>
        <w:pStyle w:val="ListParagraph"/>
      </w:pPr>
      <w:r>
        <w:rPr>
          <w:sz w:val="22"/>
        </w:rPr>
        <w:t>D. funs</w:t>
      </w:r>
    </w:p>
    <w:p/>
    <w:p>
      <w:r>
        <w:rPr>
          <w:b/>
          <w:sz w:val="24"/>
        </w:rPr>
        <w:t>Câu 21: My house is ______. It has a big garden.</w:t>
      </w:r>
    </w:p>
    <w:p>
      <w:pPr>
        <w:pStyle w:val="ListParagraph"/>
      </w:pPr>
      <w:r>
        <w:rPr>
          <w:sz w:val="22"/>
        </w:rPr>
        <w:t>A. small</w:t>
      </w:r>
    </w:p>
    <w:p>
      <w:pPr>
        <w:pStyle w:val="ListParagraph"/>
      </w:pPr>
      <w:r>
        <w:rPr>
          <w:sz w:val="22"/>
        </w:rPr>
        <w:t>B. big</w:t>
      </w:r>
    </w:p>
    <w:p>
      <w:pPr>
        <w:pStyle w:val="ListParagraph"/>
      </w:pPr>
      <w:r>
        <w:rPr>
          <w:sz w:val="22"/>
        </w:rPr>
        <w:t>C. old</w:t>
      </w:r>
    </w:p>
    <w:p>
      <w:pPr>
        <w:pStyle w:val="ListParagraph"/>
      </w:pPr>
      <w:r>
        <w:rPr>
          <w:sz w:val="22"/>
        </w:rPr>
        <w:t>D. new</w:t>
      </w:r>
    </w:p>
    <w:p/>
    <w:p>
      <w:r>
        <w:rPr>
          <w:b/>
          <w:sz w:val="24"/>
        </w:rPr>
        <w:t>Câu 22: There ______ a living room, two bedrooms and a kitchen in my house.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23: My house has a ______. We cook meals there.</w:t>
      </w:r>
    </w:p>
    <w:p>
      <w:pPr>
        <w:pStyle w:val="ListParagraph"/>
      </w:pPr>
      <w:r>
        <w:rPr>
          <w:sz w:val="22"/>
        </w:rPr>
        <w:t>A. bedroom</w:t>
      </w:r>
    </w:p>
    <w:p>
      <w:pPr>
        <w:pStyle w:val="ListParagraph"/>
      </w:pPr>
      <w:r>
        <w:rPr>
          <w:sz w:val="22"/>
        </w:rPr>
        <w:t>B. kitchen</w:t>
      </w:r>
    </w:p>
    <w:p>
      <w:pPr>
        <w:pStyle w:val="ListParagraph"/>
      </w:pPr>
      <w:r>
        <w:rPr>
          <w:sz w:val="22"/>
        </w:rPr>
        <w:t>C. bathroom</w:t>
      </w:r>
    </w:p>
    <w:p>
      <w:pPr>
        <w:pStyle w:val="ListParagraph"/>
      </w:pPr>
      <w:r>
        <w:rPr>
          <w:sz w:val="22"/>
        </w:rPr>
        <w:t>D. living room</w:t>
      </w:r>
    </w:p>
    <w:p/>
    <w:p>
      <w:r>
        <w:rPr>
          <w:b/>
          <w:sz w:val="24"/>
        </w:rPr>
        <w:t>Câu 24: Where is the cat? - It is ______ the table.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under</w:t>
      </w:r>
    </w:p>
    <w:p>
      <w:pPr>
        <w:pStyle w:val="ListParagraph"/>
      </w:pPr>
      <w:r>
        <w:rPr>
          <w:sz w:val="22"/>
        </w:rPr>
        <w:t>D. behind</w:t>
      </w:r>
    </w:p>
    <w:p/>
    <w:p>
      <w:r>
        <w:rPr>
          <w:b/>
          <w:sz w:val="24"/>
        </w:rPr>
        <w:t>Câu 25: My house is ______ the city.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to</w:t>
      </w:r>
    </w:p>
    <w:p/>
    <w:p>
      <w:r>
        <w:rPr>
          <w:b/>
          <w:sz w:val="24"/>
        </w:rPr>
        <w:t>Câu 26: There are two ______ in my house.</w:t>
      </w:r>
    </w:p>
    <w:p>
      <w:pPr>
        <w:pStyle w:val="ListParagraph"/>
      </w:pPr>
      <w:r>
        <w:rPr>
          <w:sz w:val="22"/>
        </w:rPr>
        <w:t>A. bedroom</w:t>
      </w:r>
    </w:p>
    <w:p>
      <w:pPr>
        <w:pStyle w:val="ListParagraph"/>
      </w:pPr>
      <w:r>
        <w:rPr>
          <w:sz w:val="22"/>
        </w:rPr>
        <w:t>B. bedrooms</w:t>
      </w:r>
    </w:p>
    <w:p>
      <w:pPr>
        <w:pStyle w:val="ListParagraph"/>
      </w:pPr>
      <w:r>
        <w:rPr>
          <w:sz w:val="22"/>
        </w:rPr>
        <w:t>C. a bedroom</w:t>
      </w:r>
    </w:p>
    <w:p>
      <w:pPr>
        <w:pStyle w:val="ListParagraph"/>
      </w:pPr>
      <w:r>
        <w:rPr>
          <w:sz w:val="22"/>
        </w:rPr>
        <w:t>D. the bedroom</w:t>
      </w:r>
    </w:p>
    <w:p/>
    <w:p>
      <w:r>
        <w:rPr>
          <w:b/>
          <w:sz w:val="24"/>
        </w:rPr>
        <w:t>Câu 27: My father likes ______ newspapers in the morning.</w:t>
      </w:r>
    </w:p>
    <w:p>
      <w:pPr>
        <w:pStyle w:val="ListParagraph"/>
      </w:pPr>
      <w:r>
        <w:rPr>
          <w:sz w:val="22"/>
        </w:rPr>
        <w:t>A. read</w:t>
      </w:r>
    </w:p>
    <w:p>
      <w:pPr>
        <w:pStyle w:val="ListParagraph"/>
      </w:pPr>
      <w:r>
        <w:rPr>
          <w:sz w:val="22"/>
        </w:rPr>
        <w:t>B. reading</w:t>
      </w:r>
    </w:p>
    <w:p>
      <w:pPr>
        <w:pStyle w:val="ListParagraph"/>
      </w:pPr>
      <w:r>
        <w:rPr>
          <w:sz w:val="22"/>
        </w:rPr>
        <w:t>C. reads</w:t>
      </w:r>
    </w:p>
    <w:p>
      <w:pPr>
        <w:pStyle w:val="ListParagraph"/>
      </w:pPr>
      <w:r>
        <w:rPr>
          <w:sz w:val="22"/>
        </w:rPr>
        <w:t>D. to read</w:t>
      </w:r>
    </w:p>
    <w:p/>
    <w:p>
      <w:r>
        <w:rPr>
          <w:b/>
          <w:sz w:val="24"/>
        </w:rPr>
        <w:t>Câu 28: My mother is a nurse. She works in a ______.</w:t>
      </w:r>
    </w:p>
    <w:p>
      <w:pPr>
        <w:pStyle w:val="ListParagraph"/>
      </w:pPr>
      <w:r>
        <w:rPr>
          <w:sz w:val="22"/>
        </w:rPr>
        <w:t>A. school</w:t>
      </w:r>
    </w:p>
    <w:p>
      <w:pPr>
        <w:pStyle w:val="ListParagraph"/>
      </w:pPr>
      <w:r>
        <w:rPr>
          <w:sz w:val="22"/>
        </w:rPr>
        <w:t>B. hospital</w:t>
      </w:r>
    </w:p>
    <w:p>
      <w:pPr>
        <w:pStyle w:val="ListParagraph"/>
      </w:pPr>
      <w:r>
        <w:rPr>
          <w:sz w:val="22"/>
        </w:rPr>
        <w:t>C. factory</w:t>
      </w:r>
    </w:p>
    <w:p>
      <w:pPr>
        <w:pStyle w:val="ListParagraph"/>
      </w:pPr>
      <w:r>
        <w:rPr>
          <w:sz w:val="22"/>
        </w:rPr>
        <w:t>D. office</w:t>
      </w:r>
    </w:p>
    <w:p/>
    <w:p>
      <w:r>
        <w:rPr>
          <w:b/>
          <w:sz w:val="24"/>
        </w:rPr>
        <w:t>Câu 29: I have a dog. ______ name is Lucky.</w:t>
      </w:r>
    </w:p>
    <w:p>
      <w:pPr>
        <w:pStyle w:val="ListParagraph"/>
      </w:pPr>
      <w:r>
        <w:rPr>
          <w:sz w:val="22"/>
        </w:rPr>
        <w:t>A. It</w:t>
      </w:r>
    </w:p>
    <w:p>
      <w:pPr>
        <w:pStyle w:val="ListParagraph"/>
      </w:pPr>
      <w:r>
        <w:rPr>
          <w:sz w:val="22"/>
        </w:rPr>
        <w:t>B. Its</w:t>
      </w:r>
    </w:p>
    <w:p>
      <w:pPr>
        <w:pStyle w:val="ListParagraph"/>
      </w:pPr>
      <w:r>
        <w:rPr>
          <w:sz w:val="22"/>
        </w:rPr>
        <w:t>C. It's</w:t>
      </w:r>
    </w:p>
    <w:p>
      <w:pPr>
        <w:pStyle w:val="ListParagraph"/>
      </w:pPr>
      <w:r>
        <w:rPr>
          <w:sz w:val="22"/>
        </w:rPr>
        <w:t>D. It is</w:t>
      </w:r>
    </w:p>
    <w:p/>
    <w:p>
      <w:r>
        <w:rPr>
          <w:b/>
          <w:sz w:val="24"/>
        </w:rPr>
        <w:t>Câu 30: My favourite animal is the ______ because it can fly.</w:t>
      </w:r>
    </w:p>
    <w:p>
      <w:pPr>
        <w:pStyle w:val="ListParagraph"/>
      </w:pPr>
      <w:r>
        <w:rPr>
          <w:sz w:val="22"/>
        </w:rPr>
        <w:t>A. bird</w:t>
      </w:r>
    </w:p>
    <w:p>
      <w:pPr>
        <w:pStyle w:val="ListParagraph"/>
      </w:pPr>
      <w:r>
        <w:rPr>
          <w:sz w:val="22"/>
        </w:rPr>
        <w:t>B. fish</w:t>
      </w:r>
    </w:p>
    <w:p>
      <w:pPr>
        <w:pStyle w:val="ListParagraph"/>
      </w:pPr>
      <w:r>
        <w:rPr>
          <w:sz w:val="22"/>
        </w:rPr>
        <w:t>C. dog</w:t>
      </w:r>
    </w:p>
    <w:p>
      <w:pPr>
        <w:pStyle w:val="ListParagraph"/>
      </w:pPr>
      <w:r>
        <w:rPr>
          <w:sz w:val="22"/>
        </w:rPr>
        <w:t>D. cat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