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2 - Phép cộng có nhớ trong phạm vi 100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27 + 15 = ?</w:t>
      </w:r>
    </w:p>
    <w:p>
      <w:pPr>
        <w:pStyle w:val="ListParagraph"/>
      </w:pPr>
      <w:r>
        <w:rPr>
          <w:sz w:val="22"/>
        </w:rPr>
        <w:t>A. 32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41</w:t>
      </w:r>
    </w:p>
    <w:p>
      <w:pPr>
        <w:pStyle w:val="ListParagraph"/>
      </w:pPr>
      <w:r>
        <w:rPr>
          <w:sz w:val="22"/>
        </w:rPr>
        <w:t>D. 43</w:t>
      </w:r>
    </w:p>
    <w:p/>
    <w:p>
      <w:r>
        <w:rPr>
          <w:b/>
          <w:sz w:val="24"/>
        </w:rPr>
        <w:t>Câu 2: 38 + 24 = ?</w:t>
      </w:r>
    </w:p>
    <w:p>
      <w:pPr>
        <w:pStyle w:val="ListParagraph"/>
      </w:pPr>
      <w:r>
        <w:rPr>
          <w:sz w:val="22"/>
        </w:rPr>
        <w:t>A. 52</w:t>
      </w:r>
    </w:p>
    <w:p>
      <w:pPr>
        <w:pStyle w:val="ListParagraph"/>
      </w:pPr>
      <w:r>
        <w:rPr>
          <w:sz w:val="22"/>
        </w:rPr>
        <w:t>B. 62</w:t>
      </w:r>
    </w:p>
    <w:p>
      <w:pPr>
        <w:pStyle w:val="ListParagraph"/>
      </w:pPr>
      <w:r>
        <w:rPr>
          <w:sz w:val="22"/>
        </w:rPr>
        <w:t>C. 61</w:t>
      </w:r>
    </w:p>
    <w:p>
      <w:pPr>
        <w:pStyle w:val="ListParagraph"/>
      </w:pPr>
      <w:r>
        <w:rPr>
          <w:sz w:val="22"/>
        </w:rPr>
        <w:t>D. 63</w:t>
      </w:r>
    </w:p>
    <w:p/>
    <w:p>
      <w:r>
        <w:rPr>
          <w:b/>
          <w:sz w:val="24"/>
        </w:rPr>
        <w:t>Câu 3: 46 + 37 = ?</w:t>
      </w:r>
    </w:p>
    <w:p>
      <w:pPr>
        <w:pStyle w:val="ListParagraph"/>
      </w:pPr>
      <w:r>
        <w:rPr>
          <w:sz w:val="22"/>
        </w:rPr>
        <w:t>A. 73</w:t>
      </w:r>
    </w:p>
    <w:p>
      <w:pPr>
        <w:pStyle w:val="ListParagraph"/>
      </w:pPr>
      <w:r>
        <w:rPr>
          <w:sz w:val="22"/>
        </w:rPr>
        <w:t>B. 82</w:t>
      </w:r>
    </w:p>
    <w:p>
      <w:pPr>
        <w:pStyle w:val="ListParagraph"/>
      </w:pPr>
      <w:r>
        <w:rPr>
          <w:sz w:val="22"/>
        </w:rPr>
        <w:t>C. 83</w:t>
      </w:r>
    </w:p>
    <w:p>
      <w:pPr>
        <w:pStyle w:val="ListParagraph"/>
      </w:pPr>
      <w:r>
        <w:rPr>
          <w:sz w:val="22"/>
        </w:rPr>
        <w:t>D. 84</w:t>
      </w:r>
    </w:p>
    <w:p/>
    <w:p>
      <w:r>
        <w:rPr>
          <w:b/>
          <w:sz w:val="24"/>
        </w:rPr>
        <w:t>Câu 4: 55 + 29 = ?</w:t>
      </w:r>
    </w:p>
    <w:p>
      <w:pPr>
        <w:pStyle w:val="ListParagraph"/>
      </w:pPr>
      <w:r>
        <w:rPr>
          <w:sz w:val="22"/>
        </w:rPr>
        <w:t>A. 74</w:t>
      </w:r>
    </w:p>
    <w:p>
      <w:pPr>
        <w:pStyle w:val="ListParagraph"/>
      </w:pPr>
      <w:r>
        <w:rPr>
          <w:sz w:val="22"/>
        </w:rPr>
        <w:t>B. 83</w:t>
      </w:r>
    </w:p>
    <w:p>
      <w:pPr>
        <w:pStyle w:val="ListParagraph"/>
      </w:pPr>
      <w:r>
        <w:rPr>
          <w:sz w:val="22"/>
        </w:rPr>
        <w:t>C. 84</w:t>
      </w:r>
    </w:p>
    <w:p>
      <w:pPr>
        <w:pStyle w:val="ListParagraph"/>
      </w:pPr>
      <w:r>
        <w:rPr>
          <w:sz w:val="22"/>
        </w:rPr>
        <w:t>D. 85</w:t>
      </w:r>
    </w:p>
    <w:p/>
    <w:p>
      <w:r>
        <w:rPr>
          <w:b/>
          <w:sz w:val="24"/>
        </w:rPr>
        <w:t>Câu 5: 68 + 17 = ?</w:t>
      </w:r>
    </w:p>
    <w:p>
      <w:pPr>
        <w:pStyle w:val="ListParagraph"/>
      </w:pPr>
      <w:r>
        <w:rPr>
          <w:sz w:val="22"/>
        </w:rPr>
        <w:t>A. 75</w:t>
      </w:r>
    </w:p>
    <w:p>
      <w:pPr>
        <w:pStyle w:val="ListParagraph"/>
      </w:pPr>
      <w:r>
        <w:rPr>
          <w:sz w:val="22"/>
        </w:rPr>
        <w:t>B. 84</w:t>
      </w:r>
    </w:p>
    <w:p>
      <w:pPr>
        <w:pStyle w:val="ListParagraph"/>
      </w:pPr>
      <w:r>
        <w:rPr>
          <w:sz w:val="22"/>
        </w:rPr>
        <w:t>C. 85</w:t>
      </w:r>
    </w:p>
    <w:p>
      <w:pPr>
        <w:pStyle w:val="ListParagraph"/>
      </w:pPr>
      <w:r>
        <w:rPr>
          <w:sz w:val="22"/>
        </w:rPr>
        <w:t>D. 86</w:t>
      </w:r>
    </w:p>
    <w:p/>
    <w:p>
      <w:r>
        <w:rPr>
          <w:b/>
          <w:sz w:val="24"/>
        </w:rPr>
        <w:t>Câu 6: 49 + 36 = ?</w:t>
      </w:r>
    </w:p>
    <w:p>
      <w:pPr>
        <w:pStyle w:val="ListParagraph"/>
      </w:pPr>
      <w:r>
        <w:rPr>
          <w:sz w:val="22"/>
        </w:rPr>
        <w:t>A. 75</w:t>
      </w:r>
    </w:p>
    <w:p>
      <w:pPr>
        <w:pStyle w:val="ListParagraph"/>
      </w:pPr>
      <w:r>
        <w:rPr>
          <w:sz w:val="22"/>
        </w:rPr>
        <w:t>B. 84</w:t>
      </w:r>
    </w:p>
    <w:p>
      <w:pPr>
        <w:pStyle w:val="ListParagraph"/>
      </w:pPr>
      <w:r>
        <w:rPr>
          <w:sz w:val="22"/>
        </w:rPr>
        <w:t>C. 85</w:t>
      </w:r>
    </w:p>
    <w:p>
      <w:pPr>
        <w:pStyle w:val="ListParagraph"/>
      </w:pPr>
      <w:r>
        <w:rPr>
          <w:sz w:val="22"/>
        </w:rPr>
        <w:t>D. 86</w:t>
      </w:r>
    </w:p>
    <w:p/>
    <w:p>
      <w:r>
        <w:rPr>
          <w:b/>
          <w:sz w:val="24"/>
        </w:rPr>
        <w:t>Câu 7: 27 + 48 = ?</w:t>
      </w:r>
    </w:p>
    <w:p>
      <w:pPr>
        <w:pStyle w:val="ListParagraph"/>
      </w:pPr>
      <w:r>
        <w:rPr>
          <w:sz w:val="22"/>
        </w:rPr>
        <w:t>A. 65</w:t>
      </w:r>
    </w:p>
    <w:p>
      <w:pPr>
        <w:pStyle w:val="ListParagraph"/>
      </w:pPr>
      <w:r>
        <w:rPr>
          <w:sz w:val="22"/>
        </w:rPr>
        <w:t>B. 74</w:t>
      </w:r>
    </w:p>
    <w:p>
      <w:pPr>
        <w:pStyle w:val="ListParagraph"/>
      </w:pPr>
      <w:r>
        <w:rPr>
          <w:sz w:val="22"/>
        </w:rPr>
        <w:t>C. 75</w:t>
      </w:r>
    </w:p>
    <w:p>
      <w:pPr>
        <w:pStyle w:val="ListParagraph"/>
      </w:pPr>
      <w:r>
        <w:rPr>
          <w:sz w:val="22"/>
        </w:rPr>
        <w:t>D. 76</w:t>
      </w:r>
    </w:p>
    <w:p/>
    <w:p>
      <w:r>
        <w:rPr>
          <w:b/>
          <w:sz w:val="24"/>
        </w:rPr>
        <w:t>Câu 8: 56 + 38 = ?</w:t>
      </w:r>
    </w:p>
    <w:p>
      <w:pPr>
        <w:pStyle w:val="ListParagraph"/>
      </w:pPr>
      <w:r>
        <w:rPr>
          <w:sz w:val="22"/>
        </w:rPr>
        <w:t>A. 84</w:t>
      </w:r>
    </w:p>
    <w:p>
      <w:pPr>
        <w:pStyle w:val="ListParagraph"/>
      </w:pPr>
      <w:r>
        <w:rPr>
          <w:sz w:val="22"/>
        </w:rPr>
        <w:t>B. 93</w:t>
      </w:r>
    </w:p>
    <w:p>
      <w:pPr>
        <w:pStyle w:val="ListParagraph"/>
      </w:pPr>
      <w:r>
        <w:rPr>
          <w:sz w:val="22"/>
        </w:rPr>
        <w:t>C. 94</w:t>
      </w:r>
    </w:p>
    <w:p>
      <w:pPr>
        <w:pStyle w:val="ListParagraph"/>
      </w:pPr>
      <w:r>
        <w:rPr>
          <w:sz w:val="22"/>
        </w:rPr>
        <w:t>D. 95</w:t>
      </w:r>
    </w:p>
    <w:p/>
    <w:p>
      <w:r>
        <w:rPr>
          <w:b/>
          <w:sz w:val="24"/>
        </w:rPr>
        <w:t>Câu 9: 19 + 73 = ?</w:t>
      </w:r>
    </w:p>
    <w:p>
      <w:pPr>
        <w:pStyle w:val="ListParagraph"/>
      </w:pPr>
      <w:r>
        <w:rPr>
          <w:sz w:val="22"/>
        </w:rPr>
        <w:t>A. 82</w:t>
      </w:r>
    </w:p>
    <w:p>
      <w:pPr>
        <w:pStyle w:val="ListParagraph"/>
      </w:pPr>
      <w:r>
        <w:rPr>
          <w:sz w:val="22"/>
        </w:rPr>
        <w:t>B. 91</w:t>
      </w:r>
    </w:p>
    <w:p>
      <w:pPr>
        <w:pStyle w:val="ListParagraph"/>
      </w:pPr>
      <w:r>
        <w:rPr>
          <w:sz w:val="22"/>
        </w:rPr>
        <w:t>C. 92</w:t>
      </w:r>
    </w:p>
    <w:p>
      <w:pPr>
        <w:pStyle w:val="ListParagraph"/>
      </w:pPr>
      <w:r>
        <w:rPr>
          <w:sz w:val="22"/>
        </w:rPr>
        <w:t>D. 93</w:t>
      </w:r>
    </w:p>
    <w:p/>
    <w:p>
      <w:r>
        <w:rPr>
          <w:b/>
          <w:sz w:val="24"/>
        </w:rPr>
        <w:t>Câu 10: 64 + 28 = ?</w:t>
      </w:r>
    </w:p>
    <w:p>
      <w:pPr>
        <w:pStyle w:val="ListParagraph"/>
      </w:pPr>
      <w:r>
        <w:rPr>
          <w:sz w:val="22"/>
        </w:rPr>
        <w:t>A. 82</w:t>
      </w:r>
    </w:p>
    <w:p>
      <w:pPr>
        <w:pStyle w:val="ListParagraph"/>
      </w:pPr>
      <w:r>
        <w:rPr>
          <w:sz w:val="22"/>
        </w:rPr>
        <w:t>B. 91</w:t>
      </w:r>
    </w:p>
    <w:p>
      <w:pPr>
        <w:pStyle w:val="ListParagraph"/>
      </w:pPr>
      <w:r>
        <w:rPr>
          <w:sz w:val="22"/>
        </w:rPr>
        <w:t>C. 92</w:t>
      </w:r>
    </w:p>
    <w:p>
      <w:pPr>
        <w:pStyle w:val="ListParagraph"/>
      </w:pPr>
      <w:r>
        <w:rPr>
          <w:sz w:val="22"/>
        </w:rPr>
        <w:t>D. 93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