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lớp 3 - phospholipid được cấu tạo bởi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Phospholipid được cấu tạo bởi:</w:t>
      </w:r>
    </w:p>
    <w:p>
      <w:pPr>
        <w:pStyle w:val="ListParagraph"/>
      </w:pPr>
      <w:r>
        <w:rPr>
          <w:sz w:val="22"/>
        </w:rPr>
        <w:t>A. Amino acid</w:t>
      </w:r>
    </w:p>
    <w:p>
      <w:pPr>
        <w:pStyle w:val="ListParagraph"/>
      </w:pPr>
      <w:r>
        <w:rPr>
          <w:sz w:val="22"/>
        </w:rPr>
        <w:t>B. 1 phân tử glycerol với 2 acid béo ở một đầu, còn lại là nhóm phosphate</w:t>
      </w:r>
    </w:p>
    <w:p>
      <w:pPr>
        <w:pStyle w:val="ListParagraph"/>
      </w:pPr>
      <w:r>
        <w:rPr>
          <w:sz w:val="22"/>
        </w:rPr>
        <w:t>C. Không có acid béo cấu tạo từ carbon</w:t>
      </w:r>
    </w:p>
    <w:p>
      <w:pPr>
        <w:pStyle w:val="ListParagraph"/>
      </w:pPr>
      <w:r>
        <w:rPr>
          <w:sz w:val="22"/>
        </w:rPr>
        <w:t>D. Cả A, B và C đều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