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Đề trắc nghiệm Sinh học Lớp 10 - Trao đổi nước và khoáng ở thực vật</w:t>
      </w:r>
    </w:p>
    <w:p>
      <w:pPr>
        <w:jc w:val="center"/>
      </w:pPr>
      <w:r>
        <w:rPr>
          <w:sz w:val="22"/>
        </w:rPr>
        <w:t>Số câu: 10    Thời gian: _____ phút    Họ và tên: _________________________</w:t>
      </w:r>
    </w:p>
    <w:p/>
    <w:p>
      <w:r>
        <w:rPr>
          <w:b/>
          <w:sz w:val="24"/>
        </w:rPr>
        <w:t>Câu 1: Nước được hấp thụ chủ yếu qua bộ phận nào của rễ?</w:t>
      </w:r>
    </w:p>
    <w:p>
      <w:pPr>
        <w:pStyle w:val="ListParagraph"/>
      </w:pPr>
      <w:r>
        <w:rPr>
          <w:sz w:val="22"/>
        </w:rPr>
        <w:t>A. Đỉnh sinh trưởng</w:t>
      </w:r>
    </w:p>
    <w:p>
      <w:pPr>
        <w:pStyle w:val="ListParagraph"/>
      </w:pPr>
      <w:r>
        <w:rPr>
          <w:sz w:val="22"/>
        </w:rPr>
        <w:t>B. Lông hút</w:t>
      </w:r>
    </w:p>
    <w:p>
      <w:pPr>
        <w:pStyle w:val="ListParagraph"/>
      </w:pPr>
      <w:r>
        <w:rPr>
          <w:sz w:val="22"/>
        </w:rPr>
        <w:t>C. Miền sinh trưởng kéo dài</w:t>
      </w:r>
    </w:p>
    <w:p>
      <w:pPr>
        <w:pStyle w:val="ListParagraph"/>
      </w:pPr>
      <w:r>
        <w:rPr>
          <w:sz w:val="22"/>
        </w:rPr>
        <w:t>D. Miền hóa bần</w:t>
      </w:r>
    </w:p>
    <w:p/>
    <w:p>
      <w:r>
        <w:rPr>
          <w:b/>
          <w:sz w:val="24"/>
        </w:rPr>
        <w:t>Câu 2: Nước xâm nhập vào rễ cây chủ yếu theo con đường nào?</w:t>
      </w:r>
    </w:p>
    <w:p>
      <w:pPr>
        <w:pStyle w:val="ListParagraph"/>
      </w:pPr>
      <w:r>
        <w:rPr>
          <w:sz w:val="22"/>
        </w:rPr>
        <w:t>A. Con đường gian bào (apoplast)</w:t>
      </w:r>
    </w:p>
    <w:p>
      <w:pPr>
        <w:pStyle w:val="ListParagraph"/>
      </w:pPr>
      <w:r>
        <w:rPr>
          <w:sz w:val="22"/>
        </w:rPr>
        <w:t>B. Con đường tế bào chất (symplast)</w:t>
      </w:r>
    </w:p>
    <w:p>
      <w:pPr>
        <w:pStyle w:val="ListParagraph"/>
      </w:pPr>
      <w:r>
        <w:rPr>
          <w:sz w:val="22"/>
        </w:rPr>
        <w:t>C. Con đường qua màng sinh chất</w:t>
      </w:r>
    </w:p>
    <w:p>
      <w:pPr>
        <w:pStyle w:val="ListParagraph"/>
      </w:pPr>
      <w:r>
        <w:rPr>
          <w:sz w:val="22"/>
        </w:rPr>
        <w:t>D. Con đường qua bó mạch</w:t>
      </w:r>
    </w:p>
    <w:p/>
    <w:p>
      <w:r>
        <w:rPr>
          <w:b/>
          <w:sz w:val="24"/>
        </w:rPr>
        <w:t>Câu 3: Nước vận chuyển từ rễ lên lá qua mạch nào?</w:t>
      </w:r>
    </w:p>
    <w:p>
      <w:pPr>
        <w:pStyle w:val="ListParagraph"/>
      </w:pPr>
      <w:r>
        <w:rPr>
          <w:sz w:val="22"/>
        </w:rPr>
        <w:t>A. Mạch rây</w:t>
      </w:r>
    </w:p>
    <w:p>
      <w:pPr>
        <w:pStyle w:val="ListParagraph"/>
      </w:pPr>
      <w:r>
        <w:rPr>
          <w:sz w:val="22"/>
        </w:rPr>
        <w:t>B. Mạch gỗ</w:t>
      </w:r>
    </w:p>
    <w:p>
      <w:pPr>
        <w:pStyle w:val="ListParagraph"/>
      </w:pPr>
      <w:r>
        <w:rPr>
          <w:sz w:val="22"/>
        </w:rPr>
        <w:t>C. Mạch libe</w:t>
      </w:r>
    </w:p>
    <w:p>
      <w:pPr>
        <w:pStyle w:val="ListParagraph"/>
      </w:pPr>
      <w:r>
        <w:rPr>
          <w:sz w:val="22"/>
        </w:rPr>
        <w:t>D. Cả mạch gỗ và mạch rây</w:t>
      </w:r>
    </w:p>
    <w:p/>
    <w:p>
      <w:r>
        <w:rPr>
          <w:b/>
          <w:sz w:val="24"/>
        </w:rPr>
        <w:t>Câu 4: Lực đóng vai trò chính trong việc vận chuyển nước từ rễ lên lá là gì?</w:t>
      </w:r>
    </w:p>
    <w:p>
      <w:pPr>
        <w:pStyle w:val="ListParagraph"/>
      </w:pPr>
      <w:r>
        <w:rPr>
          <w:sz w:val="22"/>
        </w:rPr>
        <w:t>A. Lực hút do thoát hơi nước ở lá</w:t>
      </w:r>
    </w:p>
    <w:p>
      <w:pPr>
        <w:pStyle w:val="ListParagraph"/>
      </w:pPr>
      <w:r>
        <w:rPr>
          <w:sz w:val="22"/>
        </w:rPr>
        <w:t>B. Lực đẩy của rễ (áp suất rễ)</w:t>
      </w:r>
    </w:p>
    <w:p>
      <w:pPr>
        <w:pStyle w:val="ListParagraph"/>
      </w:pPr>
      <w:r>
        <w:rPr>
          <w:sz w:val="22"/>
        </w:rPr>
        <w:t>C. Lực liên kết giữa các phân tử nước</w:t>
      </w:r>
    </w:p>
    <w:p>
      <w:pPr>
        <w:pStyle w:val="ListParagraph"/>
      </w:pPr>
      <w:r>
        <w:rPr>
          <w:sz w:val="22"/>
        </w:rPr>
        <w:t>D. Lực bám của phân tử nước với thành mạch</w:t>
      </w:r>
    </w:p>
    <w:p/>
    <w:p>
      <w:r>
        <w:rPr>
          <w:b/>
          <w:sz w:val="24"/>
        </w:rPr>
        <w:t>Câu 5: Hiện tượng ứ giọt (nhỏ giọt) ở mép lá xảy ra do nguyên nhân nào?</w:t>
      </w:r>
    </w:p>
    <w:p>
      <w:pPr>
        <w:pStyle w:val="ListParagraph"/>
      </w:pPr>
      <w:r>
        <w:rPr>
          <w:sz w:val="22"/>
        </w:rPr>
        <w:t>A. Do áp suất rễ</w:t>
      </w:r>
    </w:p>
    <w:p>
      <w:pPr>
        <w:pStyle w:val="ListParagraph"/>
      </w:pPr>
      <w:r>
        <w:rPr>
          <w:sz w:val="22"/>
        </w:rPr>
        <w:t>B. Do thoát hơi nước quá mạnh</w:t>
      </w:r>
    </w:p>
    <w:p>
      <w:pPr>
        <w:pStyle w:val="ListParagraph"/>
      </w:pPr>
      <w:r>
        <w:rPr>
          <w:sz w:val="22"/>
        </w:rPr>
        <w:t>C. Do thiếu nước</w:t>
      </w:r>
    </w:p>
    <w:p>
      <w:pPr>
        <w:pStyle w:val="ListParagraph"/>
      </w:pPr>
      <w:r>
        <w:rPr>
          <w:sz w:val="22"/>
        </w:rPr>
        <w:t>D. Do nhiệt độ cao</w:t>
      </w:r>
    </w:p>
    <w:p/>
    <w:p>
      <w:r>
        <w:rPr>
          <w:b/>
          <w:sz w:val="24"/>
        </w:rPr>
        <w:t>Câu 6: Động lực chính giúp nước từ đất vào rễ cây là gì?</w:t>
      </w:r>
    </w:p>
    <w:p>
      <w:pPr>
        <w:pStyle w:val="ListParagraph"/>
      </w:pPr>
      <w:r>
        <w:rPr>
          <w:sz w:val="22"/>
        </w:rPr>
        <w:t>A. Áp suất rễ</w:t>
      </w:r>
    </w:p>
    <w:p>
      <w:pPr>
        <w:pStyle w:val="ListParagraph"/>
      </w:pPr>
      <w:r>
        <w:rPr>
          <w:sz w:val="22"/>
        </w:rPr>
        <w:t>B. Chênh lệch áp suất thẩm thấu giữa tế bào lông hút và dung dịch đất</w:t>
      </w:r>
    </w:p>
    <w:p>
      <w:pPr>
        <w:pStyle w:val="ListParagraph"/>
      </w:pPr>
      <w:r>
        <w:rPr>
          <w:sz w:val="22"/>
        </w:rPr>
        <w:t>C. Thoát hơi nước ở lá</w:t>
      </w:r>
    </w:p>
    <w:p>
      <w:pPr>
        <w:pStyle w:val="ListParagraph"/>
      </w:pPr>
      <w:r>
        <w:rPr>
          <w:sz w:val="22"/>
        </w:rPr>
        <w:t>D. Lực mao dẫn</w:t>
      </w:r>
    </w:p>
    <w:p/>
    <w:p>
      <w:r>
        <w:rPr>
          <w:b/>
          <w:sz w:val="24"/>
        </w:rPr>
        <w:t>Câu 7: Sự hấp thụ các ion khoáng vào rễ theo chiều građien nồng độ (từ nơi nồng độ cao đến nơi nồng độ thấp) được gọi là hình thức nào?</w:t>
      </w:r>
    </w:p>
    <w:p>
      <w:pPr>
        <w:pStyle w:val="ListParagraph"/>
      </w:pPr>
      <w:r>
        <w:rPr>
          <w:sz w:val="22"/>
        </w:rPr>
        <w:t>A. Hấp thụ chủ động</w:t>
      </w:r>
    </w:p>
    <w:p>
      <w:pPr>
        <w:pStyle w:val="ListParagraph"/>
      </w:pPr>
      <w:r>
        <w:rPr>
          <w:sz w:val="22"/>
        </w:rPr>
        <w:t>B. Hấp thụ thụ động</w:t>
      </w:r>
    </w:p>
    <w:p>
      <w:pPr>
        <w:pStyle w:val="ListParagraph"/>
      </w:pPr>
      <w:r>
        <w:rPr>
          <w:sz w:val="22"/>
        </w:rPr>
        <w:t>C. Thẩm tách</w:t>
      </w:r>
    </w:p>
    <w:p>
      <w:pPr>
        <w:pStyle w:val="ListParagraph"/>
      </w:pPr>
      <w:r>
        <w:rPr>
          <w:sz w:val="22"/>
        </w:rPr>
        <w:t>D. Ẩm bào</w:t>
      </w:r>
    </w:p>
    <w:p/>
    <w:p>
      <w:r>
        <w:rPr>
          <w:b/>
          <w:sz w:val="24"/>
        </w:rPr>
        <w:t>Câu 8: Để hấp thụ các ion khoáng theo chiều građien nồng độ ngược (từ nơi nồng độ thấp đến cao), tế bào lông hút cần sử dụng năng lượng ATP. Quá trình này gọi là gì?</w:t>
      </w:r>
    </w:p>
    <w:p>
      <w:pPr>
        <w:pStyle w:val="ListParagraph"/>
      </w:pPr>
      <w:r>
        <w:rPr>
          <w:sz w:val="22"/>
        </w:rPr>
        <w:t>A. Hấp thụ thụ động</w:t>
      </w:r>
    </w:p>
    <w:p>
      <w:pPr>
        <w:pStyle w:val="ListParagraph"/>
      </w:pPr>
      <w:r>
        <w:rPr>
          <w:sz w:val="22"/>
        </w:rPr>
        <w:t>B. Hấp thụ chủ động</w:t>
      </w:r>
    </w:p>
    <w:p>
      <w:pPr>
        <w:pStyle w:val="ListParagraph"/>
      </w:pPr>
      <w:r>
        <w:rPr>
          <w:sz w:val="22"/>
        </w:rPr>
        <w:t>C. Khuếch tán đơn giản</w:t>
      </w:r>
    </w:p>
    <w:p>
      <w:pPr>
        <w:pStyle w:val="ListParagraph"/>
      </w:pPr>
      <w:r>
        <w:rPr>
          <w:sz w:val="22"/>
        </w:rPr>
        <w:t>D. Thẩm thấu</w:t>
      </w:r>
    </w:p>
    <w:p/>
    <w:p>
      <w:r>
        <w:rPr>
          <w:b/>
          <w:sz w:val="24"/>
        </w:rPr>
        <w:t>Câu 9: Nước vận chuyển từ rễ lên lá nhờ sự phối hợp của các lực nào?</w:t>
      </w:r>
    </w:p>
    <w:p>
      <w:pPr>
        <w:pStyle w:val="ListParagraph"/>
      </w:pPr>
      <w:r>
        <w:rPr>
          <w:sz w:val="22"/>
        </w:rPr>
        <w:t>A. Lực hút của lá, lực đẩy của rễ và lực liên kết giữa các phân tử nước</w:t>
      </w:r>
    </w:p>
    <w:p>
      <w:pPr>
        <w:pStyle w:val="ListParagraph"/>
      </w:pPr>
      <w:r>
        <w:rPr>
          <w:sz w:val="22"/>
        </w:rPr>
        <w:t>B. Chỉ nhờ lực đẩy của rễ</w:t>
      </w:r>
    </w:p>
    <w:p>
      <w:pPr>
        <w:pStyle w:val="ListParagraph"/>
      </w:pPr>
      <w:r>
        <w:rPr>
          <w:sz w:val="22"/>
        </w:rPr>
        <w:t>C. Chỉ nhờ lực hút của lá</w:t>
      </w:r>
    </w:p>
    <w:p>
      <w:pPr>
        <w:pStyle w:val="ListParagraph"/>
      </w:pPr>
      <w:r>
        <w:rPr>
          <w:sz w:val="22"/>
        </w:rPr>
        <w:t>D. Lực đẩy của rễ và lực hút của lá</w:t>
      </w:r>
    </w:p>
    <w:p/>
    <w:p>
      <w:r>
        <w:rPr>
          <w:b/>
          <w:sz w:val="24"/>
        </w:rPr>
        <w:t>Câu 10: Hạn sinh lý xảy ra khi nào?</w:t>
      </w:r>
    </w:p>
    <w:p>
      <w:pPr>
        <w:pStyle w:val="ListParagraph"/>
      </w:pPr>
      <w:r>
        <w:rPr>
          <w:sz w:val="22"/>
        </w:rPr>
        <w:t>A. Khi cây bị thiếu nước trong đất</w:t>
      </w:r>
    </w:p>
    <w:p>
      <w:pPr>
        <w:pStyle w:val="ListParagraph"/>
      </w:pPr>
      <w:r>
        <w:rPr>
          <w:sz w:val="22"/>
        </w:rPr>
        <w:t>B. Khi nồng độ muối khoáng trong đất quá cao hoặc rễ bị ngập úng lâu</w:t>
      </w:r>
    </w:p>
    <w:p>
      <w:pPr>
        <w:pStyle w:val="ListParagraph"/>
      </w:pPr>
      <w:r>
        <w:rPr>
          <w:sz w:val="22"/>
        </w:rPr>
        <w:t>C. Khi nhiệt độ quá cao làm thoát hơi nước mạnh</w:t>
      </w:r>
    </w:p>
    <w:p>
      <w:pPr>
        <w:pStyle w:val="ListParagraph"/>
      </w:pPr>
      <w:r>
        <w:rPr>
          <w:sz w:val="22"/>
        </w:rPr>
        <w:t>D. Khi cây không được chiếu sáng</w:t>
      </w:r>
    </w:p>
    <w:p/>
    <w:p>
      <w:r>
        <w:t>──────────────────────────────────────────────────</w:t>
      </w:r>
    </w:p>
    <w:p>
      <w:r>
        <w:rPr>
          <w:b/>
        </w:rPr>
        <w:t>BẢNG ĐÁP ÁN &amp; LỜI GIẢI CHI TIẾT</w:t>
      </w:r>
    </w:p>
    <w:p>
      <w:r>
        <w:rPr>
          <w:b/>
        </w:rPr>
        <w:t>Câu 1: Đáp án đúng: B</w:t>
      </w:r>
    </w:p>
    <w:p>
      <w:r>
        <w:rPr>
          <w:b/>
        </w:rPr>
        <w:t>Câu 2: Đáp án đúng: A</w:t>
      </w:r>
    </w:p>
    <w:p>
      <w:r>
        <w:rPr>
          <w:b/>
        </w:rPr>
        <w:t>Câu 3: Đáp án đúng: B</w:t>
      </w:r>
    </w:p>
    <w:p>
      <w:r>
        <w:rPr>
          <w:b/>
        </w:rPr>
        <w:t>Câu 4: Đáp án đúng: A</w:t>
      </w:r>
    </w:p>
    <w:p>
      <w:r>
        <w:rPr>
          <w:b/>
        </w:rPr>
        <w:t>Câu 5: Đáp án đúng: A</w:t>
      </w:r>
    </w:p>
    <w:p>
      <w:r>
        <w:rPr>
          <w:b/>
        </w:rPr>
        <w:t>Câu 6: Đáp án đúng: B</w:t>
      </w:r>
    </w:p>
    <w:p>
      <w:r>
        <w:rPr>
          <w:b/>
        </w:rPr>
        <w:t>Câu 7: Đáp án đúng: B</w:t>
      </w:r>
    </w:p>
    <w:p>
      <w:r>
        <w:rPr>
          <w:b/>
        </w:rPr>
        <w:t>Câu 8: Đáp án đúng: B</w:t>
      </w:r>
    </w:p>
    <w:p>
      <w:r>
        <w:rPr>
          <w:b/>
        </w:rPr>
        <w:t>Câu 9: Đáp án đúng: A</w:t>
      </w:r>
    </w:p>
    <w:p>
      <w:r>
        <w:rPr>
          <w:b/>
        </w:rPr>
        <w:t>Câu 10: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