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tâp Tiếng Việt 4 tuần 10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Biện pháp nhân hóa là gì?</w:t>
      </w:r>
    </w:p>
    <w:p>
      <w:pPr>
        <w:pStyle w:val="ListParagraph"/>
      </w:pPr>
      <w:r>
        <w:rPr>
          <w:sz w:val="22"/>
        </w:rPr>
        <w:t>A. Gọi hoặc tả con vật, đồ vật, cây cối... bằng những từ ngữ vốn được dùng để gọi hoặc tả con người.</w:t>
      </w:r>
    </w:p>
    <w:p>
      <w:pPr>
        <w:pStyle w:val="ListParagraph"/>
      </w:pPr>
      <w:r>
        <w:rPr>
          <w:sz w:val="22"/>
        </w:rPr>
        <w:t>B. So sánh sự vật này với sự vật khác.</w:t>
      </w:r>
    </w:p>
    <w:p>
      <w:pPr>
        <w:pStyle w:val="ListParagraph"/>
      </w:pPr>
      <w:r>
        <w:rPr>
          <w:sz w:val="22"/>
        </w:rPr>
        <w:t>C. Sử dụng từ ngữ gợi tả, gợi cảm.</w:t>
      </w:r>
    </w:p>
    <w:p>
      <w:pPr>
        <w:pStyle w:val="ListParagraph"/>
      </w:pPr>
      <w:r>
        <w:rPr>
          <w:sz w:val="22"/>
        </w:rPr>
        <w:t>D. Lặp lại từ ngữ để nhấn mạnh.</w:t>
      </w:r>
    </w:p>
    <w:p/>
    <w:p>
      <w:r>
        <w:rPr>
          <w:b/>
          <w:sz w:val="24"/>
        </w:rPr>
        <w:t>Câu 2: Trong câu "Chị gió nhẹ nhàng vuốt ve mái tóc của hàng cây", sự vật nào được nhân hóa?</w:t>
      </w:r>
    </w:p>
    <w:p>
      <w:pPr>
        <w:pStyle w:val="ListParagraph"/>
      </w:pPr>
      <w:r>
        <w:rPr>
          <w:sz w:val="22"/>
        </w:rPr>
        <w:t>A. Chị gió</w:t>
      </w:r>
    </w:p>
    <w:p>
      <w:pPr>
        <w:pStyle w:val="ListParagraph"/>
      </w:pPr>
      <w:r>
        <w:rPr>
          <w:sz w:val="22"/>
        </w:rPr>
        <w:t>B. Mái tóc</w:t>
      </w:r>
    </w:p>
    <w:p>
      <w:pPr>
        <w:pStyle w:val="ListParagraph"/>
      </w:pPr>
      <w:r>
        <w:rPr>
          <w:sz w:val="22"/>
        </w:rPr>
        <w:t>C. Hàng cây</w:t>
      </w:r>
    </w:p>
    <w:p>
      <w:pPr>
        <w:pStyle w:val="ListParagraph"/>
      </w:pPr>
      <w:r>
        <w:rPr>
          <w:sz w:val="22"/>
        </w:rPr>
        <w:t>D. Cả A và C</w:t>
      </w:r>
    </w:p>
    <w:p/>
    <w:p>
      <w:r>
        <w:rPr>
          <w:b/>
          <w:sz w:val="24"/>
        </w:rPr>
        <w:t>Câu 3: Câu nào dưới đây có sử dụng biện pháp nhân hóa?</w:t>
      </w:r>
    </w:p>
    <w:p>
      <w:pPr>
        <w:pStyle w:val="ListParagraph"/>
      </w:pPr>
      <w:r>
        <w:rPr>
          <w:sz w:val="22"/>
        </w:rPr>
        <w:t>A. Mặt trời đỏ như quả cầu lửa.</w:t>
      </w:r>
    </w:p>
    <w:p>
      <w:pPr>
        <w:pStyle w:val="ListParagraph"/>
      </w:pPr>
      <w:r>
        <w:rPr>
          <w:sz w:val="22"/>
        </w:rPr>
        <w:t>B. Ông mặt trời thức dậy sau rặng tre.</w:t>
      </w:r>
    </w:p>
    <w:p>
      <w:pPr>
        <w:pStyle w:val="ListParagraph"/>
      </w:pPr>
      <w:r>
        <w:rPr>
          <w:sz w:val="22"/>
        </w:rPr>
        <w:t>C. Bầu trời trong xanh không một gợn mây.</w:t>
      </w:r>
    </w:p>
    <w:p>
      <w:pPr>
        <w:pStyle w:val="ListParagraph"/>
      </w:pPr>
      <w:r>
        <w:rPr>
          <w:sz w:val="22"/>
        </w:rPr>
        <w:t>D. Cây cối xanh tươi trong nắng sớm.</w:t>
      </w:r>
    </w:p>
    <w:p/>
    <w:p>
      <w:r>
        <w:rPr>
          <w:b/>
          <w:sz w:val="24"/>
        </w:rPr>
        <w:t>Câu 4: Trong câu "Những chị lúa phất phơ trước gió", từ ngữ nào thể hiện biện pháp nhân hóa?</w:t>
      </w:r>
    </w:p>
    <w:p>
      <w:pPr>
        <w:pStyle w:val="ListParagraph"/>
      </w:pPr>
      <w:r>
        <w:rPr>
          <w:sz w:val="22"/>
        </w:rPr>
        <w:t>A. Những</w:t>
      </w:r>
    </w:p>
    <w:p>
      <w:pPr>
        <w:pStyle w:val="ListParagraph"/>
      </w:pPr>
      <w:r>
        <w:rPr>
          <w:sz w:val="22"/>
        </w:rPr>
        <w:t>B. Chị</w:t>
      </w:r>
    </w:p>
    <w:p>
      <w:pPr>
        <w:pStyle w:val="ListParagraph"/>
      </w:pPr>
      <w:r>
        <w:rPr>
          <w:sz w:val="22"/>
        </w:rPr>
        <w:t>C. Lúa</w:t>
      </w:r>
    </w:p>
    <w:p>
      <w:pPr>
        <w:pStyle w:val="ListParagraph"/>
      </w:pPr>
      <w:r>
        <w:rPr>
          <w:sz w:val="22"/>
        </w:rPr>
        <w:t>D. Phất phơ</w:t>
      </w:r>
    </w:p>
    <w:p/>
    <w:p>
      <w:r>
        <w:rPr>
          <w:b/>
          <w:sz w:val="24"/>
        </w:rPr>
        <w:t>Câu 5: Cách nhân hóa nào được sử dụng trong câu "Cây bàng già khẽ rên rỉ trong cơn bão"?</w:t>
      </w:r>
    </w:p>
    <w:p>
      <w:pPr>
        <w:pStyle w:val="ListParagraph"/>
      </w:pPr>
      <w:r>
        <w:rPr>
          <w:sz w:val="22"/>
        </w:rPr>
        <w:t>A. Gọi sự vật bằng từ ngữ gọi người.</w:t>
      </w:r>
    </w:p>
    <w:p>
      <w:pPr>
        <w:pStyle w:val="ListParagraph"/>
      </w:pPr>
      <w:r>
        <w:rPr>
          <w:sz w:val="22"/>
        </w:rPr>
        <w:t>B. Tả sự vật bằng từ ngữ tả người.</w:t>
      </w:r>
    </w:p>
    <w:p>
      <w:pPr>
        <w:pStyle w:val="ListParagraph"/>
      </w:pPr>
      <w:r>
        <w:rPr>
          <w:sz w:val="22"/>
        </w:rPr>
        <w:t>C. Nói với sự vật như nói với người.</w:t>
      </w:r>
    </w:p>
    <w:p>
      <w:pPr>
        <w:pStyle w:val="ListParagraph"/>
      </w:pPr>
      <w:r>
        <w:rPr>
          <w:sz w:val="22"/>
        </w:rPr>
        <w:t>D. Cả A và B.</w:t>
      </w:r>
    </w:p>
    <w:p/>
    <w:p>
      <w:r>
        <w:rPr>
          <w:b/>
          <w:sz w:val="24"/>
        </w:rPr>
        <w:t>Câu 6: Câu "Bác xe tải nặng nề leo lên dốc" sử dụng biện pháp nhân hóa bằng cách nào?</w:t>
      </w:r>
    </w:p>
    <w:p>
      <w:pPr>
        <w:pStyle w:val="ListParagraph"/>
      </w:pPr>
      <w:r>
        <w:rPr>
          <w:sz w:val="22"/>
        </w:rPr>
        <w:t>A. Gọi sự vật bằng từ ngữ gọi người.</w:t>
      </w:r>
    </w:p>
    <w:p>
      <w:pPr>
        <w:pStyle w:val="ListParagraph"/>
      </w:pPr>
      <w:r>
        <w:rPr>
          <w:sz w:val="22"/>
        </w:rPr>
        <w:t>B. Tả sự vật bằng từ ngữ tả người.</w:t>
      </w:r>
    </w:p>
    <w:p>
      <w:pPr>
        <w:pStyle w:val="ListParagraph"/>
      </w:pPr>
      <w:r>
        <w:rPr>
          <w:sz w:val="22"/>
        </w:rPr>
        <w:t>C. Nói với sự vật như nói với người.</w:t>
      </w:r>
    </w:p>
    <w:p>
      <w:pPr>
        <w:pStyle w:val="ListParagraph"/>
      </w:pPr>
      <w:r>
        <w:rPr>
          <w:sz w:val="22"/>
        </w:rPr>
        <w:t>D. Cả A và B.</w:t>
      </w:r>
    </w:p>
    <w:p/>
    <w:p>
      <w:r>
        <w:rPr>
          <w:b/>
          <w:sz w:val="24"/>
        </w:rPr>
        <w:t>Câu 7: Trong câu "Ơn trời mưa nắng phải thì, nơi thì bừa cạn, nơi thì cày sâu", biện pháp nhân hóa được thể hiện qua từ nào?</w:t>
      </w:r>
    </w:p>
    <w:p>
      <w:pPr>
        <w:pStyle w:val="ListParagraph"/>
      </w:pPr>
      <w:r>
        <w:rPr>
          <w:sz w:val="22"/>
        </w:rPr>
        <w:t>A. Ơn trời</w:t>
      </w:r>
    </w:p>
    <w:p>
      <w:pPr>
        <w:pStyle w:val="ListParagraph"/>
      </w:pPr>
      <w:r>
        <w:rPr>
          <w:sz w:val="22"/>
        </w:rPr>
        <w:t>B. Mưa nắng</w:t>
      </w:r>
    </w:p>
    <w:p>
      <w:pPr>
        <w:pStyle w:val="ListParagraph"/>
      </w:pPr>
      <w:r>
        <w:rPr>
          <w:sz w:val="22"/>
        </w:rPr>
        <w:t>C. Phải thì</w:t>
      </w:r>
    </w:p>
    <w:p>
      <w:pPr>
        <w:pStyle w:val="ListParagraph"/>
      </w:pPr>
      <w:r>
        <w:rPr>
          <w:sz w:val="22"/>
        </w:rPr>
        <w:t>D. Bừa cạn</w:t>
      </w:r>
    </w:p>
    <w:p/>
    <w:p>
      <w:r>
        <w:rPr>
          <w:b/>
          <w:sz w:val="24"/>
        </w:rPr>
        <w:t>Câu 8: Câu nào dưới đây KHÔNG sử dụng biện pháp nhân hóa?</w:t>
      </w:r>
    </w:p>
    <w:p>
      <w:pPr>
        <w:pStyle w:val="ListParagraph"/>
      </w:pPr>
      <w:r>
        <w:rPr>
          <w:sz w:val="22"/>
        </w:rPr>
        <w:t>A. Anh bút chì giúp em viết bài.</w:t>
      </w:r>
    </w:p>
    <w:p>
      <w:pPr>
        <w:pStyle w:val="ListParagraph"/>
      </w:pPr>
      <w:r>
        <w:rPr>
          <w:sz w:val="22"/>
        </w:rPr>
        <w:t>B. Chị ong chăm chỉ hút mật.</w:t>
      </w:r>
    </w:p>
    <w:p>
      <w:pPr>
        <w:pStyle w:val="ListParagraph"/>
      </w:pPr>
      <w:r>
        <w:rPr>
          <w:sz w:val="22"/>
        </w:rPr>
        <w:t>C. Con mèo đang ngủ trên ghế.</w:t>
      </w:r>
    </w:p>
    <w:p>
      <w:pPr>
        <w:pStyle w:val="ListParagraph"/>
      </w:pPr>
      <w:r>
        <w:rPr>
          <w:sz w:val="22"/>
        </w:rPr>
        <w:t>D. Bác đồng hồ tích tắc điểm giờ.</w:t>
      </w:r>
    </w:p>
    <w:p/>
    <w:p>
      <w:r>
        <w:rPr>
          <w:b/>
          <w:sz w:val="24"/>
        </w:rPr>
        <w:t>Câu 9: Biện pháp nhân hóa có tác dụng gì?</w:t>
      </w:r>
    </w:p>
    <w:p>
      <w:pPr>
        <w:pStyle w:val="ListParagraph"/>
      </w:pPr>
      <w:r>
        <w:rPr>
          <w:sz w:val="22"/>
        </w:rPr>
        <w:t>A. Làm cho sự vật trở nên gần gũi, sinh động.</w:t>
      </w:r>
    </w:p>
    <w:p>
      <w:pPr>
        <w:pStyle w:val="ListParagraph"/>
      </w:pPr>
      <w:r>
        <w:rPr>
          <w:sz w:val="22"/>
        </w:rPr>
        <w:t>B. Giúp người đọc hình dung rõ hơn về sự vật.</w:t>
      </w:r>
    </w:p>
    <w:p>
      <w:pPr>
        <w:pStyle w:val="ListParagraph"/>
      </w:pPr>
      <w:r>
        <w:rPr>
          <w:sz w:val="22"/>
        </w:rPr>
        <w:t>C. Thể hiện tình cảm, thái độ của người viết.</w:t>
      </w:r>
    </w:p>
    <w:p>
      <w:pPr>
        <w:pStyle w:val="ListParagraph"/>
      </w:pPr>
      <w:r>
        <w:rPr>
          <w:sz w:val="22"/>
        </w:rPr>
        <w:t>D. Cả A, B và C.</w:t>
      </w:r>
    </w:p>
    <w:p/>
    <w:p>
      <w:r>
        <w:rPr>
          <w:b/>
          <w:sz w:val="24"/>
        </w:rPr>
        <w:t>Câu 10: Trong câu "Mùa xuân, cây gạo gọi đến bao nhiêu là chim", biện pháp nhân hóa được tạo ra bởi từ ngữ nào?</w:t>
      </w:r>
    </w:p>
    <w:p>
      <w:pPr>
        <w:pStyle w:val="ListParagraph"/>
      </w:pPr>
      <w:r>
        <w:rPr>
          <w:sz w:val="22"/>
        </w:rPr>
        <w:t>A. Mùa xuân</w:t>
      </w:r>
    </w:p>
    <w:p>
      <w:pPr>
        <w:pStyle w:val="ListParagraph"/>
      </w:pPr>
      <w:r>
        <w:rPr>
          <w:sz w:val="22"/>
        </w:rPr>
        <w:t>B. Cây gạo</w:t>
      </w:r>
    </w:p>
    <w:p>
      <w:pPr>
        <w:pStyle w:val="ListParagraph"/>
      </w:pPr>
      <w:r>
        <w:rPr>
          <w:sz w:val="22"/>
        </w:rPr>
        <w:t>C. Gọi</w:t>
      </w:r>
    </w:p>
    <w:p>
      <w:pPr>
        <w:pStyle w:val="ListParagraph"/>
      </w:pPr>
      <w:r>
        <w:rPr>
          <w:sz w:val="22"/>
        </w:rPr>
        <w:t>D. Chim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