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ĐỀ TRẮC NGHIỆM MẪU</w:t>
      </w:r>
    </w:p>
    <w:p>
      <w:r>
        <w:rPr>
          <w:b/>
          <w:color w:val="B45309"/>
        </w:rPr>
        <w:t>Cách soạn (xóa phần hướng dẫn này khi dùng):</w:t>
      </w:r>
    </w:p>
    <w:p>
      <w:r>
        <w:rPr>
          <w:sz w:val="22"/>
        </w:rPr>
        <w:t>1. Mỗi câu bắt đầu bằng "Câu 1.", "Câu 2."... rồi đến 4 phương án A. B. C. D. (mỗi phương án 1 dòng).</w:t>
      </w:r>
    </w:p>
    <w:p>
      <w:r>
        <w:rPr>
          <w:sz w:val="22"/>
        </w:rPr>
        <w:t>2. Ghi đáp án đúng bằng 1 trong 3 cách: dòng "Đáp án: B" ngay dưới câu (khuyến khích), hoặc tô đậm/gạch chân phương án đúng, hoặc bảng đáp án ở cuối đề (xem cuối file).</w:t>
      </w:r>
    </w:p>
    <w:p>
      <w:r>
        <w:rPr>
          <w:sz w:val="22"/>
        </w:rPr>
        <w:t>3. Câu có hình vẽ: ghi [HÌNH] tại chỗ cần hình, thêm ảnh sau khi tải đề lên.</w:t>
      </w:r>
    </w:p>
    <w:p>
      <w:r>
        <w:rPr>
          <w:sz w:val="22"/>
        </w:rPr>
        <w:t>4. Lưu file .docx rồi tải lên. Không cần dán từng câu.</w:t>
      </w:r>
    </w:p>
    <w:p/>
    <w:p>
      <w:r>
        <w:rPr>
          <w:b/>
        </w:rPr>
        <w:t>Câu 1. Look! The children _____ in the playground.</w:t>
      </w:r>
    </w:p>
    <w:p>
      <w:r>
        <w:t>A. play</w:t>
      </w:r>
    </w:p>
    <w:p>
      <w:r>
        <w:t>B. are playing</w:t>
      </w:r>
    </w:p>
    <w:p>
      <w:r>
        <w:t>C. plays</w:t>
      </w:r>
    </w:p>
    <w:p>
      <w:r>
        <w:t>D. played</w:t>
      </w:r>
    </w:p>
    <w:p>
      <w:r>
        <w:t>Đáp án: B</w:t>
      </w:r>
    </w:p>
    <w:p>
      <w:r>
        <w:rPr>
          <w:b/>
        </w:rPr>
        <w:t>Câu 2. Thủ đô của Việt Nam là thành phố nào?</w:t>
      </w:r>
    </w:p>
    <w:p>
      <w:r>
        <w:t>A. Hà Nội</w:t>
      </w:r>
    </w:p>
    <w:p>
      <w:r>
        <w:t>B. Đà Nẵng</w:t>
      </w:r>
    </w:p>
    <w:p>
      <w:r>
        <w:t>C. Hải Phòng</w:t>
      </w:r>
    </w:p>
    <w:p>
      <w:r>
        <w:t>D. Huế</w:t>
      </w:r>
    </w:p>
    <w:p>
      <w:r>
        <w:t>Đáp án: A</w:t>
      </w:r>
    </w:p>
    <w:p>
      <w:r>
        <w:rPr>
          <w:b/>
        </w:rPr>
        <w:t>Câu 3. Nước được hấp thụ chủ yếu qua bộ phận nào của rễ?</w:t>
      </w:r>
    </w:p>
    <w:p>
      <w:r>
        <w:t>A. Đỉnh sinh trưởng</w:t>
      </w:r>
    </w:p>
    <w:p>
      <w:r>
        <w:t>B. Lông hút</w:t>
      </w:r>
    </w:p>
    <w:p>
      <w:r>
        <w:t>C. Miền sinh trưởng kéo dài</w:t>
      </w:r>
    </w:p>
    <w:p>
      <w:r>
        <w:t>D. Miền hóa bần</w:t>
      </w:r>
    </w:p>
    <w:p>
      <w:r>
        <w:t>Đáp án: B</w:t>
      </w:r>
    </w:p>
    <w:p>
      <w:r>
        <w:rPr>
          <w:b/>
        </w:rPr>
        <w:t>Câu 4. Kết quả của phép tính 7 × 8 là bao nhiêu?</w:t>
      </w:r>
    </w:p>
    <w:p>
      <w:r>
        <w:t>A. 54</w:t>
      </w:r>
    </w:p>
    <w:p>
      <w:r>
        <w:t>B. 56</w:t>
      </w:r>
    </w:p>
    <w:p>
      <w:r>
        <w:t>C. 58</w:t>
      </w:r>
    </w:p>
    <w:p>
      <w:r>
        <w:t>D. 64</w:t>
      </w:r>
    </w:p>
    <w:p>
      <w:r>
        <w:t>Đáp án: B</w:t>
      </w:r>
    </w:p>
    <w:p>
      <w:r>
        <w:rPr>
          <w:b/>
        </w:rPr>
        <w:t>Câu 5. Hình vẽ bên cho biết đồ thị của hàm số nào? [HÌNH]</w:t>
      </w:r>
    </w:p>
    <w:p>
      <w:r>
        <w:t>A. y = x</w:t>
      </w:r>
    </w:p>
    <w:p>
      <w:r>
        <w:t>B. y = 2x</w:t>
      </w:r>
    </w:p>
    <w:p>
      <w:r>
        <w:t>C. y = x²</w:t>
      </w:r>
    </w:p>
    <w:p>
      <w:r>
        <w:t>D. y = −x</w:t>
      </w:r>
    </w:p>
    <w:p>
      <w:r>
        <w:t>Đáp án: C</w:t>
      </w:r>
    </w:p>
    <w:p/>
    <w:p>
      <w:r>
        <w:rPr>
          <w:i/>
        </w:rPr>
        <w:t>Cách khác: bảng đáp án ở cuối đề (bỏ các dòng "Đáp án:" dưới từng câu, chép bảng này vào cuối file):</w:t>
      </w:r>
    </w:p>
    <w:p>
      <w:r>
        <w:t>Câu 1: Đáp án đúng: B</w:t>
      </w:r>
    </w:p>
    <w:p>
      <w:r>
        <w:t>Câu 2: Đáp án đúng: A</w:t>
      </w:r>
    </w:p>
    <w:p>
      <w:r>
        <w:t>Câu 3: Đáp án đúng: B</w:t>
      </w:r>
    </w:p>
    <w:p>
      <w:r>
        <w:t>Câu 4: Đáp án đúng: B</w:t>
      </w:r>
    </w:p>
    <w:p>
      <w:r>
        <w:t>Câu 5: Đáp án đúng: 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