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TỔNG HỢP CẢ 7 DẠNG CÂU HỎI</w:t>
      </w:r>
    </w:p>
    <w:p>
      <w:r>
        <w:t>PHẦN 1: TRẮC NGHIỆM 1 ĐÁP ÁN</w:t>
      </w:r>
    </w:p>
    <w:p>
      <w:r>
        <w:t>Câu 1: Thủ đô của Việt Nam là thành phố nào?</w:t>
      </w:r>
    </w:p>
    <w:p>
      <w:r>
        <w:t>A. Thành phố Hồ Chí Minh</w:t>
        <w:br/>
        <w:t>B. Hà Nội (Đáp án đúng)</w:t>
        <w:br/>
        <w:t>C. Đà Nẵng</w:t>
        <w:br/>
        <w:t>D. Hải Phòng</w:t>
      </w:r>
    </w:p>
    <w:p>
      <w:r>
        <w:t>PHẦN 2: TRẮC NGHIỆM NHIỀU ĐÁP ÁN</w:t>
      </w:r>
    </w:p>
    <w:p>
      <w:r>
        <w:t>Câu 2: Những số nào sau đây là số chẵn?</w:t>
      </w:r>
    </w:p>
    <w:p>
      <w:r>
        <w:t>A. 2 (Đáp án đúng)</w:t>
        <w:br/>
        <w:t>B. 3</w:t>
        <w:br/>
        <w:t>C. 4 (Đáp án đúng)</w:t>
        <w:br/>
        <w:t>D. 5</w:t>
        <w:br/>
        <w:t>Đáp án: A, C</w:t>
      </w:r>
    </w:p>
    <w:p>
      <w:r>
        <w:t>PHẦN 3: ĐÚNG / SAI GDPT 2018</w:t>
      </w:r>
    </w:p>
    <w:p>
      <w:r>
        <w:t>Câu 3: Xét các mệnh đề sau về thành phố Hà Nội:</w:t>
      </w:r>
    </w:p>
    <w:p>
      <w:r>
        <w:t>a) Là thủ đô của nước Việt Nam. (Đúng)</w:t>
        <w:br/>
        <w:t>b) Nằm ở vùng Đồng bằng sông Hồng. (Đúng)</w:t>
        <w:br/>
        <w:t>c) Có sông Hương chảy qua. (Sai)</w:t>
        <w:br/>
        <w:t>d) Nổi tiếng với di tích Văn Miếu. (Đúng)</w:t>
      </w:r>
    </w:p>
    <w:p>
      <w:r>
        <w:t>PHẦN 4: TRẢ LỜI NGẮN</w:t>
      </w:r>
    </w:p>
    <w:p>
      <w:r>
        <w:t>Câu 4: Kết quả của phép tính 25 x 4 là bao nhiêu?</w:t>
      </w:r>
    </w:p>
    <w:p>
      <w:r>
        <w:t>Đáp án: 100</w:t>
      </w:r>
    </w:p>
    <w:p>
      <w:r>
        <w:t>PHẦN 5: TỰ LUẬN</w:t>
      </w:r>
    </w:p>
    <w:p>
      <w:r>
        <w:t>Câu 5: Nêu cảm nghĩ của em về truyền thống tôn sư trọng đạo.</w:t>
      </w:r>
    </w:p>
    <w:p>
      <w:r>
        <w:t>PHẦN 6: ĐỌC HIỂU</w:t>
      </w:r>
    </w:p>
    <w:p>
      <w:r>
        <w:t>Đoạn văn đọc hiểu:</w:t>
      </w:r>
    </w:p>
    <w:p>
      <w:r>
        <w:t>English is spoken as a first language by more than 300 million people throughout the world.</w:t>
      </w:r>
    </w:p>
    <w:p>
      <w:r>
        <w:t>Câu 6: How many people speak English as a first language?</w:t>
      </w:r>
    </w:p>
    <w:p>
      <w:r>
        <w:t>A. 200 million</w:t>
        <w:br/>
        <w:t>B. More than 300 million (Đáp án đúng)</w:t>
        <w:br/>
        <w:t>C. 500 million</w:t>
        <w:br/>
        <w:t>D. 100 million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